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4.png" ContentType="image/png"/>
  <Override PartName="/word/media/rId21.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Algebra I Practice Paper — Parts II, III and IV</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12 questions</w:t>
      </w:r>
      <w:r>
        <w:tab/>
      </w:r>
      <w:r>
        <w:t xml:space="preserve">54 marks</w:t>
      </w:r>
    </w:p>
    <w:p>
      <w:pPr>
        <w:pStyle w:val="WSStim"/>
      </w:pPr>
      <w:r>
        <w:t xml:space="preserve">Part II</w:t>
      </w:r>
    </w:p>
    <w:p>
      <w:pPr>
        <w:pStyle w:val="WSStim"/>
      </w:pPr>
      <w:r>
        <w:t xml:space="preserve">Answer all 6 questions in this part. Each correct answer will receive 2 credits. Clearly indicate the necessary steps, including appropriate formula substitutions, diagrams, graphs, charts, etc. Utilize the information provided for each question to determine your answer. Note that diagrams are not necessarily drawn to scale. For all questions in this part, a correct numerical answer with no work shown will receive only 1 credit. All answers should be written in pen, except for graphs and drawings, which should be done in pencil. [12]</w:t>
      </w:r>
    </w:p>
    <w:p>
      <w:pPr>
        <w:pStyle w:val="WSBand"/>
      </w:pPr>
      <w:r>
        <w:t xml:space="preserve">Question 1</w:t>
      </w:r>
    </w:p>
    <w:p>
      <w:pPr>
        <w:pStyle w:val="WSStem"/>
      </w:pPr>
      <w:r>
        <w:t xml:space="preserve">A survey was taken to determine whether runners preferred morning runs or evening runs. Of the 30 runners surveyed, 14 were women. Of the 18 runners who preferred morning runs, 10 were men. Use this information to complete the frequency table below. Show all work to receive full credit. [2]</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Men</w:t>
            </w:r>
          </w:p>
        </w:tc>
        <w:tc>
          <w:tcPr/>
          <w:p>
            <w:pPr>
              <w:pStyle w:val="Compact"/>
            </w:pPr>
            <w:r>
              <w:t xml:space="preserve">Women</w:t>
            </w:r>
          </w:p>
        </w:tc>
        <w:tc>
          <w:tcPr/>
          <w:p>
            <w:pPr>
              <w:pStyle w:val="Compact"/>
            </w:pPr>
            <w:r>
              <w:t xml:space="preserve">Total</w:t>
            </w:r>
          </w:p>
        </w:tc>
      </w:tr>
      <w:tr>
        <w:tc>
          <w:tcPr/>
          <w:p>
            <w:pPr>
              <w:pStyle w:val="Compact"/>
            </w:pPr>
            <w:r>
              <w:t xml:space="preserve">Morning Runs</w:t>
            </w:r>
          </w:p>
        </w:tc>
        <w:tc>
          <w:tcPr/>
          <w:p>
            <w:pPr>
              <w:pStyle w:val="Compact"/>
            </w:pPr>
          </w:p>
        </w:tc>
        <w:tc>
          <w:tcPr/>
          <w:p>
            <w:pPr>
              <w:pStyle w:val="Compact"/>
            </w:pPr>
          </w:p>
        </w:tc>
        <w:tc>
          <w:tcPr/>
          <w:p>
            <w:pPr>
              <w:pStyle w:val="Compact"/>
            </w:pPr>
          </w:p>
        </w:tc>
      </w:tr>
      <w:tr>
        <w:tc>
          <w:tcPr/>
          <w:p>
            <w:pPr>
              <w:pStyle w:val="Compact"/>
            </w:pPr>
            <w:r>
              <w:t xml:space="preserve">Evening Runs</w:t>
            </w:r>
          </w:p>
        </w:tc>
        <w:tc>
          <w:tcPr/>
          <w:p>
            <w:pPr>
              <w:pStyle w:val="Compact"/>
            </w:pPr>
          </w:p>
        </w:tc>
        <w:tc>
          <w:tcPr/>
          <w:p>
            <w:pPr>
              <w:pStyle w:val="Compact"/>
            </w:pPr>
          </w:p>
        </w:tc>
        <w:tc>
          <w:tcPr/>
          <w:p>
            <w:pPr>
              <w:pStyle w:val="Compact"/>
            </w:pPr>
          </w:p>
        </w:tc>
      </w:tr>
      <w:tr>
        <w:tc>
          <w:tcPr/>
          <w:p>
            <w:pPr>
              <w:pStyle w:val="Compact"/>
            </w:pPr>
            <w:r>
              <w:t xml:space="preserve">Total</w:t>
            </w:r>
          </w:p>
        </w:tc>
        <w:tc>
          <w:tcPr/>
          <w:p>
            <w:pPr>
              <w:pStyle w:val="Compact"/>
            </w:pPr>
          </w:p>
        </w:tc>
        <w:tc>
          <w:tcPr/>
          <w:p>
            <w:pPr>
              <w:pStyle w:val="Compact"/>
            </w:pPr>
          </w:p>
        </w:tc>
        <w:tc>
          <w:tcPr/>
          <w:p>
            <w:pPr>
              <w:pStyle w:val="Compact"/>
            </w:pPr>
          </w:p>
        </w:tc>
      </w:tr>
    </w:tbl>
    <w:p>
      <w:pPr>
        <w:pStyle w:val="WSRule"/>
      </w:pPr>
      <w:r>
        <w:rPr>
          <w:u w:val="single" w:color="9AA3B2"/>
        </w:rPr>
        <w:tab/>
      </w:r>
    </w:p>
    <w:p>
      <w:pPr>
        <w:pStyle w:val="WSRule"/>
      </w:pPr>
      <w:r>
        <w:rPr>
          <w:u w:val="single" w:color="9AA3B2"/>
        </w:rPr>
        <w:tab/>
      </w:r>
    </w:p>
    <w:p>
      <w:r>
        <w:br w:type="page"/>
      </w:r>
    </w:p>
    <w:p>
      <w:pPr>
        <w:pStyle w:val="WSBand"/>
      </w:pPr>
      <w:r>
        <w:t xml:space="preserve">Question 2</w:t>
      </w:r>
    </w:p>
    <w:p>
      <w:pPr>
        <w:pStyle w:val="WSStem"/>
      </w:pPr>
      <w:r>
        <w:t xml:space="preserve">Solve the inequality for</w:t>
      </w:r>
      <w:r>
        <w:t xml:space="preserve"> </w:t>
      </w:r>
      <m:oMath>
        <m:r>
          <m:t>y</m:t>
        </m:r>
      </m:oMath>
      <w:r>
        <w:t xml:space="preserve">:</w:t>
      </w:r>
      <w:r>
        <w:t xml:space="preserve"> </w:t>
      </w:r>
      <m:oMath>
        <m:r>
          <m:t>3</m:t>
        </m:r>
        <m:r>
          <m:rPr>
            <m:sty m:val="p"/>
          </m:rPr>
          <m:t>(</m:t>
        </m:r>
        <m:r>
          <m:t>2</m:t>
        </m:r>
        <m:r>
          <m:rPr>
            <m:sty m:val="p"/>
          </m:rPr>
          <m:t>−</m:t>
        </m:r>
        <m:r>
          <m:t>y</m:t>
        </m:r>
        <m:r>
          <m:rPr>
            <m:sty m:val="p"/>
          </m:rPr>
          <m:t>)</m:t>
        </m:r>
        <m:r>
          <m:rPr>
            <m:sty m:val="p"/>
          </m:rPr>
          <m:t>&gt;</m:t>
        </m:r>
        <m:r>
          <m:t>y</m:t>
        </m:r>
        <m:r>
          <m:rPr>
            <m:sty m:val="p"/>
          </m:rPr>
          <m:t>−</m:t>
        </m:r>
        <m:r>
          <m:t>10</m:t>
        </m:r>
      </m:oMath>
      <w:r>
        <w:t xml:space="preserve">. Show all work to receive full credit. [2]</w:t>
      </w:r>
    </w:p>
    <w:p>
      <w:pPr>
        <w:pStyle w:val="WSRule"/>
      </w:pPr>
      <w:r>
        <w:rPr>
          <w:u w:val="single" w:color="9AA3B2"/>
        </w:rPr>
        <w:tab/>
      </w:r>
    </w:p>
    <w:p>
      <w:pPr>
        <w:pStyle w:val="WSRule"/>
      </w:pPr>
      <w:r>
        <w:rPr>
          <w:u w:val="single" w:color="9AA3B2"/>
        </w:rPr>
        <w:tab/>
      </w:r>
    </w:p>
    <w:p>
      <w:r>
        <w:br w:type="page"/>
      </w:r>
    </w:p>
    <w:p>
      <w:pPr>
        <w:pStyle w:val="WSBand"/>
      </w:pPr>
      <w:r>
        <w:t xml:space="preserve">Question 3</w:t>
      </w:r>
    </w:p>
    <w:p>
      <w:pPr>
        <w:pStyle w:val="WSStem"/>
      </w:pPr>
      <w:r>
        <w:t xml:space="preserve">Express</w:t>
      </w:r>
      <w:r>
        <w:t xml:space="preserve"> </w:t>
      </w:r>
      <m:oMath>
        <m:r>
          <m:rPr>
            <m:sty m:val="p"/>
          </m:rPr>
          <m:t>(</m:t>
        </m:r>
        <m:r>
          <m:t>2</m:t>
        </m:r>
        <m:r>
          <m:t>x</m:t>
        </m:r>
        <m:r>
          <m:rPr>
            <m:sty m:val="p"/>
          </m:rPr>
          <m:t>−</m:t>
        </m:r>
        <m:r>
          <m:t>1</m:t>
        </m:r>
        <m:r>
          <m:rPr>
            <m:sty m:val="p"/>
          </m:rPr>
          <m:t>)</m:t>
        </m:r>
        <m:r>
          <m:rPr>
            <m:sty m:val="p"/>
          </m:rPr>
          <m:t>(</m:t>
        </m:r>
        <m:r>
          <m:t>x</m:t>
        </m:r>
        <m:r>
          <m:rPr>
            <m:sty m:val="p"/>
          </m:rPr>
          <m:t>+</m:t>
        </m:r>
        <m:r>
          <m:t>3</m:t>
        </m:r>
        <m:r>
          <m:rPr>
            <m:sty m:val="p"/>
          </m:rPr>
          <m:t>)</m:t>
        </m:r>
      </m:oMath>
      <w:r>
        <w:t xml:space="preserve"> </w:t>
      </w:r>
      <w:r>
        <w:t xml:space="preserve">as a trinomial in standard form. Show all work to receive full credit. [2]</w:t>
      </w:r>
    </w:p>
    <w:p>
      <w:pPr>
        <w:pStyle w:val="WSRule"/>
      </w:pPr>
      <w:r>
        <w:rPr>
          <w:u w:val="single" w:color="9AA3B2"/>
        </w:rPr>
        <w:tab/>
      </w:r>
    </w:p>
    <w:p>
      <w:pPr>
        <w:pStyle w:val="WSRule"/>
      </w:pPr>
      <w:r>
        <w:rPr>
          <w:u w:val="single" w:color="9AA3B2"/>
        </w:rPr>
        <w:tab/>
      </w:r>
    </w:p>
    <w:p>
      <w:r>
        <w:br w:type="page"/>
      </w:r>
    </w:p>
    <w:p>
      <w:pPr>
        <w:pStyle w:val="WSBand"/>
      </w:pPr>
      <w:r>
        <w:t xml:space="preserve">Question 4</w:t>
      </w:r>
    </w:p>
    <w:p>
      <w:pPr>
        <w:pStyle w:val="WSStem"/>
      </w:pPr>
      <w:r>
        <w:t xml:space="preserve">The first and fourth terms in an arithmetic sequence are given below.</w:t>
      </w:r>
    </w:p>
    <w:p>
      <w:pPr>
        <w:pStyle w:val="WSStem"/>
      </w:pPr>
      <m:oMath>
        <m:r>
          <m:t>2</m:t>
        </m:r>
      </m:oMath>
      <w:r>
        <w:t xml:space="preserve">, ____, ____,</w:t>
      </w:r>
      <w:r>
        <w:t xml:space="preserve"> </w:t>
      </w:r>
      <m:oMath>
        <m:r>
          <m:t>11</m:t>
        </m:r>
      </m:oMath>
    </w:p>
    <w:p>
      <w:pPr>
        <w:pStyle w:val="WSStem"/>
      </w:pPr>
      <w:r>
        <w:t xml:space="preserve">Determine the eighth term. Show all work to receive full credit. [2]</w:t>
      </w:r>
    </w:p>
    <w:p>
      <w:pPr>
        <w:pStyle w:val="WSAnswerLine"/>
      </w:pPr>
      <w:r>
        <w:t xml:space="preserve">Answer: ________________</w:t>
      </w:r>
    </w:p>
    <w:p>
      <w:r>
        <w:br w:type="page"/>
      </w:r>
    </w:p>
    <w:p>
      <w:pPr>
        <w:pStyle w:val="WSBand"/>
      </w:pPr>
      <w:r>
        <w:t xml:space="preserve">Question 5</w:t>
      </w:r>
    </w:p>
    <w:p>
      <w:pPr>
        <w:pStyle w:val="WSStem"/>
      </w:pPr>
      <w:r>
        <w:t xml:space="preserve">Write an equation in slope-intercept form for the line that passes through</w:t>
      </w:r>
      <w:r>
        <w:t xml:space="preserve"> </w:t>
      </w:r>
      <m:oMath>
        <m:r>
          <m:rPr>
            <m:sty m:val="p"/>
          </m:rPr>
          <m:t>(</m:t>
        </m:r>
        <m:r>
          <m:t>2</m:t>
        </m:r>
        <m:r>
          <m:rPr>
            <m:sty m:val="p"/>
          </m:rPr>
          <m:t>,</m:t>
        </m:r>
        <m:r>
          <m:t>1</m:t>
        </m:r>
        <m:r>
          <m:rPr>
            <m:sty m:val="p"/>
          </m:rPr>
          <m:t>)</m:t>
        </m:r>
      </m:oMath>
      <w:r>
        <w:t xml:space="preserve"> </w:t>
      </w:r>
      <w:r>
        <w:t xml:space="preserve">and has a slope of</w:t>
      </w:r>
      <w:r>
        <w:t xml:space="preserve"> </w:t>
      </w:r>
      <m:oMath>
        <m:r>
          <m:t>2</m:t>
        </m:r>
      </m:oMath>
      <w:r>
        <w:t xml:space="preserve">. Show all work to receive full credit. [Use of the set of axes below is optional.] [2]</w:t>
      </w:r>
    </w:p>
    <w:p>
      <w:pPr>
        <w:pStyle w:val="WSFig"/>
      </w:pPr>
      <w:r>
        <w:drawing>
          <wp:inline>
            <wp:extent cx="2471623" cy="3017520"/>
            <wp:effectExtent b="0" l="0" r="0" t="0"/>
            <wp:docPr descr="" title="" id="19" name="Picture"/>
            <a:graphic>
              <a:graphicData uri="http://schemas.openxmlformats.org/drawingml/2006/picture">
                <pic:pic>
                  <pic:nvPicPr>
                    <pic:cNvPr descr="/scratch/regents_t2/f33aa053-eb9f-4dce-961d-28fccf560782.png" id="20" name="Picture"/>
                    <pic:cNvPicPr>
                      <a:picLocks noChangeArrowheads="1" noChangeAspect="1"/>
                    </pic:cNvPicPr>
                  </pic:nvPicPr>
                  <pic:blipFill>
                    <a:blip r:embed="rId18"/>
                    <a:stretch>
                      <a:fillRect/>
                    </a:stretch>
                  </pic:blipFill>
                  <pic:spPr bwMode="auto">
                    <a:xfrm>
                      <a:off x="0" y="0"/>
                      <a:ext cx="2471623" cy="3017520"/>
                    </a:xfrm>
                    <a:prstGeom prst="rect">
                      <a:avLst/>
                    </a:prstGeom>
                    <a:noFill/>
                    <a:ln w="9525">
                      <a:noFill/>
                      <a:headEnd/>
                      <a:tailEnd/>
                    </a:ln>
                  </pic:spPr>
                </pic:pic>
              </a:graphicData>
            </a:graphic>
          </wp:inline>
        </w:drawing>
      </w:r>
    </w:p>
    <w:p>
      <w:pPr>
        <w:pStyle w:val="WSCaption"/>
      </w:pPr>
      <w:r>
        <w:rPr>
          <w:i/>
          <w:iCs/>
        </w:rPr>
        <w:t xml:space="preserve">Coordinate axes for optional use</w:t>
      </w:r>
    </w:p>
    <w:p>
      <w:pPr>
        <w:pStyle w:val="WSRule"/>
      </w:pPr>
      <w:r>
        <w:rPr>
          <w:u w:val="single" w:color="9AA3B2"/>
        </w:rPr>
        <w:tab/>
      </w:r>
    </w:p>
    <w:p>
      <w:pPr>
        <w:pStyle w:val="WSRule"/>
      </w:pPr>
      <w:r>
        <w:rPr>
          <w:u w:val="single" w:color="9AA3B2"/>
        </w:rPr>
        <w:tab/>
      </w:r>
    </w:p>
    <w:p>
      <w:r>
        <w:br w:type="page"/>
      </w:r>
    </w:p>
    <w:p>
      <w:pPr>
        <w:pStyle w:val="WSBand"/>
      </w:pPr>
      <w:r>
        <w:t xml:space="preserve">Question 6</w:t>
      </w:r>
    </w:p>
    <w:p>
      <w:pPr>
        <w:pStyle w:val="WSStem"/>
      </w:pPr>
      <w:r>
        <w:t xml:space="preserve">Factor the expression</w:t>
      </w:r>
      <w:r>
        <w:t xml:space="preserve"> </w:t>
      </w:r>
      <m:oMath>
        <m:r>
          <m:t>2</m:t>
        </m:r>
        <m:sSup>
          <m:e>
            <m:r>
              <m:t>x</m:t>
            </m:r>
          </m:e>
          <m:sup>
            <m:r>
              <m:t>3</m:t>
            </m:r>
          </m:sup>
        </m:sSup>
        <m:r>
          <m:rPr>
            <m:sty m:val="p"/>
          </m:rPr>
          <m:t>−</m:t>
        </m:r>
        <m:r>
          <m:t>8</m:t>
        </m:r>
        <m:r>
          <m:t>x</m:t>
        </m:r>
      </m:oMath>
      <w:r>
        <w:t xml:space="preserve"> </w:t>
      </w:r>
      <w:r>
        <w:t xml:space="preserve">completely. Show all work to receive full credit. [2]</w:t>
      </w:r>
    </w:p>
    <w:p>
      <w:pPr>
        <w:pStyle w:val="WSRule"/>
      </w:pPr>
      <w:r>
        <w:rPr>
          <w:u w:val="single" w:color="9AA3B2"/>
        </w:rPr>
        <w:tab/>
      </w:r>
    </w:p>
    <w:p>
      <w:pPr>
        <w:pStyle w:val="WSRule"/>
      </w:pPr>
      <w:r>
        <w:rPr>
          <w:u w:val="single" w:color="9AA3B2"/>
        </w:rPr>
        <w:tab/>
      </w:r>
    </w:p>
    <w:p>
      <w:r>
        <w:br w:type="page"/>
      </w:r>
    </w:p>
    <w:p>
      <w:pPr>
        <w:pStyle w:val="WSStim"/>
      </w:pPr>
      <w:r>
        <w:t xml:space="preserve">Part III</w:t>
      </w:r>
    </w:p>
    <w:p>
      <w:pPr>
        <w:pStyle w:val="WSStim"/>
      </w:pPr>
      <w:r>
        <w:t xml:space="preserve">Answer all 4 questions in this part. Each correct answer will receive 4 credits. Clearly indicate the necessary steps, including appropriate formula substitutions, diagrams, graphs, charts, etc. Utilize the information provided for each question to determine your answer. Note that diagrams are not necessarily drawn to scale. For all questions in this part, a correct numerical answer with no work shown will receive only 1 credit. All answers should be written in pen, except for graphs and drawings, which should be done in pencil. [16]</w:t>
      </w:r>
    </w:p>
    <w:p>
      <w:pPr>
        <w:pStyle w:val="WSBand"/>
      </w:pPr>
      <w:r>
        <w:t xml:space="preserve">Question 7</w:t>
      </w:r>
    </w:p>
    <w:p>
      <w:pPr>
        <w:pStyle w:val="WSStim"/>
      </w:pPr>
      <w:r>
        <w:t xml:space="preserve">Graph</w:t>
      </w:r>
      <w:r>
        <w:t xml:space="preserve"> </w:t>
      </w:r>
      <m:oMath>
        <m:r>
          <m:t>f</m:t>
        </m:r>
        <m:r>
          <m:rPr>
            <m:sty m:val="p"/>
          </m:rPr>
          <m:t>(</m:t>
        </m:r>
        <m:r>
          <m:t>x</m:t>
        </m:r>
        <m:r>
          <m:rPr>
            <m:sty m:val="p"/>
          </m:rPr>
          <m:t>)</m:t>
        </m:r>
        <m:r>
          <m:rPr>
            <m:sty m:val="p"/>
          </m:rPr>
          <m:t>=</m:t>
        </m:r>
        <m:r>
          <m:t>2</m:t>
        </m:r>
        <m:r>
          <m:t>x</m:t>
        </m:r>
      </m:oMath>
      <w:r>
        <w:t xml:space="preserve"> </w:t>
      </w:r>
      <w:r>
        <w:t xml:space="preserve">and</w:t>
      </w:r>
      <w:r>
        <w:t xml:space="preserve"> </w:t>
      </w:r>
      <m:oMath>
        <m:r>
          <m:t>g</m:t>
        </m:r>
        <m:r>
          <m:rPr>
            <m:sty m:val="p"/>
          </m:rPr>
          <m:t>(</m:t>
        </m:r>
        <m:r>
          <m:t>x</m:t>
        </m:r>
        <m:r>
          <m:rPr>
            <m:sty m:val="p"/>
          </m:rPr>
          <m:t>)</m:t>
        </m:r>
        <m:r>
          <m:rPr>
            <m:sty m:val="p"/>
          </m:rPr>
          <m:t>=</m:t>
        </m:r>
        <m:sSup>
          <m:e>
            <m:r>
              <m:t>x</m:t>
            </m:r>
          </m:e>
          <m:sup>
            <m:r>
              <m:t>2</m:t>
            </m:r>
          </m:sup>
        </m:sSup>
        <m:r>
          <m:rPr>
            <m:sty m:val="p"/>
          </m:rPr>
          <m:t>−</m:t>
        </m:r>
        <m:r>
          <m:t>3</m:t>
        </m:r>
      </m:oMath>
      <w:r>
        <w:t xml:space="preserve"> </w:t>
      </w:r>
      <w:r>
        <w:t xml:space="preserve">on the set of axes below.</w:t>
      </w:r>
    </w:p>
    <w:p>
      <w:pPr>
        <w:pStyle w:val="WSFig"/>
      </w:pPr>
      <w:r>
        <w:drawing>
          <wp:inline>
            <wp:extent cx="2766060" cy="3017520"/>
            <wp:effectExtent b="0" l="0" r="0" t="0"/>
            <wp:docPr descr="" title="" id="22" name="Picture"/>
            <a:graphic>
              <a:graphicData uri="http://schemas.openxmlformats.org/drawingml/2006/picture">
                <pic:pic>
                  <pic:nvPicPr>
                    <pic:cNvPr descr="/scratch/regents_t2/2816a045-f4cd-432c-84b8-59e084dd2963.png" id="23" name="Picture"/>
                    <pic:cNvPicPr>
                      <a:picLocks noChangeArrowheads="1" noChangeAspect="1"/>
                    </pic:cNvPicPr>
                  </pic:nvPicPr>
                  <pic:blipFill>
                    <a:blip r:embed="rId21"/>
                    <a:stretch>
                      <a:fillRect/>
                    </a:stretch>
                  </pic:blipFill>
                  <pic:spPr bwMode="auto">
                    <a:xfrm>
                      <a:off x="0" y="0"/>
                      <a:ext cx="2766060" cy="3017520"/>
                    </a:xfrm>
                    <a:prstGeom prst="rect">
                      <a:avLst/>
                    </a:prstGeom>
                    <a:noFill/>
                    <a:ln w="9525">
                      <a:noFill/>
                      <a:headEnd/>
                      <a:tailEnd/>
                    </a:ln>
                  </pic:spPr>
                </pic:pic>
              </a:graphicData>
            </a:graphic>
          </wp:inline>
        </w:drawing>
      </w:r>
    </w:p>
    <w:p>
      <w:pPr>
        <w:pStyle w:val="WSCaption"/>
      </w:pPr>
      <w:r>
        <w:rPr>
          <w:i/>
          <w:iCs/>
        </w:rPr>
        <w:t xml:space="preserve">Coordinate grid with x and y axes</w:t>
      </w:r>
    </w:p>
    <w:p>
      <w:pPr>
        <w:pStyle w:val="WSStem"/>
      </w:pPr>
      <w:r>
        <w:t xml:space="preserve">State the values of</w:t>
      </w:r>
      <w:r>
        <w:t xml:space="preserve"> </w:t>
      </w:r>
      <m:oMath>
        <m:r>
          <m:t>x</m:t>
        </m:r>
      </m:oMath>
      <w:r>
        <w:t xml:space="preserve"> </w:t>
      </w:r>
      <w:r>
        <w:t xml:space="preserve">that satisfy the equation</w:t>
      </w:r>
      <w:r>
        <w:t xml:space="preserve"> </w:t>
      </w:r>
      <m:oMath>
        <m:r>
          <m:t>f</m:t>
        </m:r>
        <m:r>
          <m:rPr>
            <m:sty m:val="p"/>
          </m:rPr>
          <m:t>(</m:t>
        </m:r>
        <m:r>
          <m:t>x</m:t>
        </m:r>
        <m:r>
          <m:rPr>
            <m:sty m:val="p"/>
          </m:rPr>
          <m:t>)</m:t>
        </m:r>
        <m:r>
          <m:rPr>
            <m:sty m:val="p"/>
          </m:rPr>
          <m:t>=</m:t>
        </m:r>
        <m:r>
          <m:t>g</m:t>
        </m:r>
        <m:r>
          <m:rPr>
            <m:sty m:val="p"/>
          </m:rPr>
          <m:t>(</m:t>
        </m:r>
        <m:r>
          <m:t>x</m:t>
        </m:r>
        <m:r>
          <m:rPr>
            <m:sty m:val="p"/>
          </m:rPr>
          <m:t>)</m:t>
        </m:r>
      </m:oMath>
      <w:r>
        <w:t xml:space="preserve">. Show all work to receive full credit. [4]</w:t>
      </w:r>
    </w:p>
    <w:p>
      <w:pPr>
        <w:pStyle w:val="WSRule"/>
      </w:pPr>
      <w:r>
        <w:rPr>
          <w:u w:val="single" w:color="9AA3B2"/>
        </w:rPr>
        <w:tab/>
      </w:r>
    </w:p>
    <w:p>
      <w:pPr>
        <w:pStyle w:val="WSRule"/>
      </w:pPr>
      <w:r>
        <w:rPr>
          <w:u w:val="single" w:color="9AA3B2"/>
        </w:rPr>
        <w:tab/>
      </w:r>
    </w:p>
    <w:p>
      <w:r>
        <w:br w:type="page"/>
      </w:r>
    </w:p>
    <w:p>
      <w:pPr>
        <w:pStyle w:val="WSBand"/>
      </w:pPr>
      <w:r>
        <w:t xml:space="preserve">Question 8</w:t>
      </w:r>
    </w:p>
    <w:p>
      <w:pPr>
        <w:pStyle w:val="WSStem"/>
      </w:pPr>
      <w:r>
        <w:t xml:space="preserve">Using the quadratic formula, solve</w:t>
      </w:r>
      <w:r>
        <w:t xml:space="preserve"> </w:t>
      </w:r>
      <m:oMath>
        <m:sSup>
          <m:e>
            <m:r>
              <m:t>x</m:t>
            </m:r>
          </m:e>
          <m:sup>
            <m:r>
              <m:t>2</m:t>
            </m:r>
          </m:sup>
        </m:sSup>
        <m:r>
          <m:rPr>
            <m:sty m:val="p"/>
          </m:rPr>
          <m:t>+</m:t>
        </m:r>
        <m:r>
          <m:t>2</m:t>
        </m:r>
        <m:r>
          <m:t>x</m:t>
        </m:r>
        <m:r>
          <m:rPr>
            <m:sty m:val="p"/>
          </m:rPr>
          <m:t>−</m:t>
        </m:r>
        <m:r>
          <m:t>1</m:t>
        </m:r>
        <m:r>
          <m:rPr>
            <m:sty m:val="p"/>
          </m:rPr>
          <m:t>=</m:t>
        </m:r>
        <m:r>
          <m:t>0</m:t>
        </m:r>
      </m:oMath>
      <w:r>
        <w:t xml:space="preserve">. Express the answer in simplest radical form. Show all work to receive full credit. [4]</w:t>
      </w:r>
    </w:p>
    <w:p>
      <w:pPr>
        <w:pStyle w:val="WSRule"/>
      </w:pPr>
      <w:r>
        <w:rPr>
          <w:u w:val="single" w:color="9AA3B2"/>
        </w:rPr>
        <w:tab/>
      </w:r>
    </w:p>
    <w:p>
      <w:pPr>
        <w:pStyle w:val="WSRule"/>
      </w:pPr>
      <w:r>
        <w:rPr>
          <w:u w:val="single" w:color="9AA3B2"/>
        </w:rPr>
        <w:tab/>
      </w:r>
    </w:p>
    <w:p>
      <w:r>
        <w:br w:type="page"/>
      </w:r>
    </w:p>
    <w:p>
      <w:pPr>
        <w:pStyle w:val="WSBand"/>
      </w:pPr>
      <w:r>
        <w:t xml:space="preserve">Question 9</w:t>
      </w:r>
    </w:p>
    <w:p>
      <w:pPr>
        <w:pStyle w:val="WSStim"/>
      </w:pPr>
      <w:r>
        <w:t xml:space="preserve">The table below shows the resale value of a used laptop and the length of time, in months, since it was purchased.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Age, in Months (x)</w:t>
            </w:r>
          </w:p>
        </w:tc>
        <w:tc>
          <w:tcPr/>
          <w:p>
            <w:pPr>
              <w:pStyle w:val="Compact"/>
            </w:pPr>
            <w:r>
              <w:t xml:space="preserve">0</w:t>
            </w:r>
          </w:p>
        </w:tc>
        <w:tc>
          <w:tcPr/>
          <w:p>
            <w:pPr>
              <w:pStyle w:val="Compact"/>
            </w:pPr>
            <w:r>
              <w:t xml:space="preserve">1</w:t>
            </w:r>
          </w:p>
        </w:tc>
        <w:tc>
          <w:tcPr/>
          <w:p>
            <w:pPr>
              <w:pStyle w:val="Compact"/>
            </w:pPr>
            <w:r>
              <w:t xml:space="preserve">2</w:t>
            </w:r>
          </w:p>
        </w:tc>
        <w:tc>
          <w:tcPr/>
          <w:p>
            <w:pPr>
              <w:pStyle w:val="Compact"/>
            </w:pPr>
            <w:r>
              <w:t xml:space="preserve">3</w:t>
            </w:r>
          </w:p>
        </w:tc>
        <w:tc>
          <w:tcPr/>
          <w:p>
            <w:pPr>
              <w:pStyle w:val="Compact"/>
            </w:pPr>
            <w:r>
              <w:t xml:space="preserve">4</w:t>
            </w:r>
          </w:p>
        </w:tc>
      </w:tr>
      <w:tr>
        <w:tc>
          <w:tcPr/>
          <w:p>
            <w:pPr>
              <w:pStyle w:val="Compact"/>
            </w:pPr>
            <w:r>
              <w:t xml:space="preserve">Resale Value, in Dollars (y)</w:t>
            </w:r>
          </w:p>
        </w:tc>
        <w:tc>
          <w:tcPr/>
          <w:p>
            <w:pPr>
              <w:pStyle w:val="Compact"/>
            </w:pPr>
            <w:r>
              <w:t xml:space="preserve">500</w:t>
            </w:r>
          </w:p>
        </w:tc>
        <w:tc>
          <w:tcPr/>
          <w:p>
            <w:pPr>
              <w:pStyle w:val="Compact"/>
            </w:pPr>
            <w:r>
              <w:t xml:space="preserve">450</w:t>
            </w:r>
          </w:p>
        </w:tc>
        <w:tc>
          <w:tcPr/>
          <w:p>
            <w:pPr>
              <w:pStyle w:val="Compact"/>
            </w:pPr>
            <w:r>
              <w:t xml:space="preserve">400</w:t>
            </w:r>
          </w:p>
        </w:tc>
        <w:tc>
          <w:tcPr/>
          <w:p>
            <w:pPr>
              <w:pStyle w:val="Compact"/>
            </w:pPr>
            <w:r>
              <w:t xml:space="preserve">350</w:t>
            </w:r>
          </w:p>
        </w:tc>
        <w:tc>
          <w:tcPr/>
          <w:p>
            <w:pPr>
              <w:pStyle w:val="Compact"/>
            </w:pPr>
            <w:r>
              <w:t xml:space="preserve">300</w:t>
            </w:r>
          </w:p>
        </w:tc>
      </w:tr>
    </w:tbl>
    <w:p>
      <w:pPr>
        <w:pStyle w:val="WSStem"/>
      </w:pPr>
      <w:r>
        <w:rPr>
          <w:b/>
          <w:bCs/>
        </w:rPr>
        <w:t xml:space="preserve">(a)</w:t>
      </w:r>
      <w:r>
        <w:t xml:space="preserve"> State the linear regression equation for this set of data. Round all values to the</w:t>
      </w:r>
      <w:r>
        <w:t xml:space="preserve"> </w:t>
      </w:r>
      <w:r>
        <w:rPr>
          <w:i/>
          <w:iCs/>
        </w:rPr>
        <w:t xml:space="preserve">nearest hundredth</w:t>
      </w:r>
      <w:r>
        <w:t xml:space="preserve">. Show all work to receive full credit.</w:t>
      </w:r>
    </w:p>
    <w:p>
      <w:pPr>
        <w:pStyle w:val="WSRule"/>
      </w:pPr>
      <w:r>
        <w:rPr>
          <w:u w:val="single" w:color="9AA3B2"/>
        </w:rPr>
        <w:tab/>
      </w:r>
    </w:p>
    <w:p>
      <w:pPr>
        <w:pStyle w:val="WSRule"/>
      </w:pPr>
      <w:r>
        <w:rPr>
          <w:u w:val="single" w:color="9AA3B2"/>
        </w:rPr>
        <w:tab/>
      </w:r>
    </w:p>
    <w:p>
      <w:pPr>
        <w:pStyle w:val="WSStem"/>
      </w:pPr>
      <w:r>
        <w:rPr>
          <w:b/>
          <w:bCs/>
        </w:rPr>
        <w:t xml:space="preserve">(b)</w:t>
      </w:r>
      <w:r>
        <w:t xml:space="preserve"> State the correlation coefficient for this data set, to the</w:t>
      </w:r>
      <w:r>
        <w:t xml:space="preserve"> </w:t>
      </w:r>
      <w:r>
        <w:rPr>
          <w:i/>
          <w:iCs/>
        </w:rPr>
        <w:t xml:space="preserve">nearest hundredth</w:t>
      </w:r>
      <w:r>
        <w:t xml:space="preserve">.</w:t>
      </w:r>
    </w:p>
    <w:p>
      <w:pPr>
        <w:pStyle w:val="WSAnswerLine"/>
      </w:pPr>
      <w:r>
        <w:t xml:space="preserve">Answer: ________________</w:t>
      </w:r>
    </w:p>
    <w:p>
      <w:pPr>
        <w:pStyle w:val="WSStem"/>
      </w:pPr>
      <w:r>
        <w:rPr>
          <w:b/>
          <w:bCs/>
        </w:rPr>
        <w:t xml:space="preserve">(c)</w:t>
      </w:r>
      <w:r>
        <w:t xml:space="preserve"> State what the correlation coefficient indicates about the linear fit of the data. [4]</w:t>
      </w:r>
    </w:p>
    <w:p>
      <w:pPr>
        <w:pStyle w:val="WSRule"/>
      </w:pPr>
      <w:r>
        <w:rPr>
          <w:u w:val="single" w:color="9AA3B2"/>
        </w:rPr>
        <w:tab/>
      </w:r>
    </w:p>
    <w:p>
      <w:pPr>
        <w:pStyle w:val="WSRule"/>
      </w:pPr>
      <w:r>
        <w:rPr>
          <w:u w:val="single" w:color="9AA3B2"/>
        </w:rPr>
        <w:tab/>
      </w:r>
    </w:p>
    <w:p>
      <w:r>
        <w:br w:type="page"/>
      </w:r>
    </w:p>
    <w:p>
      <w:pPr>
        <w:pStyle w:val="WSBand"/>
      </w:pPr>
      <w:r>
        <w:t xml:space="preserve">Question 10</w:t>
      </w:r>
    </w:p>
    <w:p>
      <w:pPr>
        <w:pStyle w:val="WSStem"/>
      </w:pPr>
      <w:r>
        <w:t xml:space="preserve">Solve the following system of equations algebraically for all values of</w:t>
      </w:r>
      <w:r>
        <w:t xml:space="preserve"> </w:t>
      </w:r>
      <m:oMath>
        <m:r>
          <m:t>x</m:t>
        </m:r>
      </m:oMath>
      <w:r>
        <w:t xml:space="preserve"> </w:t>
      </w:r>
      <w:r>
        <w:t xml:space="preserve">and</w:t>
      </w:r>
      <w:r>
        <w:t xml:space="preserve"> </w:t>
      </w:r>
      <m:oMath>
        <m:r>
          <m:t>y</m:t>
        </m:r>
      </m:oMath>
      <w:r>
        <w:t xml:space="preserve">.</w:t>
      </w:r>
    </w:p>
    <w:p>
      <w:pPr>
        <w:pStyle w:val="WSStem"/>
      </w:pPr>
      <m:oMath>
        <m:r>
          <m:t>y</m:t>
        </m:r>
        <m:r>
          <m:rPr>
            <m:sty m:val="p"/>
          </m:rPr>
          <m:t>=</m:t>
        </m:r>
        <m:sSup>
          <m:e>
            <m:r>
              <m:t>x</m:t>
            </m:r>
          </m:e>
          <m:sup>
            <m:r>
              <m:t>2</m:t>
            </m:r>
          </m:sup>
        </m:sSup>
        <m:r>
          <m:rPr>
            <m:sty m:val="p"/>
          </m:rPr>
          <m:t>−</m:t>
        </m:r>
        <m:r>
          <m:t>1</m:t>
        </m:r>
      </m:oMath>
      <w:r>
        <w:t xml:space="preserve">​</w:t>
      </w:r>
    </w:p>
    <w:p>
      <w:pPr>
        <w:pStyle w:val="WSStem"/>
      </w:pPr>
      <m:oMath>
        <m:r>
          <m:t>y</m:t>
        </m:r>
        <m:r>
          <m:rPr>
            <m:sty m:val="p"/>
          </m:rPr>
          <m:t>=</m:t>
        </m:r>
        <m:r>
          <m:t>2</m:t>
        </m:r>
        <m:r>
          <m:t>x</m:t>
        </m:r>
        <m:r>
          <m:rPr>
            <m:sty m:val="p"/>
          </m:rPr>
          <m:t>+</m:t>
        </m:r>
        <m:r>
          <m:t>2</m:t>
        </m:r>
      </m:oMath>
      <w:r>
        <w:t xml:space="preserve">​</w:t>
      </w:r>
    </w:p>
    <w:p>
      <w:pPr>
        <w:pStyle w:val="WSStem"/>
      </w:pPr>
      <w:r>
        <w:t xml:space="preserve">Show all work to receive full credit. [4]</w:t>
      </w:r>
    </w:p>
    <w:p>
      <w:pPr>
        <w:pStyle w:val="WSRule"/>
      </w:pPr>
      <w:r>
        <w:rPr>
          <w:u w:val="single" w:color="9AA3B2"/>
        </w:rPr>
        <w:tab/>
      </w:r>
    </w:p>
    <w:p>
      <w:pPr>
        <w:pStyle w:val="WSRule"/>
      </w:pPr>
      <w:r>
        <w:rPr>
          <w:u w:val="single" w:color="9AA3B2"/>
        </w:rPr>
        <w:tab/>
      </w:r>
    </w:p>
    <w:p>
      <w:r>
        <w:br w:type="page"/>
      </w:r>
    </w:p>
    <w:p>
      <w:pPr>
        <w:pStyle w:val="WSBand"/>
      </w:pPr>
      <w:r>
        <w:t xml:space="preserve">Question 11</w:t>
      </w:r>
    </w:p>
    <w:p>
      <w:pPr>
        <w:pStyle w:val="WSStim"/>
      </w:pPr>
      <w:r>
        <w:rPr>
          <w:b/>
          <w:bCs/>
        </w:rPr>
        <w:t xml:space="preserve">Part IV</w:t>
      </w:r>
    </w:p>
    <w:p>
      <w:pPr>
        <w:pStyle w:val="WSStim"/>
      </w:pPr>
      <w:r>
        <w:t xml:space="preserve">Answer the question in this part. A correct answer will receive 6 credits. Clearly indicate the necessary steps, including appropriate formula substitutions, diagrams, graphs, charts, etc. Utilize the information provided to determine your answer. Note that diagrams are not necessarily drawn to scale. A correct numerical answer with no work shown will receive only 1 credit. All answers should be written in pen, except for graphs and drawings, which should be done in pencil.</w:t>
      </w:r>
    </w:p>
    <w:p>
      <w:pPr>
        <w:pStyle w:val="WSStim"/>
      </w:pPr>
      <w:r>
        <w:rPr>
          <w:b/>
          <w:bCs/>
        </w:rPr>
        <w:t xml:space="preserve">35</w:t>
      </w:r>
      <w:r>
        <w:t xml:space="preserve"> </w:t>
      </w:r>
      <w:r>
        <w:t xml:space="preserve">Daniel earns $6 per hour stocking shelves and $8 per hour delivering groceries. His goal is to earn at least $80 per week. Daniel is allowed to work a maximum of 14 hours per week doing both jobs.</w:t>
      </w:r>
    </w:p>
    <w:p>
      <w:pPr>
        <w:pStyle w:val="WSStem"/>
      </w:pPr>
      <w:r>
        <w:rPr>
          <w:b/>
          <w:bCs/>
        </w:rPr>
        <w:t xml:space="preserve">(a)</w:t>
      </w:r>
      <w:r>
        <w:t xml:space="preserve"> If</w:t>
      </w:r>
      <w:r>
        <w:t xml:space="preserve"> </w:t>
      </w:r>
      <m:oMath>
        <m:r>
          <m:t>x</m:t>
        </m:r>
      </m:oMath>
      <w:r>
        <w:t xml:space="preserve"> </w:t>
      </w:r>
      <w:r>
        <w:t xml:space="preserve">represents the number of hours Daniel spends stocking shelves and</w:t>
      </w:r>
      <w:r>
        <w:t xml:space="preserve"> </w:t>
      </w:r>
      <m:oMath>
        <m:r>
          <m:t>y</m:t>
        </m:r>
      </m:oMath>
      <w:r>
        <w:t xml:space="preserve"> </w:t>
      </w:r>
      <w:r>
        <w:t xml:space="preserve">represents the number of hours he spends delivering groceries, write a system of inequalities that could model this situation. Show all work to receive full credit.</w:t>
      </w:r>
    </w:p>
    <w:p>
      <w:pPr>
        <w:pStyle w:val="WSRule"/>
      </w:pPr>
      <w:r>
        <w:rPr>
          <w:u w:val="single" w:color="9AA3B2"/>
        </w:rPr>
        <w:tab/>
      </w:r>
    </w:p>
    <w:p>
      <w:pPr>
        <w:pStyle w:val="WSRule"/>
      </w:pPr>
      <w:r>
        <w:rPr>
          <w:u w:val="single" w:color="9AA3B2"/>
        </w:rPr>
        <w:tab/>
      </w:r>
    </w:p>
    <w:p>
      <w:pPr>
        <w:pStyle w:val="WSStem"/>
      </w:pPr>
      <w:r>
        <w:rPr>
          <w:b/>
          <w:bCs/>
        </w:rPr>
        <w:t xml:space="preserve">(b)</w:t>
      </w:r>
      <w:r>
        <w:t xml:space="preserve"> On the set of axes below, graph the system of inequalities that you wrote.</w:t>
      </w:r>
    </w:p>
    <w:p>
      <w:pPr>
        <w:pStyle w:val="WSFig"/>
      </w:pPr>
      <w:r>
        <w:drawing>
          <wp:inline>
            <wp:extent cx="3023006" cy="3017520"/>
            <wp:effectExtent b="0" l="0" r="0" t="0"/>
            <wp:docPr descr="" title="" id="25" name="Picture"/>
            <a:graphic>
              <a:graphicData uri="http://schemas.openxmlformats.org/drawingml/2006/picture">
                <pic:pic>
                  <pic:nvPicPr>
                    <pic:cNvPr descr="/scratch/regents_t2/19157a00-aacf-45cc-91c5-a7444a398462.png" id="26" name="Picture"/>
                    <pic:cNvPicPr>
                      <a:picLocks noChangeArrowheads="1" noChangeAspect="1"/>
                    </pic:cNvPicPr>
                  </pic:nvPicPr>
                  <pic:blipFill>
                    <a:blip r:embed="rId24"/>
                    <a:stretch>
                      <a:fillRect/>
                    </a:stretch>
                  </pic:blipFill>
                  <pic:spPr bwMode="auto">
                    <a:xfrm>
                      <a:off x="0" y="0"/>
                      <a:ext cx="3023006" cy="3017520"/>
                    </a:xfrm>
                    <a:prstGeom prst="rect">
                      <a:avLst/>
                    </a:prstGeom>
                    <a:noFill/>
                    <a:ln w="9525">
                      <a:noFill/>
                      <a:headEnd/>
                      <a:tailEnd/>
                    </a:ln>
                  </pic:spPr>
                </pic:pic>
              </a:graphicData>
            </a:graphic>
          </wp:inline>
        </w:drawing>
      </w:r>
    </w:p>
    <w:p>
      <w:pPr>
        <w:pStyle w:val="WSCaption"/>
      </w:pPr>
      <w:r>
        <w:rPr>
          <w:i/>
          <w:iCs/>
        </w:rPr>
        <w:t xml:space="preserve">Grid for graphing inequalities with Hours Stocking on x-axis and Hours Delivering on y-axis</w:t>
      </w:r>
    </w:p>
    <w:p>
      <w:pPr>
        <w:pStyle w:val="WSRule"/>
      </w:pPr>
      <w:r>
        <w:rPr>
          <w:u w:val="single" w:color="9AA3B2"/>
        </w:rPr>
        <w:tab/>
      </w:r>
    </w:p>
    <w:p>
      <w:pPr>
        <w:pStyle w:val="WSRule"/>
      </w:pPr>
      <w:r>
        <w:rPr>
          <w:u w:val="single" w:color="9AA3B2"/>
        </w:rPr>
        <w:tab/>
      </w:r>
    </w:p>
    <w:p>
      <w:pPr>
        <w:pStyle w:val="WSStem"/>
      </w:pPr>
      <w:r>
        <w:rPr>
          <w:b/>
          <w:bCs/>
        </w:rPr>
        <w:t xml:space="preserve">(c)</w:t>
      </w:r>
      <w:r>
        <w:t xml:space="preserve"> State a combination of hours stocking shelves and delivering groceries that would satisfy this situation. Justify your answer. [6]</w:t>
      </w:r>
    </w:p>
    <w:p>
      <w:pPr>
        <w:pStyle w:val="WSRule"/>
      </w:pPr>
      <w:r>
        <w:rPr>
          <w:u w:val="single" w:color="9AA3B2"/>
        </w:rPr>
        <w:tab/>
      </w:r>
    </w:p>
    <w:p>
      <w:pPr>
        <w:pStyle w:val="WSRule"/>
      </w:pPr>
      <w:r>
        <w:rPr>
          <w:u w:val="single" w:color="9AA3B2"/>
        </w:rPr>
        <w:tab/>
      </w:r>
    </w:p>
    <w:p>
      <w:r>
        <w:br w:type="page"/>
      </w:r>
    </w:p>
    <w:p>
      <w:pPr>
        <w:pStyle w:val="WSBand"/>
      </w:pPr>
      <w:r>
        <w:t xml:space="preserve">Question 12</w:t>
      </w:r>
      <w:r>
        <w:tab/>
      </w:r>
      <w:r>
        <w:t xml:space="preserve">54 marks</w:t>
      </w:r>
    </w:p>
    <w:bookmarkStart w:id="27" w:name="answer-key-worked-solutions"/>
    <w:p>
      <w:pPr>
        <w:pStyle w:val="Heading2"/>
      </w:pPr>
      <w:r>
        <w:t xml:space="preserve">Answer Key — Worked Solutions</w:t>
      </w:r>
    </w:p>
    <w:bookmarkEnd w:id="27"/>
    <w:p>
      <w:pPr>
        <w:pStyle w:val="WSStem"/>
      </w:pPr>
      <w:r>
        <w:rPr>
          <w:b/>
          <w:bCs/>
        </w:rPr>
        <w:t xml:space="preserve">(a)</w:t>
      </w:r>
      <w:r>
        <w:t xml:space="preserve"> </w:t>
      </w:r>
      <w:r>
        <w:rPr>
          <w:b/>
          <w:bCs/>
        </w:rPr>
        <w:t xml:space="preserve">Q1</w:t>
      </w:r>
      <w:r>
        <w:t xml:space="preserve"> </w:t>
      </w:r>
      <w:r>
        <w:t xml:space="preserve">Final answer: Morning–Men 10, Morning–Women 8, Morning Total 18; Evening–Men 6, Evening–Women 6, Evening Total 12; Men Total 16, Women Total 14, Grand Total 30.</w:t>
      </w:r>
      <w:r>
        <w:t xml:space="preserve"> </w:t>
      </w:r>
      <w:r>
        <w:t xml:space="preserve">1. Of the 18 morning runners, 10 were men, so morning women = 18 − 10 = 8.</w:t>
      </w:r>
      <w:r>
        <w:t xml:space="preserve"> </w:t>
      </w:r>
      <w:r>
        <w:t xml:space="preserve">2. Total women = 14, so evening women = 14 − 8 = 6.</w:t>
      </w:r>
      <w:r>
        <w:t xml:space="preserve"> </w:t>
      </w:r>
      <w:r>
        <w:t xml:space="preserve">3. Total runners = 30, so evening runners = 30 − 18 = 12, and evening men = 12 − 6 = 6.</w:t>
      </w:r>
      <w:r>
        <w:t xml:space="preserve"> </w:t>
      </w:r>
      <w:r>
        <w:t xml:space="preserve">4. Men total = 10 + 6 = 16; check 16 + 14 = 30. ✓</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(b)</w:t>
      </w:r>
      <w:r>
        <w:t xml:space="preserve"> </w:t>
      </w:r>
      <w:r>
        <w:rPr>
          <w:b/>
          <w:bCs/>
        </w:rPr>
        <w:t xml:space="preserve">Q2</w:t>
      </w:r>
      <w:r>
        <w:t xml:space="preserve"> </w:t>
      </w:r>
      <w:r>
        <w:t xml:space="preserve">Final answer:</w:t>
      </w:r>
      <w:r>
        <w:t xml:space="preserve"> </w:t>
      </w:r>
      <m:oMath>
        <m:r>
          <m:t>y</m:t>
        </m:r>
        <m:r>
          <m:rPr>
            <m:sty m:val="p"/>
          </m:rPr>
          <m:t>&lt;</m:t>
        </m:r>
        <m:r>
          <m:t>4</m:t>
        </m:r>
      </m:oMath>
      <w:r>
        <w:t xml:space="preserve">.</w:t>
      </w:r>
      <w:r>
        <w:t xml:space="preserve"> </w:t>
      </w:r>
      <w:r>
        <w:t xml:space="preserve">1. Distribute:</w:t>
      </w:r>
      <w:r>
        <w:t xml:space="preserve"> </w:t>
      </w:r>
      <m:oMath>
        <m:r>
          <m:t>6</m:t>
        </m:r>
        <m:r>
          <m:rPr>
            <m:sty m:val="p"/>
          </m:rPr>
          <m:t>−</m:t>
        </m:r>
        <m:r>
          <m:t>3</m:t>
        </m:r>
        <m:r>
          <m:t>y</m:t>
        </m:r>
        <m:r>
          <m:rPr>
            <m:sty m:val="p"/>
          </m:rPr>
          <m:t>&gt;</m:t>
        </m:r>
        <m:r>
          <m:t>y</m:t>
        </m:r>
        <m:r>
          <m:rPr>
            <m:sty m:val="p"/>
          </m:rPr>
          <m:t>−</m:t>
        </m:r>
        <m:r>
          <m:t>10</m:t>
        </m:r>
      </m:oMath>
      <w:r>
        <w:t xml:space="preserve">.</w:t>
      </w:r>
      <w:r>
        <w:t xml:space="preserve"> </w:t>
      </w:r>
      <w:r>
        <w:t xml:space="preserve">2. Add</w:t>
      </w:r>
      <w:r>
        <w:t xml:space="preserve"> </w:t>
      </w:r>
      <m:oMath>
        <m:r>
          <m:t>3</m:t>
        </m:r>
        <m:r>
          <m:t>y</m:t>
        </m:r>
      </m:oMath>
      <w:r>
        <w:t xml:space="preserve"> </w:t>
      </w:r>
      <w:r>
        <w:t xml:space="preserve">to both sides:</w:t>
      </w:r>
      <w:r>
        <w:t xml:space="preserve"> </w:t>
      </w:r>
      <m:oMath>
        <m:r>
          <m:t>6</m:t>
        </m:r>
        <m:r>
          <m:rPr>
            <m:sty m:val="p"/>
          </m:rPr>
          <m:t>&gt;</m:t>
        </m:r>
        <m:r>
          <m:t>4</m:t>
        </m:r>
        <m:r>
          <m:t>y</m:t>
        </m:r>
        <m:r>
          <m:rPr>
            <m:sty m:val="p"/>
          </m:rPr>
          <m:t>−</m:t>
        </m:r>
        <m:r>
          <m:t>10</m:t>
        </m:r>
      </m:oMath>
      <w:r>
        <w:t xml:space="preserve">.</w:t>
      </w:r>
      <w:r>
        <w:t xml:space="preserve"> </w:t>
      </w:r>
      <w:r>
        <w:t xml:space="preserve">3. Add 10:</w:t>
      </w:r>
      <w:r>
        <w:t xml:space="preserve"> </w:t>
      </w:r>
      <m:oMath>
        <m:r>
          <m:t>16</m:t>
        </m:r>
        <m:r>
          <m:rPr>
            <m:sty m:val="p"/>
          </m:rPr>
          <m:t>&gt;</m:t>
        </m:r>
        <m:r>
          <m:t>4</m:t>
        </m:r>
        <m:r>
          <m:t>y</m:t>
        </m:r>
      </m:oMath>
      <w:r>
        <w:t xml:space="preserve">.</w:t>
      </w:r>
      <w:r>
        <w:t xml:space="preserve"> </w:t>
      </w:r>
      <w:r>
        <w:t xml:space="preserve">4. Divide by 4:</w:t>
      </w:r>
      <w:r>
        <w:t xml:space="preserve"> </w:t>
      </w:r>
      <m:oMath>
        <m:r>
          <m:t>4</m:t>
        </m:r>
        <m:r>
          <m:rPr>
            <m:sty m:val="p"/>
          </m:rPr>
          <m:t>&gt;</m:t>
        </m:r>
        <m:r>
          <m:t>y</m:t>
        </m:r>
      </m:oMath>
      <w:r>
        <w:t xml:space="preserve">, so</w:t>
      </w:r>
      <w:r>
        <w:t xml:space="preserve"> </w:t>
      </w:r>
      <m:oMath>
        <m:r>
          <m:t>y</m:t>
        </m:r>
        <m:r>
          <m:rPr>
            <m:sty m:val="p"/>
          </m:rPr>
          <m:t>&lt;</m:t>
        </m:r>
        <m:r>
          <m:t>4</m:t>
        </m:r>
      </m:oMath>
      <w:r>
        <w:t xml:space="preserve">.</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(c)</w:t>
      </w:r>
      <w:r>
        <w:t xml:space="preserve"> </w:t>
      </w:r>
      <w:r>
        <w:rPr>
          <w:b/>
          <w:bCs/>
        </w:rPr>
        <w:t xml:space="preserve">Q3</w:t>
      </w:r>
      <w:r>
        <w:t xml:space="preserve"> </w:t>
      </w:r>
      <w:r>
        <w:t xml:space="preserve">Final answer:</w:t>
      </w:r>
      <w:r>
        <w:t xml:space="preserve"> </w:t>
      </w:r>
      <m:oMath>
        <m:r>
          <m:t>2</m:t>
        </m:r>
        <m:sSup>
          <m:e>
            <m:r>
              <m:t>x</m:t>
            </m:r>
          </m:e>
          <m:sup>
            <m:r>
              <m:t>2</m:t>
            </m:r>
          </m:sup>
        </m:sSup>
        <m:r>
          <m:rPr>
            <m:sty m:val="p"/>
          </m:rPr>
          <m:t>+</m:t>
        </m:r>
        <m:r>
          <m:t>5</m:t>
        </m:r>
        <m:r>
          <m:t>x</m:t>
        </m:r>
        <m:r>
          <m:rPr>
            <m:sty m:val="p"/>
          </m:rPr>
          <m:t>−</m:t>
        </m:r>
        <m:r>
          <m:t>3</m:t>
        </m:r>
      </m:oMath>
      <w:r>
        <w:t xml:space="preserve">.</w:t>
      </w:r>
      <w:r>
        <w:t xml:space="preserve"> </w:t>
      </w:r>
      <w:r>
        <w:t xml:space="preserve">1. FOIL:</w:t>
      </w:r>
      <w:r>
        <w:t xml:space="preserve"> </w:t>
      </w:r>
      <m:oMath>
        <m:r>
          <m:rPr>
            <m:sty m:val="p"/>
          </m:rPr>
          <m:t>(</m:t>
        </m:r>
        <m:r>
          <m:t>2</m:t>
        </m:r>
        <m:r>
          <m:t>x</m:t>
        </m:r>
        <m:r>
          <m:rPr>
            <m:sty m:val="p"/>
          </m:rPr>
          <m:t>)</m:t>
        </m:r>
        <m:r>
          <m:rPr>
            <m:sty m:val="p"/>
          </m:rPr>
          <m:t>(</m:t>
        </m:r>
        <m:r>
          <m:t>x</m:t>
        </m:r>
        <m:r>
          <m:rPr>
            <m:sty m:val="p"/>
          </m:rPr>
          <m:t>)</m:t>
        </m:r>
        <m:r>
          <m:rPr>
            <m:sty m:val="p"/>
          </m:rPr>
          <m:t>=</m:t>
        </m:r>
        <m:r>
          <m:t>2</m:t>
        </m:r>
        <m:sSup>
          <m:e>
            <m:r>
              <m:t>x</m:t>
            </m:r>
          </m:e>
          <m:sup>
            <m:r>
              <m:t>2</m:t>
            </m:r>
          </m:sup>
        </m:sSup>
      </m:oMath>
      <w:r>
        <w:t xml:space="preserve">.</w:t>
      </w:r>
      <w:r>
        <w:t xml:space="preserve"> </w:t>
      </w:r>
      <w:r>
        <w:t xml:space="preserve">2. Outer:</w:t>
      </w:r>
      <w:r>
        <w:t xml:space="preserve"> </w:t>
      </w:r>
      <m:oMath>
        <m:r>
          <m:rPr>
            <m:sty m:val="p"/>
          </m:rPr>
          <m:t>(</m:t>
        </m:r>
        <m:r>
          <m:t>2</m:t>
        </m:r>
        <m:r>
          <m:t>x</m:t>
        </m:r>
        <m:r>
          <m:rPr>
            <m:sty m:val="p"/>
          </m:rPr>
          <m:t>)</m:t>
        </m:r>
        <m:r>
          <m:rPr>
            <m:sty m:val="p"/>
          </m:rPr>
          <m:t>(</m:t>
        </m:r>
        <m:r>
          <m:t>3</m:t>
        </m:r>
        <m:r>
          <m:rPr>
            <m:sty m:val="p"/>
          </m:rPr>
          <m:t>)</m:t>
        </m:r>
        <m:r>
          <m:rPr>
            <m:sty m:val="p"/>
          </m:rPr>
          <m:t>=</m:t>
        </m:r>
        <m:r>
          <m:t>6</m:t>
        </m:r>
        <m:r>
          <m:t>x</m:t>
        </m:r>
      </m:oMath>
      <w:r>
        <w:t xml:space="preserve">; Inner:</w:t>
      </w:r>
      <w:r>
        <w:t xml:space="preserve"> </w:t>
      </w:r>
      <m:oMath>
        <m:r>
          <m:rPr>
            <m:sty m:val="p"/>
          </m:rPr>
          <m:t>(</m:t>
        </m:r>
        <m:r>
          <m:rPr>
            <m:sty m:val="p"/>
          </m:rPr>
          <m:t>−</m:t>
        </m:r>
        <m:r>
          <m:t>1</m:t>
        </m:r>
        <m:r>
          <m:rPr>
            <m:sty m:val="p"/>
          </m:rPr>
          <m:t>)</m:t>
        </m:r>
        <m:r>
          <m:rPr>
            <m:sty m:val="p"/>
          </m:rPr>
          <m:t>(</m:t>
        </m:r>
        <m:r>
          <m:t>x</m:t>
        </m:r>
        <m:r>
          <m:rPr>
            <m:sty m:val="p"/>
          </m:rPr>
          <m:t>)</m:t>
        </m:r>
        <m:r>
          <m:rPr>
            <m:sty m:val="p"/>
          </m:rPr>
          <m:t>=</m:t>
        </m:r>
        <m:r>
          <m:rPr>
            <m:sty m:val="p"/>
          </m:rPr>
          <m:t>−</m:t>
        </m:r>
        <m:r>
          <m:t>x</m:t>
        </m:r>
      </m:oMath>
      <w:r>
        <w:t xml:space="preserve">.</w:t>
      </w:r>
      <w:r>
        <w:t xml:space="preserve"> </w:t>
      </w:r>
      <w:r>
        <w:t xml:space="preserve">3. Last:</w:t>
      </w:r>
      <w:r>
        <w:t xml:space="preserve"> </w:t>
      </w:r>
      <m:oMath>
        <m:r>
          <m:rPr>
            <m:sty m:val="p"/>
          </m:rPr>
          <m:t>(</m:t>
        </m:r>
        <m:r>
          <m:rPr>
            <m:sty m:val="p"/>
          </m:rPr>
          <m:t>−</m:t>
        </m:r>
        <m:r>
          <m:t>1</m:t>
        </m:r>
        <m:r>
          <m:rPr>
            <m:sty m:val="p"/>
          </m:rPr>
          <m:t>)</m:t>
        </m:r>
        <m:r>
          <m:rPr>
            <m:sty m:val="p"/>
          </m:rPr>
          <m:t>(</m:t>
        </m:r>
        <m:r>
          <m:t>3</m:t>
        </m:r>
        <m:r>
          <m:rPr>
            <m:sty m:val="p"/>
          </m:rPr>
          <m:t>)</m:t>
        </m:r>
        <m:r>
          <m:rPr>
            <m:sty m:val="p"/>
          </m:rPr>
          <m:t>=</m:t>
        </m:r>
        <m:r>
          <m:rPr>
            <m:sty m:val="p"/>
          </m:rPr>
          <m:t>−</m:t>
        </m:r>
        <m:r>
          <m:t>3</m:t>
        </m:r>
      </m:oMath>
      <w:r>
        <w:t xml:space="preserve">.</w:t>
      </w:r>
      <w:r>
        <w:t xml:space="preserve"> </w:t>
      </w:r>
      <w:r>
        <w:t xml:space="preserve">4. Collect:</w:t>
      </w:r>
      <w:r>
        <w:t xml:space="preserve"> </w:t>
      </w:r>
      <m:oMath>
        <m:r>
          <m:t>6</m:t>
        </m:r>
        <m:r>
          <m:t>x</m:t>
        </m:r>
        <m:r>
          <m:rPr>
            <m:sty m:val="p"/>
          </m:rPr>
          <m:t>−</m:t>
        </m:r>
        <m:r>
          <m:t>x</m:t>
        </m:r>
        <m:r>
          <m:rPr>
            <m:sty m:val="p"/>
          </m:rPr>
          <m:t>=</m:t>
        </m:r>
        <m:r>
          <m:t>5</m:t>
        </m:r>
        <m:r>
          <m:t>x</m:t>
        </m:r>
      </m:oMath>
      <w:r>
        <w:t xml:space="preserve">, so</w:t>
      </w:r>
      <w:r>
        <w:t xml:space="preserve"> </w:t>
      </w:r>
      <m:oMath>
        <m:r>
          <m:t>2</m:t>
        </m:r>
        <m:sSup>
          <m:e>
            <m:r>
              <m:t>x</m:t>
            </m:r>
          </m:e>
          <m:sup>
            <m:r>
              <m:t>2</m:t>
            </m:r>
          </m:sup>
        </m:sSup>
        <m:r>
          <m:rPr>
            <m:sty m:val="p"/>
          </m:rPr>
          <m:t>+</m:t>
        </m:r>
        <m:r>
          <m:t>5</m:t>
        </m:r>
        <m:r>
          <m:t>x</m:t>
        </m:r>
        <m:r>
          <m:rPr>
            <m:sty m:val="p"/>
          </m:rPr>
          <m:t>−</m:t>
        </m:r>
        <m:r>
          <m:t>3</m:t>
        </m:r>
      </m:oMath>
      <w:r>
        <w:t xml:space="preserve">.</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(d)</w:t>
      </w:r>
      <w:r>
        <w:t xml:space="preserve"> </w:t>
      </w:r>
      <w:r>
        <w:rPr>
          <w:b/>
          <w:bCs/>
        </w:rPr>
        <w:t xml:space="preserve">Q4</w:t>
      </w:r>
      <w:r>
        <w:t xml:space="preserve"> </w:t>
      </w:r>
      <w:r>
        <w:t xml:space="preserve">Final answer: 23.</w:t>
      </w:r>
      <w:r>
        <w:t xml:space="preserve"> </w:t>
      </w:r>
      <w:r>
        <w:t xml:space="preserve">1. Common difference:</w:t>
      </w:r>
      <w:r>
        <w:t xml:space="preserve"> </w:t>
      </w:r>
      <m:oMath>
        <m:r>
          <m:t>d</m:t>
        </m:r>
        <m:r>
          <m:rPr>
            <m:sty m:val="p"/>
          </m:rPr>
          <m:t>=</m:t>
        </m:r>
        <m:r>
          <m:rPr>
            <m:sty m:val="p"/>
          </m:rPr>
          <m:t>(</m:t>
        </m:r>
        <m:r>
          <m:t>11</m:t>
        </m:r>
        <m:r>
          <m:rPr>
            <m:sty m:val="p"/>
          </m:rPr>
          <m:t>−</m:t>
        </m:r>
        <m:r>
          <m:t>2</m:t>
        </m:r>
        <m:r>
          <m:rPr>
            <m:sty m:val="p"/>
          </m:rPr>
          <m:t>)</m:t>
        </m:r>
        <m:r>
          <m:rPr>
            <m:sty m:val="p"/>
          </m:rPr>
          <m:t>÷</m:t>
        </m:r>
        <m:r>
          <m:t>3</m:t>
        </m:r>
        <m:r>
          <m:rPr>
            <m:sty m:val="p"/>
          </m:rPr>
          <m:t>=</m:t>
        </m:r>
        <m:r>
          <m:t>3</m:t>
        </m:r>
      </m:oMath>
      <w:r>
        <w:t xml:space="preserve">.</w:t>
      </w:r>
      <w:r>
        <w:t xml:space="preserve"> </w:t>
      </w:r>
      <w:r>
        <w:t xml:space="preserve">2. Eighth term:</w:t>
      </w:r>
      <w:r>
        <w:t xml:space="preserve"> </w:t>
      </w:r>
      <m:oMath>
        <m:sSub>
          <m:e>
            <m:r>
              <m:t>a</m:t>
            </m:r>
          </m:e>
          <m:sub>
            <m:r>
              <m:t>8</m:t>
            </m:r>
          </m:sub>
        </m:sSub>
        <m:r>
          <m:rPr>
            <m:sty m:val="p"/>
          </m:rPr>
          <m:t>=</m:t>
        </m:r>
        <m:sSub>
          <m:e>
            <m:r>
              <m:t>a</m:t>
            </m:r>
          </m:e>
          <m:sub>
            <m:r>
              <m:t>1</m:t>
            </m:r>
          </m:sub>
        </m:sSub>
        <m:r>
          <m:rPr>
            <m:sty m:val="p"/>
          </m:rPr>
          <m:t>+</m:t>
        </m:r>
        <m:r>
          <m:t>7</m:t>
        </m:r>
        <m:r>
          <m:t>d</m:t>
        </m:r>
        <m:r>
          <m:rPr>
            <m:sty m:val="p"/>
          </m:rPr>
          <m:t>=</m:t>
        </m:r>
        <m:r>
          <m:t>2</m:t>
        </m:r>
        <m:r>
          <m:rPr>
            <m:sty m:val="p"/>
          </m:rPr>
          <m:t>+</m:t>
        </m:r>
        <m:r>
          <m:t>7</m:t>
        </m:r>
        <m:r>
          <m:rPr>
            <m:sty m:val="p"/>
          </m:rPr>
          <m:t>(</m:t>
        </m:r>
        <m:r>
          <m:t>3</m:t>
        </m:r>
        <m:r>
          <m:rPr>
            <m:sty m:val="p"/>
          </m:rPr>
          <m:t>)</m:t>
        </m:r>
      </m:oMath>
      <w:r>
        <w:t xml:space="preserve">.</w:t>
      </w:r>
      <w:r>
        <w:t xml:space="preserve"> </w:t>
      </w:r>
      <w:r>
        <w:t xml:space="preserve">3.</w:t>
      </w:r>
      <w:r>
        <w:t xml:space="preserve"> </w:t>
      </w:r>
      <m:oMath>
        <m:r>
          <m:t>2</m:t>
        </m:r>
        <m:r>
          <m:rPr>
            <m:sty m:val="p"/>
          </m:rPr>
          <m:t>+</m:t>
        </m:r>
        <m:r>
          <m:t>21</m:t>
        </m:r>
        <m:r>
          <m:rPr>
            <m:sty m:val="p"/>
          </m:rPr>
          <m:t>=</m:t>
        </m:r>
        <m:r>
          <m:t>23</m:t>
        </m:r>
      </m:oMath>
      <w:r>
        <w:t xml:space="preserve">.</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(e)</w:t>
      </w:r>
      <w:r>
        <w:t xml:space="preserve"> </w:t>
      </w:r>
      <w:r>
        <w:rPr>
          <w:b/>
          <w:bCs/>
        </w:rPr>
        <w:t xml:space="preserve">Q5</w:t>
      </w:r>
      <w:r>
        <w:t xml:space="preserve"> </w:t>
      </w:r>
      <w:r>
        <w:t xml:space="preserve">Final answer:</w:t>
      </w:r>
      <w:r>
        <w:t xml:space="preserve"> </w:t>
      </w:r>
      <m:oMath>
        <m:r>
          <m:t>y</m:t>
        </m:r>
        <m:r>
          <m:rPr>
            <m:sty m:val="p"/>
          </m:rPr>
          <m:t>=</m:t>
        </m:r>
        <m:r>
          <m:t>2</m:t>
        </m:r>
        <m:r>
          <m:t>x</m:t>
        </m:r>
        <m:r>
          <m:rPr>
            <m:sty m:val="p"/>
          </m:rPr>
          <m:t>−</m:t>
        </m:r>
        <m:r>
          <m:t>3</m:t>
        </m:r>
      </m:oMath>
      <w:r>
        <w:t xml:space="preserve">.</w:t>
      </w:r>
      <w:r>
        <w:t xml:space="preserve"> </w:t>
      </w:r>
      <w:r>
        <w:t xml:space="preserve">1. Start with slope-intercept form:</w:t>
      </w:r>
      <w:r>
        <w:t xml:space="preserve"> </w:t>
      </w:r>
      <m:oMath>
        <m:r>
          <m:t>y</m:t>
        </m:r>
        <m:r>
          <m:rPr>
            <m:sty m:val="p"/>
          </m:rPr>
          <m:t>=</m:t>
        </m:r>
        <m:r>
          <m:t>m</m:t>
        </m:r>
        <m:r>
          <m:t>x</m:t>
        </m:r>
        <m:r>
          <m:rPr>
            <m:sty m:val="p"/>
          </m:rPr>
          <m:t>+</m:t>
        </m:r>
        <m:r>
          <m:t>b</m:t>
        </m:r>
      </m:oMath>
      <w:r>
        <w:t xml:space="preserve">, with</w:t>
      </w:r>
      <w:r>
        <w:t xml:space="preserve"> </w:t>
      </w:r>
      <m:oMath>
        <m:r>
          <m:t>m</m:t>
        </m:r>
        <m:r>
          <m:rPr>
            <m:sty m:val="p"/>
          </m:rPr>
          <m:t>=</m:t>
        </m:r>
        <m:r>
          <m:t>2</m:t>
        </m:r>
      </m:oMath>
      <w:r>
        <w:t xml:space="preserve">.</w:t>
      </w:r>
      <w:r>
        <w:t xml:space="preserve"> </w:t>
      </w:r>
      <w:r>
        <w:t xml:space="preserve">2. Substitute</w:t>
      </w:r>
      <w:r>
        <w:t xml:space="preserve"> </w:t>
      </w:r>
      <m:oMath>
        <m:r>
          <m:rPr>
            <m:sty m:val="p"/>
          </m:rPr>
          <m:t>(</m:t>
        </m:r>
        <m:r>
          <m:t>2</m:t>
        </m:r>
        <m:r>
          <m:rPr>
            <m:sty m:val="p"/>
          </m:rPr>
          <m:t>,</m:t>
        </m:r>
        <m:r>
          <m:t>1</m:t>
        </m:r>
        <m:r>
          <m:rPr>
            <m:sty m:val="p"/>
          </m:rPr>
          <m:t>)</m:t>
        </m:r>
      </m:oMath>
      <w:r>
        <w:t xml:space="preserve">:</w:t>
      </w:r>
      <w:r>
        <w:t xml:space="preserve"> </w:t>
      </w:r>
      <m:oMath>
        <m:r>
          <m:t>1</m:t>
        </m:r>
        <m:r>
          <m:rPr>
            <m:sty m:val="p"/>
          </m:rPr>
          <m:t>=</m:t>
        </m:r>
        <m:r>
          <m:t>2</m:t>
        </m:r>
        <m:r>
          <m:rPr>
            <m:sty m:val="p"/>
          </m:rPr>
          <m:t>(</m:t>
        </m:r>
        <m:r>
          <m:t>2</m:t>
        </m:r>
        <m:r>
          <m:rPr>
            <m:sty m:val="p"/>
          </m:rPr>
          <m:t>)</m:t>
        </m:r>
        <m:r>
          <m:rPr>
            <m:sty m:val="p"/>
          </m:rPr>
          <m:t>+</m:t>
        </m:r>
        <m:r>
          <m:t>b</m:t>
        </m:r>
      </m:oMath>
      <w:r>
        <w:t xml:space="preserve">.</w:t>
      </w:r>
      <w:r>
        <w:t xml:space="preserve"> </w:t>
      </w:r>
      <w:r>
        <w:t xml:space="preserve">3.</w:t>
      </w:r>
      <w:r>
        <w:t xml:space="preserve"> </w:t>
      </w:r>
      <m:oMath>
        <m:r>
          <m:t>1</m:t>
        </m:r>
        <m:r>
          <m:rPr>
            <m:sty m:val="p"/>
          </m:rPr>
          <m:t>=</m:t>
        </m:r>
        <m:r>
          <m:t>4</m:t>
        </m:r>
        <m:r>
          <m:rPr>
            <m:sty m:val="p"/>
          </m:rPr>
          <m:t>+</m:t>
        </m:r>
        <m:r>
          <m:t>b</m:t>
        </m:r>
      </m:oMath>
      <w:r>
        <w:t xml:space="preserve">, so</w:t>
      </w:r>
      <w:r>
        <w:t xml:space="preserve"> </w:t>
      </w:r>
      <m:oMath>
        <m:r>
          <m:t>b</m:t>
        </m:r>
        <m:r>
          <m:rPr>
            <m:sty m:val="p"/>
          </m:rPr>
          <m:t>=</m:t>
        </m:r>
        <m:r>
          <m:rPr>
            <m:sty m:val="p"/>
          </m:rPr>
          <m:t>−</m:t>
        </m:r>
        <m:r>
          <m:t>3</m:t>
        </m:r>
      </m:oMath>
      <w:r>
        <w:t xml:space="preserve">.</w:t>
      </w:r>
      <w:r>
        <w:t xml:space="preserve"> </w:t>
      </w:r>
      <w:r>
        <w:t xml:space="preserve">4. Equation:</w:t>
      </w:r>
      <w:r>
        <w:t xml:space="preserve"> </w:t>
      </w:r>
      <m:oMath>
        <m:r>
          <m:t>y</m:t>
        </m:r>
        <m:r>
          <m:rPr>
            <m:sty m:val="p"/>
          </m:rPr>
          <m:t>=</m:t>
        </m:r>
        <m:r>
          <m:t>2</m:t>
        </m:r>
        <m:r>
          <m:t>x</m:t>
        </m:r>
        <m:r>
          <m:rPr>
            <m:sty m:val="p"/>
          </m:rPr>
          <m:t>−</m:t>
        </m:r>
        <m:r>
          <m:t>3</m:t>
        </m:r>
      </m:oMath>
      <w:r>
        <w:t xml:space="preserve">.</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(f)</w:t>
      </w:r>
      <w:r>
        <w:t xml:space="preserve"> </w:t>
      </w:r>
      <w:r>
        <w:rPr>
          <w:b/>
          <w:bCs/>
        </w:rPr>
        <w:t xml:space="preserve">Q6</w:t>
      </w:r>
      <w:r>
        <w:t xml:space="preserve"> </w:t>
      </w:r>
      <w:r>
        <w:t xml:space="preserve">Final answer:</w:t>
      </w:r>
      <w:r>
        <w:t xml:space="preserve"> </w:t>
      </w:r>
      <m:oMath>
        <m:r>
          <m:t>2</m:t>
        </m:r>
        <m:r>
          <m:t>x</m:t>
        </m:r>
        <m:r>
          <m:rPr>
            <m:sty m:val="p"/>
          </m:rPr>
          <m:t>(</m:t>
        </m:r>
        <m:r>
          <m:t>x</m:t>
        </m:r>
        <m:r>
          <m:rPr>
            <m:sty m:val="p"/>
          </m:rPr>
          <m:t>+</m:t>
        </m:r>
        <m:r>
          <m:t>2</m:t>
        </m:r>
        <m:r>
          <m:rPr>
            <m:sty m:val="p"/>
          </m:rPr>
          <m:t>)</m:t>
        </m:r>
        <m:r>
          <m:rPr>
            <m:sty m:val="p"/>
          </m:rPr>
          <m:t>(</m:t>
        </m:r>
        <m:r>
          <m:t>x</m:t>
        </m:r>
        <m:r>
          <m:rPr>
            <m:sty m:val="p"/>
          </m:rPr>
          <m:t>−</m:t>
        </m:r>
        <m:r>
          <m:t>2</m:t>
        </m:r>
        <m:r>
          <m:rPr>
            <m:sty m:val="p"/>
          </m:rPr>
          <m:t>)</m:t>
        </m:r>
      </m:oMath>
      <w:r>
        <w:t xml:space="preserve">.</w:t>
      </w:r>
      <w:r>
        <w:t xml:space="preserve"> </w:t>
      </w:r>
      <w:r>
        <w:t xml:space="preserve">1. Factor out the GCF</w:t>
      </w:r>
      <w:r>
        <w:t xml:space="preserve"> </w:t>
      </w:r>
      <m:oMath>
        <m:r>
          <m:t>2</m:t>
        </m:r>
        <m:r>
          <m:t>x</m:t>
        </m:r>
      </m:oMath>
      <w:r>
        <w:t xml:space="preserve">:</w:t>
      </w:r>
      <w:r>
        <w:t xml:space="preserve"> </w:t>
      </w:r>
      <m:oMath>
        <m:r>
          <m:t>2</m:t>
        </m:r>
        <m:r>
          <m:t>x</m:t>
        </m:r>
        <m:r>
          <m:rPr>
            <m:sty m:val="p"/>
          </m:rPr>
          <m:t>(</m:t>
        </m:r>
        <m:sSup>
          <m:e>
            <m:r>
              <m:t>x</m:t>
            </m:r>
          </m:e>
          <m:sup>
            <m:r>
              <m:t>2</m:t>
            </m:r>
          </m:sup>
        </m:sSup>
        <m:r>
          <m:rPr>
            <m:sty m:val="p"/>
          </m:rPr>
          <m:t>−</m:t>
        </m:r>
        <m:r>
          <m:t>4</m:t>
        </m:r>
        <m:r>
          <m:rPr>
            <m:sty m:val="p"/>
          </m:rPr>
          <m:t>)</m:t>
        </m:r>
      </m:oMath>
      <w:r>
        <w:t xml:space="preserve">.</w:t>
      </w:r>
      <w:r>
        <w:t xml:space="preserve"> </w:t>
      </w:r>
      <w:r>
        <w:t xml:space="preserve">2.</w:t>
      </w:r>
      <w:r>
        <w:t xml:space="preserve"> </w:t>
      </w:r>
      <m:oMath>
        <m:sSup>
          <m:e>
            <m:r>
              <m:t>x</m:t>
            </m:r>
          </m:e>
          <m:sup>
            <m:r>
              <m:t>2</m:t>
            </m:r>
          </m:sup>
        </m:sSup>
        <m:r>
          <m:rPr>
            <m:sty m:val="p"/>
          </m:rPr>
          <m:t>−</m:t>
        </m:r>
        <m:r>
          <m:t>4</m:t>
        </m:r>
      </m:oMath>
      <w:r>
        <w:t xml:space="preserve"> </w:t>
      </w:r>
      <w:r>
        <w:t xml:space="preserve">is a difference of squares:</w:t>
      </w:r>
      <w:r>
        <w:t xml:space="preserve"> </w:t>
      </w:r>
      <m:oMath>
        <m:r>
          <m:rPr>
            <m:sty m:val="p"/>
          </m:rPr>
          <m:t>(</m:t>
        </m:r>
        <m:r>
          <m:t>x</m:t>
        </m:r>
        <m:r>
          <m:rPr>
            <m:sty m:val="p"/>
          </m:rPr>
          <m:t>+</m:t>
        </m:r>
        <m:r>
          <m:t>2</m:t>
        </m:r>
        <m:r>
          <m:rPr>
            <m:sty m:val="p"/>
          </m:rPr>
          <m:t>)</m:t>
        </m:r>
        <m:r>
          <m:rPr>
            <m:sty m:val="p"/>
          </m:rPr>
          <m:t>(</m:t>
        </m:r>
        <m:r>
          <m:t>x</m:t>
        </m:r>
        <m:r>
          <m:rPr>
            <m:sty m:val="p"/>
          </m:rPr>
          <m:t>−</m:t>
        </m:r>
        <m:r>
          <m:t>2</m:t>
        </m:r>
        <m:r>
          <m:rPr>
            <m:sty m:val="p"/>
          </m:rPr>
          <m:t>)</m:t>
        </m:r>
      </m:oMath>
      <w:r>
        <w:t xml:space="preserve">.</w:t>
      </w:r>
      <w:r>
        <w:t xml:space="preserve"> </w:t>
      </w:r>
      <w:r>
        <w:t xml:space="preserve">3. So</w:t>
      </w:r>
      <w:r>
        <w:t xml:space="preserve"> </w:t>
      </w:r>
      <m:oMath>
        <m:r>
          <m:t>2</m:t>
        </m:r>
        <m:sSup>
          <m:e>
            <m:r>
              <m:t>x</m:t>
            </m:r>
          </m:e>
          <m:sup>
            <m:r>
              <m:t>3</m:t>
            </m:r>
          </m:sup>
        </m:sSup>
        <m:r>
          <m:rPr>
            <m:sty m:val="p"/>
          </m:rPr>
          <m:t>−</m:t>
        </m:r>
        <m:r>
          <m:t>8</m:t>
        </m:r>
        <m:r>
          <m:t>x</m:t>
        </m:r>
        <m:r>
          <m:rPr>
            <m:sty m:val="p"/>
          </m:rPr>
          <m:t>=</m:t>
        </m:r>
        <m:r>
          <m:t>2</m:t>
        </m:r>
        <m:r>
          <m:t>x</m:t>
        </m:r>
        <m:r>
          <m:rPr>
            <m:sty m:val="p"/>
          </m:rPr>
          <m:t>(</m:t>
        </m:r>
        <m:r>
          <m:t>x</m:t>
        </m:r>
        <m:r>
          <m:rPr>
            <m:sty m:val="p"/>
          </m:rPr>
          <m:t>+</m:t>
        </m:r>
        <m:r>
          <m:t>2</m:t>
        </m:r>
        <m:r>
          <m:rPr>
            <m:sty m:val="p"/>
          </m:rPr>
          <m:t>)</m:t>
        </m:r>
        <m:r>
          <m:rPr>
            <m:sty m:val="p"/>
          </m:rPr>
          <m:t>(</m:t>
        </m:r>
        <m:r>
          <m:t>x</m:t>
        </m:r>
        <m:r>
          <m:rPr>
            <m:sty m:val="p"/>
          </m:rPr>
          <m:t>−</m:t>
        </m:r>
        <m:r>
          <m:t>2</m:t>
        </m:r>
        <m:r>
          <m:rPr>
            <m:sty m:val="p"/>
          </m:rPr>
          <m:t>)</m:t>
        </m:r>
      </m:oMath>
      <w:r>
        <w:t xml:space="preserve">.</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(g)</w:t>
      </w:r>
      <w:r>
        <w:t xml:space="preserve"> </w:t>
      </w:r>
      <w:r>
        <w:rPr>
          <w:b/>
          <w:bCs/>
        </w:rPr>
        <w:t xml:space="preserve">Q7</w:t>
      </w:r>
      <w:r>
        <w:t xml:space="preserve"> </w:t>
      </w:r>
      <w:r>
        <w:t xml:space="preserve">Final answer:</w:t>
      </w:r>
      <w:r>
        <w:t xml:space="preserve"> </w:t>
      </w:r>
      <m:oMath>
        <m:r>
          <m:t>x</m:t>
        </m:r>
        <m:r>
          <m:rPr>
            <m:sty m:val="p"/>
          </m:rPr>
          <m:t>=</m:t>
        </m:r>
        <m:r>
          <m:t>3</m:t>
        </m:r>
      </m:oMath>
      <w:r>
        <w:t xml:space="preserve"> </w:t>
      </w:r>
      <w:r>
        <w:t xml:space="preserve">and</w:t>
      </w:r>
      <w:r>
        <w:t xml:space="preserve"> </w:t>
      </w:r>
      <m:oMath>
        <m:r>
          <m:t>x</m:t>
        </m:r>
        <m:r>
          <m:rPr>
            <m:sty m:val="p"/>
          </m:rPr>
          <m:t>=</m:t>
        </m:r>
        <m:r>
          <m:rPr>
            <m:sty m:val="p"/>
          </m:rPr>
          <m:t>−</m:t>
        </m:r>
        <m:r>
          <m:t>1</m:t>
        </m:r>
      </m:oMath>
      <w:r>
        <w:t xml:space="preserve">.</w:t>
      </w:r>
      <w:r>
        <w:t xml:space="preserve"> </w:t>
      </w:r>
      <w:r>
        <w:t xml:space="preserve">1. Set</w:t>
      </w:r>
      <w:r>
        <w:t xml:space="preserve"> </w:t>
      </w:r>
      <m:oMath>
        <m:r>
          <m:t>f</m:t>
        </m:r>
        <m:r>
          <m:rPr>
            <m:sty m:val="p"/>
          </m:rPr>
          <m:t>(</m:t>
        </m:r>
        <m:r>
          <m:t>x</m:t>
        </m:r>
        <m:r>
          <m:rPr>
            <m:sty m:val="p"/>
          </m:rPr>
          <m:t>)</m:t>
        </m:r>
        <m:r>
          <m:rPr>
            <m:sty m:val="p"/>
          </m:rPr>
          <m:t>=</m:t>
        </m:r>
        <m:r>
          <m:t>g</m:t>
        </m:r>
        <m:r>
          <m:rPr>
            <m:sty m:val="p"/>
          </m:rPr>
          <m:t>(</m:t>
        </m:r>
        <m:r>
          <m:t>x</m:t>
        </m:r>
        <m:r>
          <m:rPr>
            <m:sty m:val="p"/>
          </m:rPr>
          <m:t>)</m:t>
        </m:r>
      </m:oMath>
      <w:r>
        <w:t xml:space="preserve">:</w:t>
      </w:r>
      <w:r>
        <w:t xml:space="preserve"> </w:t>
      </w:r>
      <m:oMath>
        <m:r>
          <m:t>2</m:t>
        </m:r>
        <m:r>
          <m:t>x</m:t>
        </m:r>
        <m:r>
          <m:rPr>
            <m:sty m:val="p"/>
          </m:rPr>
          <m:t>=</m:t>
        </m:r>
        <m:sSup>
          <m:e>
            <m:r>
              <m:t>x</m:t>
            </m:r>
          </m:e>
          <m:sup>
            <m:r>
              <m:t>2</m:t>
            </m:r>
          </m:sup>
        </m:sSup>
        <m:r>
          <m:rPr>
            <m:sty m:val="p"/>
          </m:rPr>
          <m:t>−</m:t>
        </m:r>
        <m:r>
          <m:t>3</m:t>
        </m:r>
      </m:oMath>
      <w:r>
        <w:t xml:space="preserve">.</w:t>
      </w:r>
      <w:r>
        <w:t xml:space="preserve"> </w:t>
      </w:r>
      <w:r>
        <w:t xml:space="preserve">2. Rearrange:</w:t>
      </w:r>
      <w:r>
        <w:t xml:space="preserve"> </w:t>
      </w:r>
      <m:oMath>
        <m:sSup>
          <m:e>
            <m:r>
              <m:t>x</m:t>
            </m:r>
          </m:e>
          <m:sup>
            <m:r>
              <m:t>2</m:t>
            </m:r>
          </m:sup>
        </m:sSup>
        <m:r>
          <m:rPr>
            <m:sty m:val="p"/>
          </m:rPr>
          <m:t>−</m:t>
        </m:r>
        <m:r>
          <m:t>2</m:t>
        </m:r>
        <m:r>
          <m:t>x</m:t>
        </m:r>
        <m:r>
          <m:rPr>
            <m:sty m:val="p"/>
          </m:rPr>
          <m:t>−</m:t>
        </m:r>
        <m:r>
          <m:t>3</m:t>
        </m:r>
        <m:r>
          <m:rPr>
            <m:sty m:val="p"/>
          </m:rPr>
          <m:t>=</m:t>
        </m:r>
        <m:r>
          <m:t>0</m:t>
        </m:r>
      </m:oMath>
      <w:r>
        <w:t xml:space="preserve">.</w:t>
      </w:r>
      <w:r>
        <w:t xml:space="preserve"> </w:t>
      </w:r>
      <w:r>
        <w:t xml:space="preserve">3. Factor:</w:t>
      </w:r>
      <w:r>
        <w:t xml:space="preserve"> </w:t>
      </w:r>
      <m:oMath>
        <m:r>
          <m:rPr>
            <m:sty m:val="p"/>
          </m:rPr>
          <m:t>(</m:t>
        </m:r>
        <m:r>
          <m:t>x</m:t>
        </m:r>
        <m:r>
          <m:rPr>
            <m:sty m:val="p"/>
          </m:rPr>
          <m:t>−</m:t>
        </m:r>
        <m:r>
          <m:t>3</m:t>
        </m:r>
        <m:r>
          <m:rPr>
            <m:sty m:val="p"/>
          </m:rPr>
          <m:t>)</m:t>
        </m:r>
        <m:r>
          <m:rPr>
            <m:sty m:val="p"/>
          </m:rPr>
          <m:t>(</m:t>
        </m:r>
        <m:r>
          <m:t>x</m:t>
        </m:r>
        <m:r>
          <m:rPr>
            <m:sty m:val="p"/>
          </m:rPr>
          <m:t>+</m:t>
        </m:r>
        <m:r>
          <m:t>1</m:t>
        </m:r>
        <m:r>
          <m:rPr>
            <m:sty m:val="p"/>
          </m:rPr>
          <m:t>)</m:t>
        </m:r>
        <m:r>
          <m:rPr>
            <m:sty m:val="p"/>
          </m:rPr>
          <m:t>=</m:t>
        </m:r>
        <m:r>
          <m:t>0</m:t>
        </m:r>
      </m:oMath>
      <w:r>
        <w:t xml:space="preserve">.</w:t>
      </w:r>
      <w:r>
        <w:t xml:space="preserve"> </w:t>
      </w:r>
      <w:r>
        <w:t xml:space="preserve">4. So</w:t>
      </w:r>
      <w:r>
        <w:t xml:space="preserve"> </w:t>
      </w:r>
      <m:oMath>
        <m:r>
          <m:t>x</m:t>
        </m:r>
        <m:r>
          <m:rPr>
            <m:sty m:val="p"/>
          </m:rPr>
          <m:t>=</m:t>
        </m:r>
        <m:r>
          <m:t>3</m:t>
        </m:r>
      </m:oMath>
      <w:r>
        <w:t xml:space="preserve"> </w:t>
      </w:r>
      <w:r>
        <w:t xml:space="preserve">or</w:t>
      </w:r>
      <w:r>
        <w:t xml:space="preserve"> </w:t>
      </w:r>
      <m:oMath>
        <m:r>
          <m:t>x</m:t>
        </m:r>
        <m:r>
          <m:rPr>
            <m:sty m:val="p"/>
          </m:rPr>
          <m:t>=</m:t>
        </m:r>
        <m:r>
          <m:rPr>
            <m:sty m:val="p"/>
          </m:rPr>
          <m:t>−</m:t>
        </m:r>
        <m:r>
          <m:t>1</m:t>
        </m:r>
      </m:oMath>
      <w:r>
        <w:t xml:space="preserve"> </w:t>
      </w:r>
      <w:r>
        <w:t xml:space="preserve">(the intersection points of the two graphs).</w:t>
      </w:r>
      <w:r>
        <w:t xml:space="preserve"> </w:t>
      </w:r>
      <w:r>
        <w:rPr>
          <w:i/>
          <w:iCs/>
        </w:rPr>
        <w:t xml:space="preserve">(4)</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(h)</w:t>
      </w:r>
      <w:r>
        <w:t xml:space="preserve"> </w:t>
      </w:r>
      <w:r>
        <w:rPr>
          <w:b/>
          <w:bCs/>
        </w:rPr>
        <w:t xml:space="preserve">Q8</w:t>
      </w:r>
      <w:r>
        <w:t xml:space="preserve"> </w:t>
      </w:r>
      <w:r>
        <w:t xml:space="preserve">Final answer:</w:t>
      </w:r>
      <w:r>
        <w:t xml:space="preserve"> </w:t>
      </w:r>
      <m:oMath>
        <m:r>
          <m:t>x</m:t>
        </m:r>
        <m:r>
          <m:rPr>
            <m:sty m:val="p"/>
          </m:rPr>
          <m:t>=</m:t>
        </m:r>
        <m:r>
          <m:rPr>
            <m:sty m:val="p"/>
          </m:rPr>
          <m:t>−</m:t>
        </m:r>
        <m:r>
          <m:t>1</m:t>
        </m:r>
        <m:r>
          <m:rPr>
            <m:sty m:val="p"/>
          </m:rPr>
          <m:t>±</m:t>
        </m:r>
        <m:rad>
          <m:radPr>
            <m:degHide m:val="on"/>
          </m:radPr>
          <m:deg/>
          <m:e>
            <m:r>
              <m:t>2</m:t>
            </m:r>
          </m:e>
        </m:rad>
      </m:oMath>
      <w:r>
        <w:t xml:space="preserve">.</w:t>
      </w:r>
      <w:r>
        <w:t xml:space="preserve"> </w:t>
      </w:r>
      <w:r>
        <w:t xml:space="preserve">1. For</w:t>
      </w:r>
      <w:r>
        <w:t xml:space="preserve"> </w:t>
      </w:r>
      <m:oMath>
        <m:sSup>
          <m:e>
            <m:r>
              <m:t>x</m:t>
            </m:r>
          </m:e>
          <m:sup>
            <m:r>
              <m:t>2</m:t>
            </m:r>
          </m:sup>
        </m:sSup>
        <m:r>
          <m:rPr>
            <m:sty m:val="p"/>
          </m:rPr>
          <m:t>+</m:t>
        </m:r>
        <m:r>
          <m:t>2</m:t>
        </m:r>
        <m:r>
          <m:t>x</m:t>
        </m:r>
        <m:r>
          <m:rPr>
            <m:sty m:val="p"/>
          </m:rPr>
          <m:t>−</m:t>
        </m:r>
        <m:r>
          <m:t>1</m:t>
        </m:r>
        <m:r>
          <m:rPr>
            <m:sty m:val="p"/>
          </m:rPr>
          <m:t>=</m:t>
        </m:r>
        <m:r>
          <m:t>0</m:t>
        </m:r>
      </m:oMath>
      <w:r>
        <w:t xml:space="preserve">:</w:t>
      </w:r>
      <w:r>
        <w:t xml:space="preserve"> </w:t>
      </w:r>
      <m:oMath>
        <m:r>
          <m:t>a</m:t>
        </m:r>
        <m:r>
          <m:rPr>
            <m:sty m:val="p"/>
          </m:rPr>
          <m:t>=</m:t>
        </m:r>
        <m:r>
          <m:t>1</m:t>
        </m:r>
      </m:oMath>
      <w:r>
        <w:t xml:space="preserve">,</w:t>
      </w:r>
      <w:r>
        <w:t xml:space="preserve"> </w:t>
      </w:r>
      <m:oMath>
        <m:r>
          <m:t>b</m:t>
        </m:r>
        <m:r>
          <m:rPr>
            <m:sty m:val="p"/>
          </m:rPr>
          <m:t>=</m:t>
        </m:r>
        <m:r>
          <m:t>2</m:t>
        </m:r>
      </m:oMath>
      <w:r>
        <w:t xml:space="preserve">,</w:t>
      </w:r>
      <w:r>
        <w:t xml:space="preserve"> </w:t>
      </w:r>
      <m:oMath>
        <m:r>
          <m:t>c</m:t>
        </m:r>
        <m:r>
          <m:rPr>
            <m:sty m:val="p"/>
          </m:rPr>
          <m:t>=</m:t>
        </m:r>
        <m:r>
          <m:rPr>
            <m:sty m:val="p"/>
          </m:rPr>
          <m:t>−</m:t>
        </m:r>
        <m:r>
          <m:t>1</m:t>
        </m:r>
      </m:oMath>
      <w:r>
        <w:t xml:space="preserve">.</w:t>
      </w:r>
      <w:r>
        <w:t xml:space="preserve"> </w:t>
      </w:r>
      <w:r>
        <w:t xml:space="preserve">2. Quadratic formula:</w:t>
      </w:r>
      <w:r>
        <w:t xml:space="preserve"> </w:t>
      </w:r>
      <m:oMath>
        <m:r>
          <m:t>x</m:t>
        </m:r>
        <m:r>
          <m:rPr>
            <m:sty m:val="p"/>
          </m:rPr>
          <m:t>=</m:t>
        </m:r>
        <m:f>
          <m:fPr>
            <m:type m:val="bar"/>
          </m:fPr>
          <m:num>
            <m:r>
              <m:rPr>
                <m:sty m:val="p"/>
              </m:rPr>
              <m:t>−</m:t>
            </m:r>
            <m:r>
              <m:t>2</m:t>
            </m:r>
            <m:r>
              <m:rPr>
                <m:sty m:val="p"/>
              </m:rPr>
              <m:t>±</m:t>
            </m:r>
            <m:rad>
              <m:radPr>
                <m:degHide m:val="on"/>
              </m:radPr>
              <m:deg/>
              <m:e>
                <m:sSup>
                  <m:e>
                    <m:r>
                      <m:t>2</m:t>
                    </m:r>
                  </m:e>
                  <m:sup>
                    <m:r>
                      <m:t>2</m:t>
                    </m:r>
                  </m:sup>
                </m:sSup>
                <m:r>
                  <m:rPr>
                    <m:sty m:val="p"/>
                  </m:rPr>
                  <m:t>−</m:t>
                </m:r>
                <m:r>
                  <m:t>4</m:t>
                </m:r>
                <m:r>
                  <m:rPr>
                    <m:sty m:val="p"/>
                  </m:rPr>
                  <m:t>(</m:t>
                </m:r>
                <m:r>
                  <m:t>1</m:t>
                </m:r>
                <m:r>
                  <m:rPr>
                    <m:sty m:val="p"/>
                  </m:rPr>
                  <m:t>)</m:t>
                </m:r>
                <m:r>
                  <m:rPr>
                    <m:sty m:val="p"/>
                  </m:rPr>
                  <m:t>(</m:t>
                </m:r>
                <m:r>
                  <m:rPr>
                    <m:sty m:val="p"/>
                  </m:rPr>
                  <m:t>−</m:t>
                </m:r>
                <m:r>
                  <m:t>1</m:t>
                </m:r>
                <m:r>
                  <m:rPr>
                    <m:sty m:val="p"/>
                  </m:rPr>
                  <m:t>)</m:t>
                </m:r>
              </m:e>
            </m:rad>
          </m:num>
          <m:den>
            <m:r>
              <m:t>2</m:t>
            </m:r>
            <m:r>
              <m:rPr>
                <m:sty m:val="p"/>
              </m:rPr>
              <m:t>(</m:t>
            </m:r>
            <m:r>
              <m:t>1</m:t>
            </m:r>
            <m:r>
              <m:rPr>
                <m:sty m:val="p"/>
              </m:rPr>
              <m:t>)</m:t>
            </m:r>
          </m:den>
        </m:f>
      </m:oMath>
      <w:r>
        <w:t xml:space="preserve">.</w:t>
      </w:r>
      <w:r>
        <w:t xml:space="preserve"> </w:t>
      </w:r>
      <w:r>
        <w:t xml:space="preserve">3. Simplify the discriminant:</w:t>
      </w:r>
      <w:r>
        <w:t xml:space="preserve"> </w:t>
      </w:r>
      <m:oMath>
        <m:r>
          <m:t>4</m:t>
        </m:r>
        <m:r>
          <m:rPr>
            <m:sty m:val="p"/>
          </m:rPr>
          <m:t>+</m:t>
        </m:r>
        <m:r>
          <m:t>4</m:t>
        </m:r>
        <m:r>
          <m:rPr>
            <m:sty m:val="p"/>
          </m:rPr>
          <m:t>=</m:t>
        </m:r>
        <m:r>
          <m:t>8</m:t>
        </m:r>
      </m:oMath>
      <w:r>
        <w:t xml:space="preserve">, so</w:t>
      </w:r>
      <w:r>
        <w:t xml:space="preserve"> </w:t>
      </w:r>
      <m:oMath>
        <m:r>
          <m:t>x</m:t>
        </m:r>
        <m:r>
          <m:rPr>
            <m:sty m:val="p"/>
          </m:rPr>
          <m:t>=</m:t>
        </m:r>
        <m:f>
          <m:fPr>
            <m:type m:val="bar"/>
          </m:fPr>
          <m:num>
            <m:r>
              <m:rPr>
                <m:sty m:val="p"/>
              </m:rPr>
              <m:t>−</m:t>
            </m:r>
            <m:r>
              <m:t>2</m:t>
            </m:r>
            <m:r>
              <m:rPr>
                <m:sty m:val="p"/>
              </m:rPr>
              <m:t>±</m:t>
            </m:r>
            <m:rad>
              <m:radPr>
                <m:degHide m:val="on"/>
              </m:radPr>
              <m:deg/>
              <m:e>
                <m:r>
                  <m:t>8</m:t>
                </m:r>
              </m:e>
            </m:rad>
          </m:num>
          <m:den>
            <m:r>
              <m:t>2</m:t>
            </m:r>
          </m:den>
        </m:f>
      </m:oMath>
      <w:r>
        <w:t xml:space="preserve">.</w:t>
      </w:r>
      <w:r>
        <w:t xml:space="preserve"> </w:t>
      </w:r>
      <w:r>
        <w:t xml:space="preserve">4.</w:t>
      </w:r>
      <w:r>
        <w:t xml:space="preserve"> </w:t>
      </w:r>
      <m:oMath>
        <m:rad>
          <m:radPr>
            <m:degHide m:val="on"/>
          </m:radPr>
          <m:deg/>
          <m:e>
            <m:r>
              <m:t>8</m:t>
            </m:r>
          </m:e>
        </m:rad>
        <m:r>
          <m:rPr>
            <m:sty m:val="p"/>
          </m:rPr>
          <m:t>=</m:t>
        </m:r>
        <m:r>
          <m:t>2</m:t>
        </m:r>
        <m:rad>
          <m:radPr>
            <m:degHide m:val="on"/>
          </m:radPr>
          <m:deg/>
          <m:e>
            <m:r>
              <m:t>2</m:t>
            </m:r>
          </m:e>
        </m:rad>
      </m:oMath>
      <w:r>
        <w:t xml:space="preserve">, so</w:t>
      </w:r>
      <w:r>
        <w:t xml:space="preserve"> </w:t>
      </w:r>
      <m:oMath>
        <m:r>
          <m:t>x</m:t>
        </m:r>
        <m:r>
          <m:rPr>
            <m:sty m:val="p"/>
          </m:rPr>
          <m:t>=</m:t>
        </m:r>
        <m:f>
          <m:fPr>
            <m:type m:val="bar"/>
          </m:fPr>
          <m:num>
            <m:r>
              <m:rPr>
                <m:sty m:val="p"/>
              </m:rPr>
              <m:t>−</m:t>
            </m:r>
            <m:r>
              <m:t>2</m:t>
            </m:r>
            <m:r>
              <m:rPr>
                <m:sty m:val="p"/>
              </m:rPr>
              <m:t>±</m:t>
            </m:r>
            <m:r>
              <m:t>2</m:t>
            </m:r>
            <m:rad>
              <m:radPr>
                <m:degHide m:val="on"/>
              </m:radPr>
              <m:deg/>
              <m:e>
                <m:r>
                  <m:t>2</m:t>
                </m:r>
              </m:e>
            </m:rad>
          </m:num>
          <m:den>
            <m:r>
              <m:t>2</m:t>
            </m:r>
          </m:den>
        </m:f>
        <m:r>
          <m:rPr>
            <m:sty m:val="p"/>
          </m:rPr>
          <m:t>=</m:t>
        </m:r>
        <m:r>
          <m:rPr>
            <m:sty m:val="p"/>
          </m:rPr>
          <m:t>−</m:t>
        </m:r>
        <m:r>
          <m:t>1</m:t>
        </m:r>
        <m:r>
          <m:rPr>
            <m:sty m:val="p"/>
          </m:rPr>
          <m:t>±</m:t>
        </m:r>
        <m:rad>
          <m:radPr>
            <m:degHide m:val="on"/>
          </m:radPr>
          <m:deg/>
          <m:e>
            <m:r>
              <m:t>2</m:t>
            </m:r>
          </m:e>
        </m:rad>
      </m:oMath>
      <w:r>
        <w:t xml:space="preserve">.</w:t>
      </w:r>
      <w:r>
        <w:t xml:space="preserve"> </w:t>
      </w:r>
      <w:r>
        <w:rPr>
          <w:i/>
          <w:iCs/>
        </w:rPr>
        <w:t xml:space="preserve">(4)</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(i)</w:t>
      </w:r>
      <w:r>
        <w:t xml:space="preserve"> </w:t>
      </w:r>
      <w:r>
        <w:rPr>
          <w:b/>
          <w:bCs/>
        </w:rPr>
        <w:t xml:space="preserve">Q9(a)</w:t>
      </w:r>
      <w:r>
        <w:t xml:space="preserve"> </w:t>
      </w:r>
      <w:r>
        <w:t xml:space="preserve">Final answer:</w:t>
      </w:r>
      <w:r>
        <w:t xml:space="preserve"> </w:t>
      </w:r>
      <m:oMath>
        <m:r>
          <m:t>y</m:t>
        </m:r>
        <m:r>
          <m:rPr>
            <m:sty m:val="p"/>
          </m:rPr>
          <m:t>=</m:t>
        </m:r>
        <m:r>
          <m:rPr>
            <m:sty m:val="p"/>
          </m:rPr>
          <m:t>−</m:t>
        </m:r>
        <m:r>
          <m:t>50.00</m:t>
        </m:r>
        <m:r>
          <m:t>x</m:t>
        </m:r>
        <m:r>
          <m:rPr>
            <m:sty m:val="p"/>
          </m:rPr>
          <m:t>+</m:t>
        </m:r>
        <m:r>
          <m:t>500.00</m:t>
        </m:r>
      </m:oMath>
      <w:r>
        <w:t xml:space="preserve">.</w:t>
      </w:r>
      <w:r>
        <w:t xml:space="preserve"> </w:t>
      </w:r>
      <w:r>
        <w:t xml:space="preserve">1. The data fall exactly on a line: each extra month lowers the value by $50 (500 → 450 → 400 → 350 → 300).</w:t>
      </w:r>
      <w:r>
        <w:t xml:space="preserve"> </w:t>
      </w:r>
      <w:r>
        <w:t xml:space="preserve">2. Slope</w:t>
      </w:r>
      <w:r>
        <w:t xml:space="preserve"> </w:t>
      </w:r>
      <m:oMath>
        <m:r>
          <m:t>m</m:t>
        </m:r>
        <m:r>
          <m:rPr>
            <m:sty m:val="p"/>
          </m:rPr>
          <m:t>=</m:t>
        </m:r>
        <m:r>
          <m:rPr>
            <m:sty m:val="p"/>
          </m:rPr>
          <m:t>−</m:t>
        </m:r>
        <m:r>
          <m:t>50</m:t>
        </m:r>
      </m:oMath>
      <w:r>
        <w:t xml:space="preserve">,</w:t>
      </w:r>
      <w:r>
        <w:t xml:space="preserve"> </w:t>
      </w:r>
      <m:oMath>
        <m:r>
          <m:t>y</m:t>
        </m:r>
      </m:oMath>
      <w:r>
        <w:t xml:space="preserve">-intercept</w:t>
      </w:r>
      <w:r>
        <w:t xml:space="preserve"> </w:t>
      </w:r>
      <m:oMath>
        <m:r>
          <m:t>b</m:t>
        </m:r>
        <m:r>
          <m:rPr>
            <m:sty m:val="p"/>
          </m:rPr>
          <m:t>=</m:t>
        </m:r>
        <m:r>
          <m:t>500</m:t>
        </m:r>
      </m:oMath>
      <w:r>
        <w:t xml:space="preserve"> </w:t>
      </w:r>
      <w:r>
        <w:t xml:space="preserve">(value when</w:t>
      </w:r>
      <w:r>
        <w:t xml:space="preserve"> </w:t>
      </w:r>
      <m:oMath>
        <m:r>
          <m:t>x</m:t>
        </m:r>
        <m:r>
          <m:rPr>
            <m:sty m:val="p"/>
          </m:rPr>
          <m:t>=</m:t>
        </m:r>
        <m:r>
          <m:t>0</m:t>
        </m:r>
      </m:oMath>
      <w:r>
        <w:t xml:space="preserve">).</w:t>
      </w:r>
      <w:r>
        <w:t xml:space="preserve"> </w:t>
      </w:r>
      <w:r>
        <w:t xml:space="preserve">3. Regression equation rounded to the nearest hundredth:</w:t>
      </w:r>
      <w:r>
        <w:t xml:space="preserve"> </w:t>
      </w:r>
      <m:oMath>
        <m:r>
          <m:t>y</m:t>
        </m:r>
        <m:r>
          <m:rPr>
            <m:sty m:val="p"/>
          </m:rPr>
          <m:t>=</m:t>
        </m:r>
        <m:r>
          <m:rPr>
            <m:sty m:val="p"/>
          </m:rPr>
          <m:t>−</m:t>
        </m:r>
        <m:r>
          <m:t>50.00</m:t>
        </m:r>
        <m:r>
          <m:t>x</m:t>
        </m:r>
        <m:r>
          <m:rPr>
            <m:sty m:val="p"/>
          </m:rPr>
          <m:t>+</m:t>
        </m:r>
        <m:r>
          <m:t>500.00</m:t>
        </m:r>
      </m:oMath>
      <w:r>
        <w:t xml:space="preserve">.</w:t>
      </w:r>
      <w:r>
        <w:t xml:space="preserve"> </w:t>
      </w:r>
      <w:r>
        <w:rPr>
          <w:i/>
          <w:iCs/>
        </w:rPr>
        <w:t xml:space="preserve">(4)</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(j)</w:t>
      </w:r>
      <w:r>
        <w:t xml:space="preserve"> </w:t>
      </w:r>
      <w:r>
        <w:rPr>
          <w:b/>
          <w:bCs/>
        </w:rPr>
        <w:t xml:space="preserve">Q9(b)</w:t>
      </w:r>
      <w:r>
        <w:t xml:space="preserve"> </w:t>
      </w:r>
      <w:r>
        <w:t xml:space="preserve">Final answer:</w:t>
      </w:r>
      <w:r>
        <w:t xml:space="preserve"> </w:t>
      </w:r>
      <m:oMath>
        <m:r>
          <m:rPr>
            <m:sty m:val="p"/>
          </m:rPr>
          <m:t>−</m:t>
        </m:r>
        <m:r>
          <m:t>1.00</m:t>
        </m:r>
      </m:oMath>
      <w:r>
        <w:t xml:space="preserve">.</w:t>
      </w:r>
      <w:r>
        <w:t xml:space="preserve"> </w:t>
      </w:r>
      <w:r>
        <w:t xml:space="preserve">1. Every point lies exactly on the line</w:t>
      </w:r>
      <w:r>
        <w:t xml:space="preserve"> </w:t>
      </w:r>
      <m:oMath>
        <m:r>
          <m:t>y</m:t>
        </m:r>
        <m:r>
          <m:rPr>
            <m:sty m:val="p"/>
          </m:rPr>
          <m:t>=</m:t>
        </m:r>
        <m:r>
          <m:rPr>
            <m:sty m:val="p"/>
          </m:rPr>
          <m:t>−</m:t>
        </m:r>
        <m:r>
          <m:t>50</m:t>
        </m:r>
        <m:r>
          <m:t>x</m:t>
        </m:r>
        <m:r>
          <m:rPr>
            <m:sty m:val="p"/>
          </m:rPr>
          <m:t>+</m:t>
        </m:r>
        <m:r>
          <m:t>500</m:t>
        </m:r>
      </m:oMath>
      <w:r>
        <w:t xml:space="preserve">.</w:t>
      </w:r>
      <w:r>
        <w:t xml:space="preserve"> </w:t>
      </w:r>
      <w:r>
        <w:t xml:space="preserve">2. A perfect negative linear fit gives a correlation coefficient of</w:t>
      </w:r>
      <w:r>
        <w:t xml:space="preserve"> </w:t>
      </w:r>
      <m:oMath>
        <m:r>
          <m:rPr>
            <m:sty m:val="p"/>
          </m:rPr>
          <m:t>−</m:t>
        </m:r>
        <m:r>
          <m:t>1</m:t>
        </m:r>
      </m:oMath>
      <w:r>
        <w:t xml:space="preserve">.</w:t>
      </w:r>
      <w:r>
        <w:t xml:space="preserve"> </w:t>
      </w:r>
      <w:r>
        <w:t xml:space="preserve">3. To the nearest hundredth:</w:t>
      </w:r>
      <w:r>
        <w:t xml:space="preserve"> </w:t>
      </w:r>
      <m:oMath>
        <m:r>
          <m:rPr>
            <m:sty m:val="p"/>
          </m:rPr>
          <m:t>−</m:t>
        </m:r>
        <m:r>
          <m:t>1.00</m:t>
        </m:r>
      </m:oMath>
      <w:r>
        <w:t xml:space="preserve">.</w:t>
      </w:r>
      <w:r>
        <w:t xml:space="preserve"> </w:t>
      </w:r>
      <w:r>
        <w:rPr>
          <w:i/>
          <w:iCs/>
        </w:rPr>
        <w:t xml:space="preserve">(4)</w:t>
      </w:r>
    </w:p>
    <w:p>
      <w:pPr>
        <w:pStyle w:val="WSAnswerLine"/>
      </w:pPr>
      <w:r>
        <w:t xml:space="preserve">Answer: ________________</w:t>
      </w:r>
    </w:p>
    <w:p>
      <w:pPr>
        <w:pStyle w:val="WSStem"/>
      </w:pPr>
      <w:r>
        <w:rPr>
          <w:b/>
          <w:bCs/>
        </w:rPr>
        <w:t xml:space="preserve">(k)</w:t>
      </w:r>
      <w:r>
        <w:t xml:space="preserve"> </w:t>
      </w:r>
      <w:r>
        <w:rPr>
          <w:b/>
          <w:bCs/>
        </w:rPr>
        <w:t xml:space="preserve">Q9(c)</w:t>
      </w:r>
      <w:r>
        <w:t xml:space="preserve"> </w:t>
      </w:r>
      <w:r>
        <w:t xml:space="preserve">Final answer: A correlation coefficient of</w:t>
      </w:r>
      <w:r>
        <w:t xml:space="preserve"> </w:t>
      </w:r>
      <m:oMath>
        <m:r>
          <m:rPr>
            <m:sty m:val="p"/>
          </m:rPr>
          <m:t>−</m:t>
        </m:r>
        <m:r>
          <m:t>1.00</m:t>
        </m:r>
      </m:oMath>
      <w:r>
        <w:t xml:space="preserve"> </w:t>
      </w:r>
      <w:r>
        <w:t xml:space="preserve">indicates a perfect negative correlation, so the data are exactly linearly related and the linear model is a perfect fit.</w:t>
      </w:r>
      <w:r>
        <w:t xml:space="preserve"> </w:t>
      </w:r>
      <w:r>
        <w:t xml:space="preserve">1.</w:t>
      </w:r>
      <w:r>
        <w:t xml:space="preserve"> </w:t>
      </w:r>
      <m:oMath>
        <m:r>
          <m:t>r</m:t>
        </m:r>
        <m:r>
          <m:rPr>
            <m:sty m:val="p"/>
          </m:rPr>
          <m:t>=</m:t>
        </m:r>
        <m:r>
          <m:rPr>
            <m:sty m:val="p"/>
          </m:rPr>
          <m:t>−</m:t>
        </m:r>
        <m:r>
          <m:t>1.00</m:t>
        </m:r>
      </m:oMath>
      <w:r>
        <w:t xml:space="preserve"> </w:t>
      </w:r>
      <w:r>
        <w:t xml:space="preserve">means every data point lies exactly on the regression line.</w:t>
      </w:r>
      <w:r>
        <w:t xml:space="preserve"> </w:t>
      </w:r>
      <w:r>
        <w:t xml:space="preserve">2. The negative sign shows the resale value decreases as age increases.</w:t>
      </w:r>
      <w:r>
        <w:t xml:space="preserve"> </w:t>
      </w:r>
      <w:r>
        <w:t xml:space="preserve">3. Therefore the linear model fits the data perfectly.</w:t>
      </w:r>
      <w:r>
        <w:t xml:space="preserve"> </w:t>
      </w:r>
      <w:r>
        <w:rPr>
          <w:i/>
          <w:iCs/>
        </w:rPr>
        <w:t xml:space="preserve">(4)</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(l)</w:t>
      </w:r>
      <w:r>
        <w:t xml:space="preserve"> </w:t>
      </w:r>
      <w:r>
        <w:rPr>
          <w:b/>
          <w:bCs/>
        </w:rPr>
        <w:t xml:space="preserve">Q10</w:t>
      </w:r>
      <w:r>
        <w:t xml:space="preserve"> </w:t>
      </w:r>
      <w:r>
        <w:t xml:space="preserve">Final answer:</w:t>
      </w:r>
      <w:r>
        <w:t xml:space="preserve"> </w:t>
      </w:r>
      <m:oMath>
        <m:r>
          <m:rPr>
            <m:sty m:val="p"/>
          </m:rPr>
          <m:t>(</m:t>
        </m:r>
        <m:r>
          <m:t>x</m:t>
        </m:r>
        <m:r>
          <m:rPr>
            <m:sty m:val="p"/>
          </m:rPr>
          <m:t>,</m:t>
        </m:r>
        <m:r>
          <m:t>y</m:t>
        </m:r>
        <m:r>
          <m:rPr>
            <m:sty m:val="p"/>
          </m:rPr>
          <m:t>)</m:t>
        </m:r>
        <m:r>
          <m:rPr>
            <m:sty m:val="p"/>
          </m:rPr>
          <m:t>=</m:t>
        </m:r>
        <m:r>
          <m:rPr>
            <m:sty m:val="p"/>
          </m:rPr>
          <m:t>(</m:t>
        </m:r>
        <m:r>
          <m:t>3</m:t>
        </m:r>
        <m:r>
          <m:rPr>
            <m:sty m:val="p"/>
          </m:rPr>
          <m:t>,</m:t>
        </m:r>
        <m:r>
          <m:t>8</m:t>
        </m:r>
        <m:r>
          <m:rPr>
            <m:sty m:val="p"/>
          </m:rPr>
          <m:t>)</m:t>
        </m:r>
      </m:oMath>
      <w:r>
        <w:t xml:space="preserve"> </w:t>
      </w:r>
      <w:r>
        <w:t xml:space="preserve">and</w:t>
      </w:r>
      <w:r>
        <w:t xml:space="preserve"> </w:t>
      </w:r>
      <m:oMath>
        <m:r>
          <m:rPr>
            <m:sty m:val="p"/>
          </m:rPr>
          <m:t>(</m:t>
        </m:r>
        <m:r>
          <m:rPr>
            <m:sty m:val="p"/>
          </m:rPr>
          <m:t>−</m:t>
        </m:r>
        <m:r>
          <m:t>1</m:t>
        </m:r>
        <m:r>
          <m:rPr>
            <m:sty m:val="p"/>
          </m:rPr>
          <m:t>,</m:t>
        </m:r>
        <m:r>
          <m:t>0</m:t>
        </m:r>
        <m:r>
          <m:rPr>
            <m:sty m:val="p"/>
          </m:rPr>
          <m:t>)</m:t>
        </m:r>
      </m:oMath>
      <w:r>
        <w:t xml:space="preserve">.</w:t>
      </w:r>
      <w:r>
        <w:t xml:space="preserve"> </w:t>
      </w:r>
      <w:r>
        <w:t xml:space="preserve">1. Substitute</w:t>
      </w:r>
      <w:r>
        <w:t xml:space="preserve"> </w:t>
      </w:r>
      <m:oMath>
        <m:r>
          <m:t>y</m:t>
        </m:r>
        <m:r>
          <m:rPr>
            <m:sty m:val="p"/>
          </m:rPr>
          <m:t>=</m:t>
        </m:r>
        <m:r>
          <m:t>2</m:t>
        </m:r>
        <m:r>
          <m:t>x</m:t>
        </m:r>
        <m:r>
          <m:rPr>
            <m:sty m:val="p"/>
          </m:rPr>
          <m:t>+</m:t>
        </m:r>
        <m:r>
          <m:t>2</m:t>
        </m:r>
      </m:oMath>
      <w:r>
        <w:t xml:space="preserve"> </w:t>
      </w:r>
      <w:r>
        <w:t xml:space="preserve">into</w:t>
      </w:r>
      <w:r>
        <w:t xml:space="preserve"> </w:t>
      </w:r>
      <m:oMath>
        <m:r>
          <m:t>y</m:t>
        </m:r>
        <m:r>
          <m:rPr>
            <m:sty m:val="p"/>
          </m:rPr>
          <m:t>=</m:t>
        </m:r>
        <m:sSup>
          <m:e>
            <m:r>
              <m:t>x</m:t>
            </m:r>
          </m:e>
          <m:sup>
            <m:r>
              <m:t>2</m:t>
            </m:r>
          </m:sup>
        </m:sSup>
        <m:r>
          <m:rPr>
            <m:sty m:val="p"/>
          </m:rPr>
          <m:t>−</m:t>
        </m:r>
        <m:r>
          <m:t>1</m:t>
        </m:r>
      </m:oMath>
      <w:r>
        <w:t xml:space="preserve">:</w:t>
      </w:r>
      <w:r>
        <w:t xml:space="preserve"> </w:t>
      </w:r>
      <m:oMath>
        <m:r>
          <m:t>2</m:t>
        </m:r>
        <m:r>
          <m:t>x</m:t>
        </m:r>
        <m:r>
          <m:rPr>
            <m:sty m:val="p"/>
          </m:rPr>
          <m:t>+</m:t>
        </m:r>
        <m:r>
          <m:t>2</m:t>
        </m:r>
        <m:r>
          <m:rPr>
            <m:sty m:val="p"/>
          </m:rPr>
          <m:t>=</m:t>
        </m:r>
        <m:sSup>
          <m:e>
            <m:r>
              <m:t>x</m:t>
            </m:r>
          </m:e>
          <m:sup>
            <m:r>
              <m:t>2</m:t>
            </m:r>
          </m:sup>
        </m:sSup>
        <m:r>
          <m:rPr>
            <m:sty m:val="p"/>
          </m:rPr>
          <m:t>−</m:t>
        </m:r>
        <m:r>
          <m:t>1</m:t>
        </m:r>
      </m:oMath>
      <w:r>
        <w:t xml:space="preserve">.</w:t>
      </w:r>
      <w:r>
        <w:t xml:space="preserve"> </w:t>
      </w:r>
      <w:r>
        <w:t xml:space="preserve">2. Rearrange:</w:t>
      </w:r>
      <w:r>
        <w:t xml:space="preserve"> </w:t>
      </w:r>
      <m:oMath>
        <m:sSup>
          <m:e>
            <m:r>
              <m:t>x</m:t>
            </m:r>
          </m:e>
          <m:sup>
            <m:r>
              <m:t>2</m:t>
            </m:r>
          </m:sup>
        </m:sSup>
        <m:r>
          <m:rPr>
            <m:sty m:val="p"/>
          </m:rPr>
          <m:t>−</m:t>
        </m:r>
        <m:r>
          <m:t>2</m:t>
        </m:r>
        <m:r>
          <m:t>x</m:t>
        </m:r>
        <m:r>
          <m:rPr>
            <m:sty m:val="p"/>
          </m:rPr>
          <m:t>−</m:t>
        </m:r>
        <m:r>
          <m:t>3</m:t>
        </m:r>
        <m:r>
          <m:rPr>
            <m:sty m:val="p"/>
          </m:rPr>
          <m:t>=</m:t>
        </m:r>
        <m:r>
          <m:t>0</m:t>
        </m:r>
      </m:oMath>
      <w:r>
        <w:t xml:space="preserve">.</w:t>
      </w:r>
      <w:r>
        <w:t xml:space="preserve"> </w:t>
      </w:r>
      <w:r>
        <w:t xml:space="preserve">3. Factor:</w:t>
      </w:r>
      <w:r>
        <w:t xml:space="preserve"> </w:t>
      </w:r>
      <m:oMath>
        <m:r>
          <m:rPr>
            <m:sty m:val="p"/>
          </m:rPr>
          <m:t>(</m:t>
        </m:r>
        <m:r>
          <m:t>x</m:t>
        </m:r>
        <m:r>
          <m:rPr>
            <m:sty m:val="p"/>
          </m:rPr>
          <m:t>−</m:t>
        </m:r>
        <m:r>
          <m:t>3</m:t>
        </m:r>
        <m:r>
          <m:rPr>
            <m:sty m:val="p"/>
          </m:rPr>
          <m:t>)</m:t>
        </m:r>
        <m:r>
          <m:rPr>
            <m:sty m:val="p"/>
          </m:rPr>
          <m:t>(</m:t>
        </m:r>
        <m:r>
          <m:t>x</m:t>
        </m:r>
        <m:r>
          <m:rPr>
            <m:sty m:val="p"/>
          </m:rPr>
          <m:t>+</m:t>
        </m:r>
        <m:r>
          <m:t>1</m:t>
        </m:r>
        <m:r>
          <m:rPr>
            <m:sty m:val="p"/>
          </m:rPr>
          <m:t>)</m:t>
        </m:r>
        <m:r>
          <m:rPr>
            <m:sty m:val="p"/>
          </m:rPr>
          <m:t>=</m:t>
        </m:r>
        <m:r>
          <m:t>0</m:t>
        </m:r>
      </m:oMath>
      <w:r>
        <w:t xml:space="preserve">, so</w:t>
      </w:r>
      <w:r>
        <w:t xml:space="preserve"> </w:t>
      </w:r>
      <m:oMath>
        <m:r>
          <m:t>x</m:t>
        </m:r>
        <m:r>
          <m:rPr>
            <m:sty m:val="p"/>
          </m:rPr>
          <m:t>=</m:t>
        </m:r>
        <m:r>
          <m:t>3</m:t>
        </m:r>
      </m:oMath>
      <w:r>
        <w:t xml:space="preserve"> </w:t>
      </w:r>
      <w:r>
        <w:t xml:space="preserve">or</w:t>
      </w:r>
      <w:r>
        <w:t xml:space="preserve"> </w:t>
      </w:r>
      <m:oMath>
        <m:r>
          <m:t>x</m:t>
        </m:r>
        <m:r>
          <m:rPr>
            <m:sty m:val="p"/>
          </m:rPr>
          <m:t>=</m:t>
        </m:r>
        <m:r>
          <m:rPr>
            <m:sty m:val="p"/>
          </m:rPr>
          <m:t>−</m:t>
        </m:r>
        <m:r>
          <m:t>1</m:t>
        </m:r>
      </m:oMath>
      <w:r>
        <w:t xml:space="preserve">.</w:t>
      </w:r>
      <w:r>
        <w:t xml:space="preserve"> </w:t>
      </w:r>
      <w:r>
        <w:t xml:space="preserve">4. When</w:t>
      </w:r>
      <w:r>
        <w:t xml:space="preserve"> </w:t>
      </w:r>
      <m:oMath>
        <m:r>
          <m:t>x</m:t>
        </m:r>
        <m:r>
          <m:rPr>
            <m:sty m:val="p"/>
          </m:rPr>
          <m:t>=</m:t>
        </m:r>
        <m:r>
          <m:t>3</m:t>
        </m:r>
      </m:oMath>
      <w:r>
        <w:t xml:space="preserve">:</w:t>
      </w:r>
      <w:r>
        <w:t xml:space="preserve"> </w:t>
      </w:r>
      <m:oMath>
        <m:r>
          <m:t>y</m:t>
        </m:r>
        <m:r>
          <m:rPr>
            <m:sty m:val="p"/>
          </m:rPr>
          <m:t>=</m:t>
        </m:r>
        <m:r>
          <m:t>2</m:t>
        </m:r>
        <m:r>
          <m:rPr>
            <m:sty m:val="p"/>
          </m:rPr>
          <m:t>(</m:t>
        </m:r>
        <m:r>
          <m:t>3</m:t>
        </m:r>
        <m:r>
          <m:rPr>
            <m:sty m:val="p"/>
          </m:rPr>
          <m:t>)</m:t>
        </m:r>
        <m:r>
          <m:rPr>
            <m:sty m:val="p"/>
          </m:rPr>
          <m:t>+</m:t>
        </m:r>
        <m:r>
          <m:t>2</m:t>
        </m:r>
        <m:r>
          <m:rPr>
            <m:sty m:val="p"/>
          </m:rPr>
          <m:t>=</m:t>
        </m:r>
        <m:r>
          <m:t>8</m:t>
        </m:r>
      </m:oMath>
      <w:r>
        <w:t xml:space="preserve">. When</w:t>
      </w:r>
      <w:r>
        <w:t xml:space="preserve"> </w:t>
      </w:r>
      <m:oMath>
        <m:r>
          <m:t>x</m:t>
        </m:r>
        <m:r>
          <m:rPr>
            <m:sty m:val="p"/>
          </m:rPr>
          <m:t>=</m:t>
        </m:r>
        <m:r>
          <m:rPr>
            <m:sty m:val="p"/>
          </m:rPr>
          <m:t>−</m:t>
        </m:r>
        <m:r>
          <m:t>1</m:t>
        </m:r>
      </m:oMath>
      <w:r>
        <w:t xml:space="preserve">:</w:t>
      </w:r>
      <w:r>
        <w:t xml:space="preserve"> </w:t>
      </w:r>
      <m:oMath>
        <m:r>
          <m:t>y</m:t>
        </m:r>
        <m:r>
          <m:rPr>
            <m:sty m:val="p"/>
          </m:rPr>
          <m:t>=</m:t>
        </m:r>
        <m:r>
          <m:t>2</m:t>
        </m:r>
        <m:r>
          <m:rPr>
            <m:sty m:val="p"/>
          </m:rPr>
          <m:t>(</m:t>
        </m:r>
        <m:r>
          <m:rPr>
            <m:sty m:val="p"/>
          </m:rPr>
          <m:t>−</m:t>
        </m:r>
        <m:r>
          <m:t>1</m:t>
        </m:r>
        <m:r>
          <m:rPr>
            <m:sty m:val="p"/>
          </m:rPr>
          <m:t>)</m:t>
        </m:r>
        <m:r>
          <m:rPr>
            <m:sty m:val="p"/>
          </m:rPr>
          <m:t>+</m:t>
        </m:r>
        <m:r>
          <m:t>2</m:t>
        </m:r>
        <m:r>
          <m:rPr>
            <m:sty m:val="p"/>
          </m:rPr>
          <m:t>=</m:t>
        </m:r>
        <m:r>
          <m:t>0</m:t>
        </m:r>
      </m:oMath>
      <w:r>
        <w:t xml:space="preserve">.</w:t>
      </w:r>
      <w:r>
        <w:t xml:space="preserve"> </w:t>
      </w:r>
      <w:r>
        <w:rPr>
          <w:i/>
          <w:iCs/>
        </w:rPr>
        <w:t xml:space="preserve">(4)</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(m)</w:t>
      </w:r>
      <w:r>
        <w:t xml:space="preserve"> </w:t>
      </w:r>
      <w:r>
        <w:rPr>
          <w:b/>
          <w:bCs/>
        </w:rPr>
        <w:t xml:space="preserve">Q11(a)</w:t>
      </w:r>
      <w:r>
        <w:t xml:space="preserve"> </w:t>
      </w:r>
      <w:r>
        <w:t xml:space="preserve">Final answer:</w:t>
      </w:r>
      <w:r>
        <w:t xml:space="preserve"> </w:t>
      </w:r>
      <m:oMath>
        <m:r>
          <m:t>x</m:t>
        </m:r>
        <m:r>
          <m:rPr>
            <m:sty m:val="p"/>
          </m:rPr>
          <m:t>+</m:t>
        </m:r>
        <m:r>
          <m:t>y</m:t>
        </m:r>
        <m:r>
          <m:rPr>
            <m:sty m:val="p"/>
          </m:rPr>
          <m:t>≤</m:t>
        </m:r>
        <m:r>
          <m:t>14</m:t>
        </m:r>
      </m:oMath>
      <w:r>
        <w:t xml:space="preserve"> </w:t>
      </w:r>
      <w:r>
        <w:t xml:space="preserve">and</w:t>
      </w:r>
      <w:r>
        <w:t xml:space="preserve"> </w:t>
      </w:r>
      <m:oMath>
        <m:r>
          <m:t>6</m:t>
        </m:r>
        <m:r>
          <m:t>x</m:t>
        </m:r>
        <m:r>
          <m:rPr>
            <m:sty m:val="p"/>
          </m:rPr>
          <m:t>+</m:t>
        </m:r>
        <m:r>
          <m:t>8</m:t>
        </m:r>
        <m:r>
          <m:t>y</m:t>
        </m:r>
        <m:r>
          <m:rPr>
            <m:sty m:val="p"/>
          </m:rPr>
          <m:t>≥</m:t>
        </m:r>
        <m:r>
          <m:t>80</m:t>
        </m:r>
      </m:oMath>
      <w:r>
        <w:t xml:space="preserve">.</w:t>
      </w:r>
      <w:r>
        <w:t xml:space="preserve"> </w:t>
      </w:r>
      <w:r>
        <w:t xml:space="preserve">1. Maximum 14 total hours:</w:t>
      </w:r>
      <w:r>
        <w:t xml:space="preserve"> </w:t>
      </w:r>
      <m:oMath>
        <m:r>
          <m:t>x</m:t>
        </m:r>
        <m:r>
          <m:rPr>
            <m:sty m:val="p"/>
          </m:rPr>
          <m:t>+</m:t>
        </m:r>
        <m:r>
          <m:t>y</m:t>
        </m:r>
        <m:r>
          <m:rPr>
            <m:sty m:val="p"/>
          </m:rPr>
          <m:t>≤</m:t>
        </m:r>
        <m:r>
          <m:t>14</m:t>
        </m:r>
      </m:oMath>
      <w:r>
        <w:t xml:space="preserve">.</w:t>
      </w:r>
      <w:r>
        <w:t xml:space="preserve"> </w:t>
      </w:r>
      <w:r>
        <w:t xml:space="preserve">2. Earnings</w:t>
      </w:r>
      <w:r>
        <w:t xml:space="preserve"> </w:t>
      </w:r>
      <m:oMath>
        <m:r>
          <m:t>6</m:t>
        </m:r>
        <m:r>
          <m:t>x</m:t>
        </m:r>
        <m:r>
          <m:rPr>
            <m:sty m:val="p"/>
          </m:rPr>
          <m:t>+</m:t>
        </m:r>
        <m:r>
          <m:t>8</m:t>
        </m:r>
        <m:r>
          <m:t>y</m:t>
        </m:r>
      </m:oMath>
      <w:r>
        <w:t xml:space="preserve"> </w:t>
      </w:r>
      <w:r>
        <w:t xml:space="preserve">must be at least $80:</w:t>
      </w:r>
      <w:r>
        <w:t xml:space="preserve"> </w:t>
      </w:r>
      <m:oMath>
        <m:r>
          <m:t>6</m:t>
        </m:r>
        <m:r>
          <m:t>x</m:t>
        </m:r>
        <m:r>
          <m:rPr>
            <m:sty m:val="p"/>
          </m:rPr>
          <m:t>+</m:t>
        </m:r>
        <m:r>
          <m:t>8</m:t>
        </m:r>
        <m:r>
          <m:t>y</m:t>
        </m:r>
        <m:r>
          <m:rPr>
            <m:sty m:val="p"/>
          </m:rPr>
          <m:t>≥</m:t>
        </m:r>
        <m:r>
          <m:t>80</m:t>
        </m:r>
      </m:oMath>
      <w:r>
        <w:t xml:space="preserve">.</w:t>
      </w:r>
      <w:r>
        <w:t xml:space="preserve"> </w:t>
      </w:r>
      <w:r>
        <w:rPr>
          <w:i/>
          <w:iCs/>
        </w:rPr>
        <w:t xml:space="preserve">(6)</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(n)</w:t>
      </w:r>
      <w:r>
        <w:t xml:space="preserve"> </w:t>
      </w:r>
      <w:r>
        <w:rPr>
          <w:b/>
          <w:bCs/>
        </w:rPr>
        <w:t xml:space="preserve">Q11(b)</w:t>
      </w:r>
      <w:r>
        <w:t xml:space="preserve"> </w:t>
      </w:r>
      <w:r>
        <w:t xml:space="preserve">Final answer: Both boundary lines drawn with the feasible region shaded.</w:t>
      </w:r>
      <w:r>
        <w:t xml:space="preserve"> </w:t>
      </w:r>
      <w:r>
        <w:t xml:space="preserve">1. Draw</w:t>
      </w:r>
      <w:r>
        <w:t xml:space="preserve"> </w:t>
      </w:r>
      <m:oMath>
        <m:r>
          <m:t>x</m:t>
        </m:r>
        <m:r>
          <m:rPr>
            <m:sty m:val="p"/>
          </m:rPr>
          <m:t>+</m:t>
        </m:r>
        <m:r>
          <m:t>y</m:t>
        </m:r>
        <m:r>
          <m:rPr>
            <m:sty m:val="p"/>
          </m:rPr>
          <m:t>=</m:t>
        </m:r>
        <m:r>
          <m:t>14</m:t>
        </m:r>
      </m:oMath>
      <w:r>
        <w:t xml:space="preserve"> </w:t>
      </w:r>
      <w:r>
        <w:t xml:space="preserve">through</w:t>
      </w:r>
      <w:r>
        <w:t xml:space="preserve"> </w:t>
      </w:r>
      <m:oMath>
        <m:r>
          <m:rPr>
            <m:sty m:val="p"/>
          </m:rPr>
          <m:t>(</m:t>
        </m:r>
        <m:r>
          <m:t>14</m:t>
        </m:r>
        <m:r>
          <m:rPr>
            <m:sty m:val="p"/>
          </m:rPr>
          <m:t>,</m:t>
        </m:r>
        <m:r>
          <m:t>0</m:t>
        </m:r>
        <m:r>
          <m:rPr>
            <m:sty m:val="p"/>
          </m:rPr>
          <m:t>)</m:t>
        </m:r>
      </m:oMath>
      <w:r>
        <w:t xml:space="preserve"> </w:t>
      </w:r>
      <w:r>
        <w:t xml:space="preserve">and</w:t>
      </w:r>
      <w:r>
        <w:t xml:space="preserve"> </w:t>
      </w:r>
      <m:oMath>
        <m:r>
          <m:rPr>
            <m:sty m:val="p"/>
          </m:rPr>
          <m:t>(</m:t>
        </m:r>
        <m:r>
          <m:t>0</m:t>
        </m:r>
        <m:r>
          <m:rPr>
            <m:sty m:val="p"/>
          </m:rPr>
          <m:t>,</m:t>
        </m:r>
        <m:r>
          <m:t>14</m:t>
        </m:r>
        <m:r>
          <m:rPr>
            <m:sty m:val="p"/>
          </m:rPr>
          <m:t>)</m:t>
        </m:r>
      </m:oMath>
      <w:r>
        <w:t xml:space="preserve">; shade below the line (solid).</w:t>
      </w:r>
      <w:r>
        <w:t xml:space="preserve"> </w:t>
      </w:r>
      <w:r>
        <w:t xml:space="preserve">2. Draw</w:t>
      </w:r>
      <w:r>
        <w:t xml:space="preserve"> </w:t>
      </w:r>
      <m:oMath>
        <m:r>
          <m:t>6</m:t>
        </m:r>
        <m:r>
          <m:t>x</m:t>
        </m:r>
        <m:r>
          <m:rPr>
            <m:sty m:val="p"/>
          </m:rPr>
          <m:t>+</m:t>
        </m:r>
        <m:r>
          <m:t>8</m:t>
        </m:r>
        <m:r>
          <m:t>y</m:t>
        </m:r>
        <m:r>
          <m:rPr>
            <m:sty m:val="p"/>
          </m:rPr>
          <m:t>=</m:t>
        </m:r>
        <m:r>
          <m:t>80</m:t>
        </m:r>
      </m:oMath>
      <w:r>
        <w:t xml:space="preserve"> </w:t>
      </w:r>
      <w:r>
        <w:t xml:space="preserve">through</w:t>
      </w:r>
      <w:r>
        <w:t xml:space="preserve"> </w:t>
      </w:r>
      <m:oMath>
        <m:r>
          <m:rPr>
            <m:sty m:val="p"/>
          </m:rPr>
          <m:t>(</m:t>
        </m:r>
        <m:r>
          <m:t>0</m:t>
        </m:r>
        <m:r>
          <m:rPr>
            <m:sty m:val="p"/>
          </m:rPr>
          <m:t>,</m:t>
        </m:r>
        <m:r>
          <m:t>10</m:t>
        </m:r>
        <m:r>
          <m:rPr>
            <m:sty m:val="p"/>
          </m:rPr>
          <m:t>)</m:t>
        </m:r>
      </m:oMath>
      <w:r>
        <w:t xml:space="preserve"> </w:t>
      </w:r>
      <w:r>
        <w:t xml:space="preserve">and</w:t>
      </w:r>
      <w:r>
        <w:t xml:space="preserve"> </w:t>
      </w:r>
      <m:oMath>
        <m:r>
          <m:rPr>
            <m:sty m:val="p"/>
          </m:rPr>
          <m:t>(</m:t>
        </m:r>
        <m:r>
          <m:t>13.3</m:t>
        </m:r>
        <m:r>
          <m:rPr>
            <m:sty m:val="p"/>
          </m:rPr>
          <m:t>,</m:t>
        </m:r>
        <m:r>
          <m:t>0</m:t>
        </m:r>
        <m:r>
          <m:rPr>
            <m:sty m:val="p"/>
          </m:rPr>
          <m:t>)</m:t>
        </m:r>
      </m:oMath>
      <w:r>
        <w:t xml:space="preserve">; shade above the line (solid).</w:t>
      </w:r>
      <w:r>
        <w:t xml:space="preserve"> </w:t>
      </w:r>
      <w:r>
        <w:t xml:space="preserve">3. The feasible region is the overlap of both shaded regions (in the first quadrant).</w:t>
      </w:r>
      <w:r>
        <w:t xml:space="preserve"> </w:t>
      </w:r>
      <w:r>
        <w:rPr>
          <w:i/>
          <w:iCs/>
        </w:rPr>
        <w:t xml:space="preserve">(6)</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(o)</w:t>
      </w:r>
      <w:r>
        <w:t xml:space="preserve"> </w:t>
      </w:r>
      <w:r>
        <w:rPr>
          <w:b/>
          <w:bCs/>
        </w:rPr>
        <w:t xml:space="preserve">Q11(c)</w:t>
      </w:r>
      <w:r>
        <w:t xml:space="preserve"> </w:t>
      </w:r>
      <w:r>
        <w:t xml:space="preserve">Final answer: 6 hours stocking shelves and 6 hours delivering groceries.</w:t>
      </w:r>
      <w:r>
        <w:t xml:space="preserve"> </w:t>
      </w:r>
      <w:r>
        <w:t xml:space="preserve">1. Check hours:</w:t>
      </w:r>
      <w:r>
        <w:t xml:space="preserve"> </w:t>
      </w:r>
      <m:oMath>
        <m:r>
          <m:t>6</m:t>
        </m:r>
        <m:r>
          <m:rPr>
            <m:sty m:val="p"/>
          </m:rPr>
          <m:t>+</m:t>
        </m:r>
        <m:r>
          <m:t>6</m:t>
        </m:r>
        <m:r>
          <m:rPr>
            <m:sty m:val="p"/>
          </m:rPr>
          <m:t>=</m:t>
        </m:r>
        <m:r>
          <m:t>12</m:t>
        </m:r>
        <m:r>
          <m:rPr>
            <m:sty m:val="p"/>
          </m:rPr>
          <m:t>≤</m:t>
        </m:r>
        <m:r>
          <m:t>14</m:t>
        </m:r>
      </m:oMath>
      <w:r>
        <w:t xml:space="preserve">. ✓</w:t>
      </w:r>
      <w:r>
        <w:t xml:space="preserve"> </w:t>
      </w:r>
      <w:r>
        <w:t xml:space="preserve">2. Check earnings:</w:t>
      </w:r>
      <w:r>
        <w:t xml:space="preserve"> </w:t>
      </w:r>
      <m:oMath>
        <m:r>
          <m:t>6</m:t>
        </m:r>
        <m:r>
          <m:rPr>
            <m:sty m:val="p"/>
          </m:rPr>
          <m:t>(</m:t>
        </m:r>
        <m:r>
          <m:t>6</m:t>
        </m:r>
        <m:r>
          <m:rPr>
            <m:sty m:val="p"/>
          </m:rPr>
          <m:t>)</m:t>
        </m:r>
        <m:r>
          <m:rPr>
            <m:sty m:val="p"/>
          </m:rPr>
          <m:t>+</m:t>
        </m:r>
        <m:r>
          <m:t>8</m:t>
        </m:r>
        <m:r>
          <m:rPr>
            <m:sty m:val="p"/>
          </m:rPr>
          <m:t>(</m:t>
        </m:r>
        <m:r>
          <m:t>6</m:t>
        </m:r>
        <m:r>
          <m:rPr>
            <m:sty m:val="p"/>
          </m:rPr>
          <m:t>)</m:t>
        </m:r>
        <m:r>
          <m:rPr>
            <m:sty m:val="p"/>
          </m:rPr>
          <m:t>=</m:t>
        </m:r>
        <m:r>
          <m:t>36</m:t>
        </m:r>
        <m:r>
          <m:rPr>
            <m:sty m:val="p"/>
          </m:rPr>
          <m:t>+</m:t>
        </m:r>
        <m:r>
          <m:t>48</m:t>
        </m:r>
        <m:r>
          <m:rPr>
            <m:sty m:val="p"/>
          </m:rPr>
          <m:t>=</m:t>
        </m:r>
        <m:r>
          <m:t>84</m:t>
        </m:r>
        <m:r>
          <m:rPr>
            <m:sty m:val="p"/>
          </m:rPr>
          <m:t>≥</m:t>
        </m:r>
        <m:r>
          <m:t>80</m:t>
        </m:r>
      </m:oMath>
      <w:r>
        <w:t xml:space="preserve">. ✓</w:t>
      </w:r>
      <w:r>
        <w:t xml:space="preserve"> </w:t>
      </w:r>
      <w:r>
        <w:t xml:space="preserve">3. Both conditions are met, so this combination satisfies the situation.</w:t>
      </w:r>
      <w:r>
        <w:t xml:space="preserve"> </w:t>
      </w:r>
      <w:r>
        <w:rPr>
          <w:i/>
          <w:iCs/>
        </w:rPr>
        <w:t xml:space="preserve">(6)</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t xml:space="preserve">Morning-Men 10, Morning-Women 8, Evening-Men 6, Evening-Women 6, Men Total 16, Women Total 14, Morning Total 18, Evening Total 12, Grand Total 30</w:t>
      </w:r>
    </w:p>
    <w:p>
      <w:pPr>
        <w:pStyle w:val="WSKeyQ"/>
      </w:pPr>
      <w:r>
        <w:t xml:space="preserve">Question 2</w:t>
      </w:r>
    </w:p>
    <w:p>
      <w:pPr>
        <w:pStyle w:val="WSKeyItem"/>
      </w:pPr>
      <m:oMath>
        <m:r>
          <m:t>y</m:t>
        </m:r>
        <m:r>
          <m:rPr>
            <m:sty m:val="p"/>
          </m:rPr>
          <m:t>&lt;</m:t>
        </m:r>
        <m:r>
          <m:t>4</m:t>
        </m:r>
      </m:oMath>
      <w:r>
        <w:t xml:space="preserve">​</w:t>
      </w:r>
    </w:p>
    <w:p>
      <w:pPr>
        <w:pStyle w:val="WSKeyQ"/>
      </w:pPr>
      <w:r>
        <w:t xml:space="preserve">Question 3</w:t>
      </w:r>
    </w:p>
    <w:p>
      <w:pPr>
        <w:pStyle w:val="WSKeyItem"/>
      </w:pPr>
      <m:oMath>
        <m:r>
          <m:t>2</m:t>
        </m:r>
        <m:sSup>
          <m:e>
            <m:r>
              <m:t>x</m:t>
            </m:r>
          </m:e>
          <m:sup>
            <m:r>
              <m:t>2</m:t>
            </m:r>
          </m:sup>
        </m:sSup>
        <m:r>
          <m:rPr>
            <m:sty m:val="p"/>
          </m:rPr>
          <m:t>+</m:t>
        </m:r>
        <m:r>
          <m:t>5</m:t>
        </m:r>
        <m:r>
          <m:t>x</m:t>
        </m:r>
        <m:r>
          <m:rPr>
            <m:sty m:val="p"/>
          </m:rPr>
          <m:t>−</m:t>
        </m:r>
        <m:r>
          <m:t>3</m:t>
        </m:r>
      </m:oMath>
      <w:r>
        <w:t xml:space="preserve">​</w:t>
      </w:r>
    </w:p>
    <w:p>
      <w:pPr>
        <w:pStyle w:val="WSKeyQ"/>
      </w:pPr>
      <w:r>
        <w:t xml:space="preserve">Question 4</w:t>
      </w:r>
    </w:p>
    <w:p>
      <w:pPr>
        <w:pStyle w:val="WSKeyItem"/>
      </w:pPr>
      <w:r>
        <w:t xml:space="preserve">23</w:t>
      </w:r>
    </w:p>
    <w:p>
      <w:pPr>
        <w:pStyle w:val="WSKeyQ"/>
      </w:pPr>
      <w:r>
        <w:t xml:space="preserve">Question 5</w:t>
      </w:r>
    </w:p>
    <w:p>
      <w:pPr>
        <w:pStyle w:val="WSKeyItem"/>
      </w:pPr>
      <m:oMath>
        <m:r>
          <m:t>y</m:t>
        </m:r>
        <m:r>
          <m:rPr>
            <m:sty m:val="p"/>
          </m:rPr>
          <m:t>=</m:t>
        </m:r>
        <m:r>
          <m:t>2</m:t>
        </m:r>
        <m:r>
          <m:t>x</m:t>
        </m:r>
        <m:r>
          <m:rPr>
            <m:sty m:val="p"/>
          </m:rPr>
          <m:t>−</m:t>
        </m:r>
        <m:r>
          <m:t>3</m:t>
        </m:r>
      </m:oMath>
      <w:r>
        <w:t xml:space="preserve">​</w:t>
      </w:r>
    </w:p>
    <w:p>
      <w:pPr>
        <w:pStyle w:val="WSKeyQ"/>
      </w:pPr>
      <w:r>
        <w:t xml:space="preserve">Question 6</w:t>
      </w:r>
    </w:p>
    <w:p>
      <w:pPr>
        <w:pStyle w:val="WSKeyItem"/>
      </w:pPr>
      <m:oMath>
        <m:r>
          <m:t>2</m:t>
        </m:r>
        <m:r>
          <m:t>x</m:t>
        </m:r>
        <m:r>
          <m:rPr>
            <m:sty m:val="p"/>
          </m:rPr>
          <m:t>(</m:t>
        </m:r>
        <m:r>
          <m:t>x</m:t>
        </m:r>
        <m:r>
          <m:rPr>
            <m:sty m:val="p"/>
          </m:rPr>
          <m:t>+</m:t>
        </m:r>
        <m:r>
          <m:t>2</m:t>
        </m:r>
        <m:r>
          <m:rPr>
            <m:sty m:val="p"/>
          </m:rPr>
          <m:t>)</m:t>
        </m:r>
        <m:r>
          <m:rPr>
            <m:sty m:val="p"/>
          </m:rPr>
          <m:t>(</m:t>
        </m:r>
        <m:r>
          <m:t>x</m:t>
        </m:r>
        <m:r>
          <m:rPr>
            <m:sty m:val="p"/>
          </m:rPr>
          <m:t>−</m:t>
        </m:r>
        <m:r>
          <m:t>2</m:t>
        </m:r>
        <m:r>
          <m:rPr>
            <m:sty m:val="p"/>
          </m:rPr>
          <m:t>)</m:t>
        </m:r>
      </m:oMath>
      <w:r>
        <w:t xml:space="preserve">​</w:t>
      </w:r>
    </w:p>
    <w:p>
      <w:pPr>
        <w:pStyle w:val="WSKeyQ"/>
      </w:pPr>
      <w:r>
        <w:t xml:space="preserve">Question 7</w:t>
      </w:r>
    </w:p>
    <w:p>
      <w:pPr>
        <w:pStyle w:val="WSKeyItem"/>
      </w:pPr>
      <w:r>
        <w:t xml:space="preserve">x = 3 and x = -1 (1)</w:t>
      </w:r>
    </w:p>
    <w:p>
      <w:pPr>
        <w:pStyle w:val="WSKeyQ"/>
      </w:pPr>
      <w:r>
        <w:t xml:space="preserve">Question 8</w:t>
      </w:r>
    </w:p>
    <w:p>
      <w:pPr>
        <w:pStyle w:val="WSKeyItem"/>
      </w:pPr>
      <m:oMath>
        <m:r>
          <m:t>x</m:t>
        </m:r>
        <m:r>
          <m:rPr>
            <m:sty m:val="p"/>
          </m:rPr>
          <m:t>=</m:t>
        </m:r>
        <m:f>
          <m:fPr>
            <m:type m:val="bar"/>
          </m:fPr>
          <m:num>
            <m:r>
              <m:rPr>
                <m:sty m:val="p"/>
              </m:rPr>
              <m:t>−</m:t>
            </m:r>
            <m:r>
              <m:t>2</m:t>
            </m:r>
            <m:r>
              <m:rPr>
                <m:sty m:val="p"/>
              </m:rPr>
              <m:t>±</m:t>
            </m:r>
            <m:rad>
              <m:radPr>
                <m:degHide m:val="on"/>
              </m:radPr>
              <m:deg/>
              <m:e>
                <m:r>
                  <m:t>4</m:t>
                </m:r>
                <m:r>
                  <m:rPr>
                    <m:sty m:val="p"/>
                  </m:rPr>
                  <m:t>+</m:t>
                </m:r>
                <m:r>
                  <m:t>4</m:t>
                </m:r>
              </m:e>
            </m:rad>
          </m:num>
          <m:den>
            <m:r>
              <m:t>2</m:t>
            </m:r>
          </m:den>
        </m:f>
        <m:r>
          <m:rPr>
            <m:sty m:val="p"/>
          </m:rPr>
          <m:t>=</m:t>
        </m:r>
        <m:f>
          <m:fPr>
            <m:type m:val="bar"/>
          </m:fPr>
          <m:num>
            <m:r>
              <m:rPr>
                <m:sty m:val="p"/>
              </m:rPr>
              <m:t>−</m:t>
            </m:r>
            <m:r>
              <m:t>2</m:t>
            </m:r>
            <m:r>
              <m:rPr>
                <m:sty m:val="p"/>
              </m:rPr>
              <m:t>±</m:t>
            </m:r>
            <m:r>
              <m:t>2</m:t>
            </m:r>
            <m:rad>
              <m:radPr>
                <m:degHide m:val="on"/>
              </m:radPr>
              <m:deg/>
              <m:e>
                <m:r>
                  <m:t>2</m:t>
                </m:r>
              </m:e>
            </m:rad>
          </m:num>
          <m:den>
            <m:r>
              <m:t>2</m:t>
            </m:r>
          </m:den>
        </m:f>
        <m:r>
          <m:rPr>
            <m:sty m:val="p"/>
          </m:rPr>
          <m:t>=</m:t>
        </m:r>
        <m:r>
          <m:rPr>
            <m:sty m:val="p"/>
          </m:rPr>
          <m:t>−</m:t>
        </m:r>
        <m:r>
          <m:t>1</m:t>
        </m:r>
        <m:r>
          <m:rPr>
            <m:sty m:val="p"/>
          </m:rPr>
          <m:t>±</m:t>
        </m:r>
        <m:rad>
          <m:radPr>
            <m:degHide m:val="on"/>
          </m:radPr>
          <m:deg/>
          <m:e>
            <m:r>
              <m:t>2</m:t>
            </m:r>
          </m:e>
        </m:rad>
      </m:oMath>
      <w:r>
        <w:t xml:space="preserve">.</w:t>
      </w:r>
    </w:p>
    <w:p>
      <w:pPr>
        <w:pStyle w:val="WSKeyQ"/>
      </w:pPr>
      <w:r>
        <w:t xml:space="preserve">Question 9</w:t>
      </w:r>
    </w:p>
    <w:p>
      <w:pPr>
        <w:pStyle w:val="WSKeyItem"/>
      </w:pPr>
      <w:r>
        <w:rPr>
          <w:b/>
          <w:bCs/>
        </w:rPr>
        <w:t xml:space="preserve">(a)</w:t>
      </w:r>
      <w:r>
        <w:t xml:space="preserve"> </w:t>
      </w:r>
      <m:oMath>
        <m:r>
          <m:t>y</m:t>
        </m:r>
        <m:r>
          <m:rPr>
            <m:sty m:val="p"/>
          </m:rPr>
          <m:t>=</m:t>
        </m:r>
        <m:r>
          <m:rPr>
            <m:sty m:val="p"/>
          </m:rPr>
          <m:t>−</m:t>
        </m:r>
        <m:r>
          <m:t>50.00</m:t>
        </m:r>
        <m:r>
          <m:t>x</m:t>
        </m:r>
        <m:r>
          <m:rPr>
            <m:sty m:val="p"/>
          </m:rPr>
          <m:t>+</m:t>
        </m:r>
        <m:r>
          <m:t>500.00</m:t>
        </m:r>
      </m:oMath>
      <w:r>
        <w:t xml:space="preserve"> </w:t>
      </w:r>
      <w:r>
        <w:t xml:space="preserve">(1)</w:t>
      </w:r>
    </w:p>
    <w:p>
      <w:pPr>
        <w:pStyle w:val="WSKeyItem"/>
      </w:pPr>
      <w:r>
        <w:rPr>
          <w:b/>
          <w:bCs/>
        </w:rPr>
        <w:t xml:space="preserve">(b)</w:t>
      </w:r>
      <w:r>
        <w:t xml:space="preserve"> -1</w:t>
      </w:r>
    </w:p>
    <w:p>
      <w:pPr>
        <w:pStyle w:val="WSKeyItem"/>
      </w:pPr>
      <w:r>
        <w:rPr>
          <w:b/>
          <w:bCs/>
        </w:rPr>
        <w:t xml:space="preserve">(c)</w:t>
      </w:r>
      <w:r>
        <w:t xml:space="preserve"> perfect negative correlation, so the data are exactly linearly related and the linear model is a perfect fit (1)</w:t>
      </w:r>
    </w:p>
    <w:p>
      <w:pPr>
        <w:pStyle w:val="WSKeyQ"/>
      </w:pPr>
      <w:r>
        <w:t xml:space="preserve">Question 10</w:t>
      </w:r>
    </w:p>
    <w:p>
      <w:pPr>
        <w:pStyle w:val="WSKeyItem"/>
      </w:pPr>
      <w:r>
        <w:t xml:space="preserve">substituting</w:t>
      </w:r>
      <w:r>
        <w:t xml:space="preserve"> </w:t>
      </w:r>
      <m:oMath>
        <m:r>
          <m:t>y</m:t>
        </m:r>
        <m:r>
          <m:rPr>
            <m:sty m:val="p"/>
          </m:rPr>
          <m:t>=</m:t>
        </m:r>
        <m:r>
          <m:t>2</m:t>
        </m:r>
        <m:r>
          <m:t>x</m:t>
        </m:r>
        <m:r>
          <m:rPr>
            <m:sty m:val="p"/>
          </m:rPr>
          <m:t>+</m:t>
        </m:r>
        <m:r>
          <m:t>2</m:t>
        </m:r>
      </m:oMath>
      <w:r>
        <w:t xml:space="preserve"> </w:t>
      </w:r>
      <w:r>
        <w:t xml:space="preserve">to obtain</w:t>
      </w:r>
      <w:r>
        <w:t xml:space="preserve"> </w:t>
      </w:r>
      <m:oMath>
        <m:r>
          <m:t>2</m:t>
        </m:r>
        <m:r>
          <m:t>x</m:t>
        </m:r>
        <m:r>
          <m:rPr>
            <m:sty m:val="p"/>
          </m:rPr>
          <m:t>+</m:t>
        </m:r>
        <m:r>
          <m:t>2</m:t>
        </m:r>
        <m:r>
          <m:rPr>
            <m:sty m:val="p"/>
          </m:rPr>
          <m:t>=</m:t>
        </m:r>
        <m:sSup>
          <m:e>
            <m:r>
              <m:t>x</m:t>
            </m:r>
          </m:e>
          <m:sup>
            <m:r>
              <m:t>2</m:t>
            </m:r>
          </m:sup>
        </m:sSup>
        <m:r>
          <m:rPr>
            <m:sty m:val="p"/>
          </m:rPr>
          <m:t>−</m:t>
        </m:r>
        <m:r>
          <m:t>1</m:t>
        </m:r>
      </m:oMath>
      <w:r>
        <w:t xml:space="preserve"> </w:t>
      </w:r>
      <w:r>
        <w:t xml:space="preserve">(2)</w:t>
      </w:r>
    </w:p>
    <w:p>
      <w:pPr>
        <w:pStyle w:val="WSKeyCont"/>
      </w:pPr>
      <w:r>
        <w:t xml:space="preserve">rewriting as</w:t>
      </w:r>
      <w:r>
        <w:t xml:space="preserve"> </w:t>
      </w:r>
      <m:oMath>
        <m:sSup>
          <m:e>
            <m:r>
              <m:t>x</m:t>
            </m:r>
          </m:e>
          <m:sup>
            <m:r>
              <m:t>2</m:t>
            </m:r>
          </m:sup>
        </m:sSup>
        <m:r>
          <m:rPr>
            <m:sty m:val="p"/>
          </m:rPr>
          <m:t>−</m:t>
        </m:r>
        <m:r>
          <m:t>2</m:t>
        </m:r>
        <m:r>
          <m:t>x</m:t>
        </m:r>
        <m:r>
          <m:rPr>
            <m:sty m:val="p"/>
          </m:rPr>
          <m:t>−</m:t>
        </m:r>
        <m:r>
          <m:t>3</m:t>
        </m:r>
        <m:r>
          <m:rPr>
            <m:sty m:val="p"/>
          </m:rPr>
          <m:t>=</m:t>
        </m:r>
        <m:r>
          <m:t>0</m:t>
        </m:r>
      </m:oMath>
      <w:r>
        <w:t xml:space="preserve"> </w:t>
      </w:r>
      <w:r>
        <w:t xml:space="preserve">and factoring as</w:t>
      </w:r>
      <w:r>
        <w:t xml:space="preserve"> </w:t>
      </w:r>
      <m:oMath>
        <m:r>
          <m:rPr>
            <m:sty m:val="p"/>
          </m:rPr>
          <m:t>(</m:t>
        </m:r>
        <m:r>
          <m:t>x</m:t>
        </m:r>
        <m:r>
          <m:rPr>
            <m:sty m:val="p"/>
          </m:rPr>
          <m:t>−</m:t>
        </m:r>
        <m:r>
          <m:t>3</m:t>
        </m:r>
        <m:r>
          <m:rPr>
            <m:sty m:val="p"/>
          </m:rPr>
          <m:t>)</m:t>
        </m:r>
        <m:r>
          <m:rPr>
            <m:sty m:val="p"/>
          </m:rPr>
          <m:t>(</m:t>
        </m:r>
        <m:r>
          <m:t>x</m:t>
        </m:r>
        <m:r>
          <m:rPr>
            <m:sty m:val="p"/>
          </m:rPr>
          <m:t>+</m:t>
        </m:r>
        <m:r>
          <m:t>1</m:t>
        </m:r>
        <m:r>
          <m:rPr>
            <m:sty m:val="p"/>
          </m:rPr>
          <m:t>)</m:t>
        </m:r>
        <m:r>
          <m:rPr>
            <m:sty m:val="p"/>
          </m:rPr>
          <m:t>=</m:t>
        </m:r>
        <m:r>
          <m:t>0</m:t>
        </m:r>
      </m:oMath>
      <w:r>
        <w:t xml:space="preserve">, so</w:t>
      </w:r>
      <w:r>
        <w:t xml:space="preserve"> </w:t>
      </w:r>
      <m:oMath>
        <m:r>
          <m:t>x</m:t>
        </m:r>
        <m:r>
          <m:rPr>
            <m:sty m:val="p"/>
          </m:rPr>
          <m:t>=</m:t>
        </m:r>
        <m:r>
          <m:t>3</m:t>
        </m:r>
      </m:oMath>
      <w:r>
        <w:t xml:space="preserve"> </w:t>
      </w:r>
      <w:r>
        <w:t xml:space="preserve">and</w:t>
      </w:r>
      <w:r>
        <w:t xml:space="preserve"> </w:t>
      </w:r>
      <m:oMath>
        <m:r>
          <m:t>x</m:t>
        </m:r>
        <m:r>
          <m:rPr>
            <m:sty m:val="p"/>
          </m:rPr>
          <m:t>=</m:t>
        </m:r>
        <m:r>
          <m:rPr>
            <m:sty m:val="p"/>
          </m:rPr>
          <m:t>−</m:t>
        </m:r>
        <m:r>
          <m:t>1</m:t>
        </m:r>
      </m:oMath>
      <w:r>
        <w:t xml:space="preserve"> </w:t>
      </w:r>
      <w:r>
        <w:t xml:space="preserve">(2)</w:t>
      </w:r>
    </w:p>
    <w:p>
      <w:pPr>
        <w:pStyle w:val="WSKeyCont"/>
      </w:pPr>
      <m:oMath>
        <m:r>
          <m:t>y</m:t>
        </m:r>
        <m:r>
          <m:rPr>
            <m:sty m:val="p"/>
          </m:rPr>
          <m:t>=</m:t>
        </m:r>
        <m:r>
          <m:t>8</m:t>
        </m:r>
      </m:oMath>
      <w:r>
        <w:t xml:space="preserve"> </w:t>
      </w:r>
      <w:r>
        <w:t xml:space="preserve">when</w:t>
      </w:r>
      <w:r>
        <w:t xml:space="preserve"> </w:t>
      </w:r>
      <m:oMath>
        <m:r>
          <m:t>x</m:t>
        </m:r>
        <m:r>
          <m:rPr>
            <m:sty m:val="p"/>
          </m:rPr>
          <m:t>=</m:t>
        </m:r>
        <m:r>
          <m:t>3</m:t>
        </m:r>
      </m:oMath>
      <w:r>
        <w:t xml:space="preserve"> </w:t>
      </w:r>
      <w:r>
        <w:t xml:space="preserve">and</w:t>
      </w:r>
      <w:r>
        <w:t xml:space="preserve"> </w:t>
      </w:r>
      <m:oMath>
        <m:r>
          <m:t>y</m:t>
        </m:r>
        <m:r>
          <m:rPr>
            <m:sty m:val="p"/>
          </m:rPr>
          <m:t>=</m:t>
        </m:r>
        <m:r>
          <m:t>0</m:t>
        </m:r>
      </m:oMath>
      <w:r>
        <w:t xml:space="preserve"> </w:t>
      </w:r>
      <w:r>
        <w:t xml:space="preserve">when</w:t>
      </w:r>
      <w:r>
        <w:t xml:space="preserve"> </w:t>
      </w:r>
      <m:oMath>
        <m:r>
          <m:t>x</m:t>
        </m:r>
        <m:r>
          <m:rPr>
            <m:sty m:val="p"/>
          </m:rPr>
          <m:t>=</m:t>
        </m:r>
        <m:r>
          <m:rPr>
            <m:sty m:val="p"/>
          </m:rPr>
          <m:t>−</m:t>
        </m:r>
        <m:r>
          <m:t>1</m:t>
        </m:r>
      </m:oMath>
      <w:r>
        <w:t xml:space="preserve"> </w:t>
      </w:r>
      <w:r>
        <w:t xml:space="preserve">(2)</w:t>
      </w:r>
    </w:p>
    <w:p>
      <w:pPr>
        <w:pStyle w:val="WSKeyQ"/>
      </w:pPr>
      <w:r>
        <w:t xml:space="preserve">Question 11</w:t>
      </w:r>
    </w:p>
    <w:p>
      <w:pPr>
        <w:pStyle w:val="WSKeyItem"/>
      </w:pPr>
      <w:r>
        <w:rPr>
          <w:b/>
          <w:bCs/>
        </w:rPr>
        <w:t xml:space="preserve">(a)</w:t>
      </w:r>
      <w:r>
        <w:t xml:space="preserve"> </w:t>
      </w:r>
      <m:oMath>
        <m:r>
          <m:t>x</m:t>
        </m:r>
        <m:r>
          <m:rPr>
            <m:sty m:val="p"/>
          </m:rPr>
          <m:t>+</m:t>
        </m:r>
        <m:r>
          <m:t>y</m:t>
        </m:r>
        <m:r>
          <m:rPr>
            <m:sty m:val="p"/>
          </m:rPr>
          <m:t>≤</m:t>
        </m:r>
        <m:r>
          <m:t>14</m:t>
        </m:r>
      </m:oMath>
      <w:r>
        <w:t xml:space="preserve"> </w:t>
      </w:r>
      <w:r>
        <w:t xml:space="preserve">and</w:t>
      </w:r>
      <w:r>
        <w:t xml:space="preserve"> </w:t>
      </w:r>
      <m:oMath>
        <m:r>
          <m:t>6</m:t>
        </m:r>
        <m:r>
          <m:t>x</m:t>
        </m:r>
        <m:r>
          <m:rPr>
            <m:sty m:val="p"/>
          </m:rPr>
          <m:t>+</m:t>
        </m:r>
        <m:r>
          <m:t>8</m:t>
        </m:r>
        <m:r>
          <m:t>y</m:t>
        </m:r>
        <m:r>
          <m:rPr>
            <m:sty m:val="p"/>
          </m:rPr>
          <m:t>≥</m:t>
        </m:r>
        <m:r>
          <m:t>80</m:t>
        </m:r>
      </m:oMath>
      <w:r>
        <w:t xml:space="preserve"> </w:t>
      </w:r>
      <w:r>
        <w:t xml:space="preserve">(1)</w:t>
      </w:r>
    </w:p>
    <w:p>
      <w:pPr>
        <w:pStyle w:val="WSKeyItem"/>
      </w:pPr>
      <w:r>
        <w:rPr>
          <w:b/>
          <w:bCs/>
        </w:rPr>
        <w:t xml:space="preserve">(b)</w:t>
      </w:r>
      <w:r>
        <w:t xml:space="preserve"> both boundary lines</w:t>
      </w:r>
      <w:r>
        <w:t xml:space="preserve"> </w:t>
      </w:r>
      <m:oMath>
        <m:r>
          <m:t>x</m:t>
        </m:r>
        <m:r>
          <m:rPr>
            <m:sty m:val="p"/>
          </m:rPr>
          <m:t>+</m:t>
        </m:r>
        <m:r>
          <m:t>y</m:t>
        </m:r>
        <m:r>
          <m:rPr>
            <m:sty m:val="p"/>
          </m:rPr>
          <m:t>=</m:t>
        </m:r>
        <m:r>
          <m:t>14</m:t>
        </m:r>
      </m:oMath>
      <w:r>
        <w:t xml:space="preserve"> </w:t>
      </w:r>
      <w:r>
        <w:t xml:space="preserve">and</w:t>
      </w:r>
      <w:r>
        <w:t xml:space="preserve"> </w:t>
      </w:r>
      <m:oMath>
        <m:r>
          <m:t>6</m:t>
        </m:r>
        <m:r>
          <m:t>x</m:t>
        </m:r>
        <m:r>
          <m:rPr>
            <m:sty m:val="p"/>
          </m:rPr>
          <m:t>+</m:t>
        </m:r>
        <m:r>
          <m:t>8</m:t>
        </m:r>
        <m:r>
          <m:t>y</m:t>
        </m:r>
        <m:r>
          <m:rPr>
            <m:sty m:val="p"/>
          </m:rPr>
          <m:t>=</m:t>
        </m:r>
        <m:r>
          <m:t>80</m:t>
        </m:r>
      </m:oMath>
      <w:r>
        <w:t xml:space="preserve"> </w:t>
      </w:r>
      <w:r>
        <w:t xml:space="preserve">drawn correctly with correct shading and feasible region identified (2)</w:t>
      </w:r>
    </w:p>
    <w:p>
      <w:pPr>
        <w:pStyle w:val="WSKeyItem"/>
      </w:pPr>
      <w:r>
        <w:rPr>
          <w:b/>
          <w:bCs/>
        </w:rPr>
        <w:t xml:space="preserve">(c)</w:t>
      </w:r>
      <w:r>
        <w:t xml:space="preserve"> e.g. 6 hours stocking and 6 hours delivering, since</w:t>
      </w:r>
      <w:r>
        <w:t xml:space="preserve"> </w:t>
      </w:r>
      <m:oMath>
        <m:r>
          <m:t>6</m:t>
        </m:r>
        <m:r>
          <m:rPr>
            <m:sty m:val="p"/>
          </m:rPr>
          <m:t>+</m:t>
        </m:r>
        <m:r>
          <m:t>6</m:t>
        </m:r>
        <m:r>
          <m:rPr>
            <m:sty m:val="p"/>
          </m:rPr>
          <m:t>=</m:t>
        </m:r>
        <m:r>
          <m:t>12</m:t>
        </m:r>
        <m:r>
          <m:rPr>
            <m:sty m:val="p"/>
          </m:rPr>
          <m:t>≤</m:t>
        </m:r>
        <m:r>
          <m:t>14</m:t>
        </m:r>
      </m:oMath>
      <w:r>
        <w:t xml:space="preserve"> </w:t>
      </w:r>
      <w:r>
        <w:t xml:space="preserve">and</w:t>
      </w:r>
      <w:r>
        <w:t xml:space="preserve"> </w:t>
      </w:r>
      <m:oMath>
        <m:r>
          <m:t>6</m:t>
        </m:r>
        <m:r>
          <m:rPr>
            <m:sty m:val="p"/>
          </m:rPr>
          <m:t>(</m:t>
        </m:r>
        <m:r>
          <m:t>6</m:t>
        </m:r>
        <m:r>
          <m:rPr>
            <m:sty m:val="p"/>
          </m:rPr>
          <m:t>)</m:t>
        </m:r>
        <m:r>
          <m:rPr>
            <m:sty m:val="p"/>
          </m:rPr>
          <m:t>+</m:t>
        </m:r>
        <m:r>
          <m:t>8</m:t>
        </m:r>
        <m:r>
          <m:rPr>
            <m:sty m:val="p"/>
          </m:rPr>
          <m:t>(</m:t>
        </m:r>
        <m:r>
          <m:t>6</m:t>
        </m:r>
        <m:r>
          <m:rPr>
            <m:sty m:val="p"/>
          </m:rPr>
          <m:t>)</m:t>
        </m:r>
        <m:r>
          <m:rPr>
            <m:sty m:val="p"/>
          </m:rPr>
          <m:t>=</m:t>
        </m:r>
        <m:r>
          <m:t>84</m:t>
        </m:r>
        <m:r>
          <m:rPr>
            <m:sty m:val="p"/>
          </m:rPr>
          <m:t>≥</m:t>
        </m:r>
        <m:r>
          <m:t>80</m:t>
        </m:r>
      </m:oMath>
      <w:r>
        <w:t xml:space="preserve"> </w:t>
      </w:r>
      <w:r>
        <w:t xml:space="preserve">so both conditions are met (1)</w:t>
      </w:r>
    </w:p>
    <w:p>
      <w:pPr>
        <w:pStyle w:val="WSKeyQ"/>
      </w:pPr>
      <w:r>
        <w:t xml:space="preserve">Question 12</w:t>
      </w:r>
    </w:p>
    <w:p>
      <w:pPr>
        <w:pStyle w:val="WSKeyItem"/>
      </w:pPr>
      <w:r>
        <w:rPr>
          <w:b/>
          <w:bCs/>
        </w:rPr>
        <w:t xml:space="preserve">(a)</w:t>
      </w:r>
      <w:r>
        <w:t xml:space="preserve"> Morning: 10 men, 8 women (18); Evening: 6 men, 6 women (12); Totals: 16 men, 14 women, 30</w:t>
      </w:r>
    </w:p>
    <w:p>
      <w:pPr>
        <w:pStyle w:val="WSKeyItem"/>
      </w:pPr>
      <w:r>
        <w:rPr>
          <w:b/>
          <w:bCs/>
        </w:rPr>
        <w:t xml:space="preserve">(b)</w:t>
      </w:r>
      <w:r>
        <w:t xml:space="preserve"> </w:t>
      </w:r>
      <m:oMath>
        <m:r>
          <m:t>y</m:t>
        </m:r>
        <m:r>
          <m:rPr>
            <m:sty m:val="p"/>
          </m:rPr>
          <m:t>&lt;</m:t>
        </m:r>
        <m:r>
          <m:t>4</m:t>
        </m:r>
      </m:oMath>
    </w:p>
    <w:p>
      <w:pPr>
        <w:pStyle w:val="WSKeyItem"/>
      </w:pPr>
      <w:r>
        <w:rPr>
          <w:b/>
          <w:bCs/>
        </w:rPr>
        <w:t xml:space="preserve">(c)</w:t>
      </w:r>
      <w:r>
        <w:t xml:space="preserve"> </w:t>
      </w:r>
      <m:oMath>
        <m:r>
          <m:t>2</m:t>
        </m:r>
        <m:sSup>
          <m:e>
            <m:r>
              <m:t>x</m:t>
            </m:r>
          </m:e>
          <m:sup>
            <m:r>
              <m:t>2</m:t>
            </m:r>
          </m:sup>
        </m:sSup>
        <m:r>
          <m:rPr>
            <m:sty m:val="p"/>
          </m:rPr>
          <m:t>+</m:t>
        </m:r>
        <m:r>
          <m:t>5</m:t>
        </m:r>
        <m:r>
          <m:t>x</m:t>
        </m:r>
        <m:r>
          <m:rPr>
            <m:sty m:val="p"/>
          </m:rPr>
          <m:t>−</m:t>
        </m:r>
        <m:r>
          <m:t>3</m:t>
        </m:r>
      </m:oMath>
    </w:p>
    <w:p>
      <w:pPr>
        <w:pStyle w:val="WSKeyItem"/>
      </w:pPr>
      <w:r>
        <w:rPr>
          <w:b/>
          <w:bCs/>
        </w:rPr>
        <w:t xml:space="preserve">(d)</w:t>
      </w:r>
      <w:r>
        <w:t xml:space="preserve"> 23</w:t>
      </w:r>
    </w:p>
    <w:p>
      <w:pPr>
        <w:pStyle w:val="WSKeyItem"/>
      </w:pPr>
      <w:r>
        <w:rPr>
          <w:b/>
          <w:bCs/>
        </w:rPr>
        <w:t xml:space="preserve">(e)</w:t>
      </w:r>
      <w:r>
        <w:t xml:space="preserve"> </w:t>
      </w:r>
      <m:oMath>
        <m:r>
          <m:t>y</m:t>
        </m:r>
        <m:r>
          <m:rPr>
            <m:sty m:val="p"/>
          </m:rPr>
          <m:t>=</m:t>
        </m:r>
        <m:r>
          <m:t>2</m:t>
        </m:r>
        <m:r>
          <m:t>x</m:t>
        </m:r>
        <m:r>
          <m:rPr>
            <m:sty m:val="p"/>
          </m:rPr>
          <m:t>−</m:t>
        </m:r>
        <m:r>
          <m:t>3</m:t>
        </m:r>
      </m:oMath>
    </w:p>
    <w:p>
      <w:pPr>
        <w:pStyle w:val="WSKeyItem"/>
      </w:pPr>
      <w:r>
        <w:rPr>
          <w:b/>
          <w:bCs/>
        </w:rPr>
        <w:t xml:space="preserve">(f)</w:t>
      </w:r>
      <w:r>
        <w:t xml:space="preserve"> </w:t>
      </w:r>
      <m:oMath>
        <m:r>
          <m:t>2</m:t>
        </m:r>
        <m:r>
          <m:t>x</m:t>
        </m:r>
        <m:r>
          <m:rPr>
            <m:sty m:val="p"/>
          </m:rPr>
          <m:t>(</m:t>
        </m:r>
        <m:r>
          <m:t>x</m:t>
        </m:r>
        <m:r>
          <m:rPr>
            <m:sty m:val="p"/>
          </m:rPr>
          <m:t>+</m:t>
        </m:r>
        <m:r>
          <m:t>2</m:t>
        </m:r>
        <m:r>
          <m:rPr>
            <m:sty m:val="p"/>
          </m:rPr>
          <m:t>)</m:t>
        </m:r>
        <m:r>
          <m:rPr>
            <m:sty m:val="p"/>
          </m:rPr>
          <m:t>(</m:t>
        </m:r>
        <m:r>
          <m:t>x</m:t>
        </m:r>
        <m:r>
          <m:rPr>
            <m:sty m:val="p"/>
          </m:rPr>
          <m:t>−</m:t>
        </m:r>
        <m:r>
          <m:t>2</m:t>
        </m:r>
        <m:r>
          <m:rPr>
            <m:sty m:val="p"/>
          </m:rPr>
          <m:t>)</m:t>
        </m:r>
      </m:oMath>
    </w:p>
    <w:p>
      <w:pPr>
        <w:pStyle w:val="WSKeyItem"/>
      </w:pPr>
      <w:r>
        <w:rPr>
          <w:b/>
          <w:bCs/>
        </w:rPr>
        <w:t xml:space="preserve">(g)</w:t>
      </w:r>
      <w:r>
        <w:t xml:space="preserve"> </w:t>
      </w:r>
      <m:oMath>
        <m:r>
          <m:t>x</m:t>
        </m:r>
        <m:r>
          <m:rPr>
            <m:sty m:val="p"/>
          </m:rPr>
          <m:t>=</m:t>
        </m:r>
        <m:r>
          <m:t>3</m:t>
        </m:r>
      </m:oMath>
      <w:r>
        <w:t xml:space="preserve"> </w:t>
      </w:r>
      <w:r>
        <w:t xml:space="preserve">and</w:t>
      </w:r>
      <w:r>
        <w:t xml:space="preserve"> </w:t>
      </w:r>
      <m:oMath>
        <m:r>
          <m:t>x</m:t>
        </m:r>
        <m:r>
          <m:rPr>
            <m:sty m:val="p"/>
          </m:rPr>
          <m:t>=</m:t>
        </m:r>
        <m:r>
          <m:rPr>
            <m:sty m:val="p"/>
          </m:rPr>
          <m:t>−</m:t>
        </m:r>
        <m:r>
          <m:t>1</m:t>
        </m:r>
      </m:oMath>
    </w:p>
    <w:p>
      <w:pPr>
        <w:pStyle w:val="WSKeyItem"/>
      </w:pPr>
      <w:r>
        <w:rPr>
          <w:b/>
          <w:bCs/>
        </w:rPr>
        <w:t xml:space="preserve">(h)</w:t>
      </w:r>
      <w:r>
        <w:t xml:space="preserve"> </w:t>
      </w:r>
      <m:oMath>
        <m:r>
          <m:t>x</m:t>
        </m:r>
        <m:r>
          <m:rPr>
            <m:sty m:val="p"/>
          </m:rPr>
          <m:t>=</m:t>
        </m:r>
        <m:r>
          <m:rPr>
            <m:sty m:val="p"/>
          </m:rPr>
          <m:t>−</m:t>
        </m:r>
        <m:r>
          <m:t>1</m:t>
        </m:r>
        <m:r>
          <m:rPr>
            <m:sty m:val="p"/>
          </m:rPr>
          <m:t>±</m:t>
        </m:r>
        <m:rad>
          <m:radPr>
            <m:degHide m:val="on"/>
          </m:radPr>
          <m:deg/>
          <m:e>
            <m:r>
              <m:t>2</m:t>
            </m:r>
          </m:e>
        </m:rad>
      </m:oMath>
    </w:p>
    <w:p>
      <w:pPr>
        <w:pStyle w:val="WSKeyItem"/>
      </w:pPr>
      <w:r>
        <w:rPr>
          <w:b/>
          <w:bCs/>
        </w:rPr>
        <w:t xml:space="preserve">(i)</w:t>
      </w:r>
      <w:r>
        <w:t xml:space="preserve"> </w:t>
      </w:r>
      <m:oMath>
        <m:r>
          <m:t>y</m:t>
        </m:r>
        <m:r>
          <m:rPr>
            <m:sty m:val="p"/>
          </m:rPr>
          <m:t>=</m:t>
        </m:r>
        <m:r>
          <m:rPr>
            <m:sty m:val="p"/>
          </m:rPr>
          <m:t>−</m:t>
        </m:r>
        <m:r>
          <m:t>50.00</m:t>
        </m:r>
        <m:r>
          <m:t>x</m:t>
        </m:r>
        <m:r>
          <m:rPr>
            <m:sty m:val="p"/>
          </m:rPr>
          <m:t>+</m:t>
        </m:r>
        <m:r>
          <m:t>500.00</m:t>
        </m:r>
      </m:oMath>
    </w:p>
    <w:p>
      <w:pPr>
        <w:pStyle w:val="WSKeyItem"/>
      </w:pPr>
      <w:r>
        <w:rPr>
          <w:b/>
          <w:bCs/>
        </w:rPr>
        <w:t xml:space="preserve">(j)</w:t>
      </w:r>
      <w:r>
        <w:t xml:space="preserve"> -1</w:t>
      </w:r>
    </w:p>
    <w:p>
      <w:pPr>
        <w:pStyle w:val="WSKeyItem"/>
      </w:pPr>
      <w:r>
        <w:rPr>
          <w:b/>
          <w:bCs/>
        </w:rPr>
        <w:t xml:space="preserve">(k)</w:t>
      </w:r>
      <w:r>
        <w:t xml:space="preserve"> Perfect negative correlation; the data are exactly linearly related and the linear model is a perfect fit.</w:t>
      </w:r>
    </w:p>
    <w:p>
      <w:pPr>
        <w:pStyle w:val="WSKeyItem"/>
      </w:pPr>
      <w:r>
        <w:rPr>
          <w:b/>
          <w:bCs/>
        </w:rPr>
        <w:t xml:space="preserve">(l)</w:t>
      </w:r>
      <w:r>
        <w:t xml:space="preserve"> </w:t>
      </w:r>
      <m:oMath>
        <m:r>
          <m:rPr>
            <m:sty m:val="p"/>
          </m:rPr>
          <m:t>(</m:t>
        </m:r>
        <m:r>
          <m:t>3</m:t>
        </m:r>
        <m:r>
          <m:rPr>
            <m:sty m:val="p"/>
          </m:rPr>
          <m:t>,</m:t>
        </m:r>
        <m:r>
          <m:t>8</m:t>
        </m:r>
        <m:r>
          <m:rPr>
            <m:sty m:val="p"/>
          </m:rPr>
          <m:t>)</m:t>
        </m:r>
      </m:oMath>
      <w:r>
        <w:t xml:space="preserve"> </w:t>
      </w:r>
      <w:r>
        <w:t xml:space="preserve">and</w:t>
      </w:r>
      <w:r>
        <w:t xml:space="preserve"> </w:t>
      </w:r>
      <m:oMath>
        <m:r>
          <m:rPr>
            <m:sty m:val="p"/>
          </m:rPr>
          <m:t>(</m:t>
        </m:r>
        <m:r>
          <m:rPr>
            <m:sty m:val="p"/>
          </m:rPr>
          <m:t>−</m:t>
        </m:r>
        <m:r>
          <m:t>1</m:t>
        </m:r>
        <m:r>
          <m:rPr>
            <m:sty m:val="p"/>
          </m:rPr>
          <m:t>,</m:t>
        </m:r>
        <m:r>
          <m:t>0</m:t>
        </m:r>
        <m:r>
          <m:rPr>
            <m:sty m:val="p"/>
          </m:rPr>
          <m:t>)</m:t>
        </m:r>
      </m:oMath>
    </w:p>
    <w:p>
      <w:pPr>
        <w:pStyle w:val="WSKeyItem"/>
      </w:pPr>
      <w:r>
        <w:rPr>
          <w:b/>
          <w:bCs/>
        </w:rPr>
        <w:t xml:space="preserve">(m)</w:t>
      </w:r>
      <w:r>
        <w:t xml:space="preserve"> </w:t>
      </w:r>
      <m:oMath>
        <m:r>
          <m:t>x</m:t>
        </m:r>
        <m:r>
          <m:rPr>
            <m:sty m:val="p"/>
          </m:rPr>
          <m:t>+</m:t>
        </m:r>
        <m:r>
          <m:t>y</m:t>
        </m:r>
        <m:r>
          <m:rPr>
            <m:sty m:val="p"/>
          </m:rPr>
          <m:t>≤</m:t>
        </m:r>
        <m:r>
          <m:t>14</m:t>
        </m:r>
      </m:oMath>
      <w:r>
        <w:t xml:space="preserve"> </w:t>
      </w:r>
      <w:r>
        <w:t xml:space="preserve">and</w:t>
      </w:r>
      <w:r>
        <w:t xml:space="preserve"> </w:t>
      </w:r>
      <m:oMath>
        <m:r>
          <m:t>6</m:t>
        </m:r>
        <m:r>
          <m:t>x</m:t>
        </m:r>
        <m:r>
          <m:rPr>
            <m:sty m:val="p"/>
          </m:rPr>
          <m:t>+</m:t>
        </m:r>
        <m:r>
          <m:t>8</m:t>
        </m:r>
        <m:r>
          <m:t>y</m:t>
        </m:r>
        <m:r>
          <m:rPr>
            <m:sty m:val="p"/>
          </m:rPr>
          <m:t>≥</m:t>
        </m:r>
        <m:r>
          <m:t>80</m:t>
        </m:r>
      </m:oMath>
    </w:p>
    <w:p>
      <w:pPr>
        <w:pStyle w:val="WSKeyItem"/>
      </w:pPr>
      <w:r>
        <w:rPr>
          <w:b/>
          <w:bCs/>
        </w:rPr>
        <w:t xml:space="preserve">(n)</w:t>
      </w:r>
      <w:r>
        <w:t xml:space="preserve"> Boundary lines</w:t>
      </w:r>
      <w:r>
        <w:t xml:space="preserve"> </w:t>
      </w:r>
      <m:oMath>
        <m:r>
          <m:t>x</m:t>
        </m:r>
        <m:r>
          <m:rPr>
            <m:sty m:val="p"/>
          </m:rPr>
          <m:t>+</m:t>
        </m:r>
        <m:r>
          <m:t>y</m:t>
        </m:r>
        <m:r>
          <m:rPr>
            <m:sty m:val="p"/>
          </m:rPr>
          <m:t>=</m:t>
        </m:r>
        <m:r>
          <m:t>14</m:t>
        </m:r>
      </m:oMath>
      <w:r>
        <w:t xml:space="preserve"> </w:t>
      </w:r>
      <w:r>
        <w:t xml:space="preserve">and</w:t>
      </w:r>
      <w:r>
        <w:t xml:space="preserve"> </w:t>
      </w:r>
      <m:oMath>
        <m:r>
          <m:t>6</m:t>
        </m:r>
        <m:r>
          <m:t>x</m:t>
        </m:r>
        <m:r>
          <m:rPr>
            <m:sty m:val="p"/>
          </m:rPr>
          <m:t>+</m:t>
        </m:r>
        <m:r>
          <m:t>8</m:t>
        </m:r>
        <m:r>
          <m:t>y</m:t>
        </m:r>
        <m:r>
          <m:rPr>
            <m:sty m:val="p"/>
          </m:rPr>
          <m:t>=</m:t>
        </m:r>
        <m:r>
          <m:t>80</m:t>
        </m:r>
      </m:oMath>
      <w:r>
        <w:t xml:space="preserve"> </w:t>
      </w:r>
      <w:r>
        <w:t xml:space="preserve">drawn correctly with correct shading; feasible region identified.</w:t>
      </w:r>
    </w:p>
    <w:p>
      <w:pPr>
        <w:pStyle w:val="WSKeyItem"/>
      </w:pPr>
      <w:r>
        <w:rPr>
          <w:b/>
          <w:bCs/>
        </w:rPr>
        <w:t xml:space="preserve">(o)</w:t>
      </w:r>
      <w:r>
        <w:t xml:space="preserve"> 6 hours stocking and 6 hours delivering, since</w:t>
      </w:r>
      <w:r>
        <w:t xml:space="preserve"> </w:t>
      </w:r>
      <m:oMath>
        <m:r>
          <m:t>6</m:t>
        </m:r>
        <m:r>
          <m:rPr>
            <m:sty m:val="p"/>
          </m:rPr>
          <m:t>+</m:t>
        </m:r>
        <m:r>
          <m:t>6</m:t>
        </m:r>
        <m:r>
          <m:rPr>
            <m:sty m:val="p"/>
          </m:rPr>
          <m:t>=</m:t>
        </m:r>
        <m:r>
          <m:t>12</m:t>
        </m:r>
        <m:r>
          <m:rPr>
            <m:sty m:val="p"/>
          </m:rPr>
          <m:t>≤</m:t>
        </m:r>
        <m:r>
          <m:t>14</m:t>
        </m:r>
      </m:oMath>
      <w:r>
        <w:t xml:space="preserve"> </w:t>
      </w:r>
      <w:r>
        <w:t xml:space="preserve">and</w:t>
      </w:r>
      <w:r>
        <w:t xml:space="preserve"> </w:t>
      </w:r>
      <m:oMath>
        <m:r>
          <m:t>6</m:t>
        </m:r>
        <m:r>
          <m:rPr>
            <m:sty m:val="p"/>
          </m:rPr>
          <m:t>(</m:t>
        </m:r>
        <m:r>
          <m:t>6</m:t>
        </m:r>
        <m:r>
          <m:rPr>
            <m:sty m:val="p"/>
          </m:rPr>
          <m:t>)</m:t>
        </m:r>
        <m:r>
          <m:rPr>
            <m:sty m:val="p"/>
          </m:rPr>
          <m:t>+</m:t>
        </m:r>
        <m:r>
          <m:t>8</m:t>
        </m:r>
        <m:r>
          <m:rPr>
            <m:sty m:val="p"/>
          </m:rPr>
          <m:t>(</m:t>
        </m:r>
        <m:r>
          <m:t>6</m:t>
        </m:r>
        <m:r>
          <m:rPr>
            <m:sty m:val="p"/>
          </m:rPr>
          <m:t>)</m:t>
        </m:r>
        <m:r>
          <m:rPr>
            <m:sty m:val="p"/>
          </m:rPr>
          <m:t>=</m:t>
        </m:r>
        <m:r>
          <m:t>84</m:t>
        </m:r>
        <m:r>
          <m:rPr>
            <m:sty m:val="p"/>
          </m:rPr>
          <m:t>≥</m:t>
        </m:r>
        <m:r>
          <m:t>80</m:t>
        </m:r>
      </m:oMath>
      <w:r>
        <w:t xml:space="preserve">.</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Algebra I Practice Paper — Parts II, III and IV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4" Target="media/rId24.png" /><Relationship Type="http://schemas.openxmlformats.org/officeDocument/2006/relationships/image" Id="rId21" Target="media/rId21.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2026-10-05T13:52:06Z</dcterms:created>
  <dcterms:modified xsi:type="dcterms:W3CDTF">2026-10-05T13:52:06Z</dcterms:modified>
</cp:coreProperties>
</file>

<file path=docProps/custom.xml><?xml version="1.0" encoding="utf-8"?>
<Properties xmlns="http://schemas.openxmlformats.org/officeDocument/2006/custom-properties" xmlns:vt="http://schemas.openxmlformats.org/officeDocument/2006/docPropsVTypes"/>
</file>