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1.png" ContentType="image/png"/>
  <Override PartName="/word/media/rId24.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t xml:space="preserve">भारत और आधुनिक विश्व का इतिहास — अभ्यास प्रश्न</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40 questions</w:t>
      </w:r>
      <w:r>
        <w:tab/>
      </w:r>
      <w:r>
        <w:t xml:space="preserve">78 marks</w:t>
      </w:r>
    </w:p>
    <w:p>
      <w:pPr>
        <w:pStyle w:val="WSBand"/>
      </w:pPr>
      <w:r>
        <w:t xml:space="preserve">Question 1</w:t>
      </w:r>
      <w:r>
        <w:tab/>
      </w:r>
      <w:r>
        <w:t xml:space="preserve">1 mark</w:t>
      </w:r>
    </w:p>
    <w:p>
      <w:pPr>
        <w:pStyle w:val="WSStem"/>
      </w:pPr>
      <w:r>
        <w:t xml:space="preserve">फ्रेडरिक सॉरयू के 1848 के चित्रों पर एक विद्यार्थी ने यह मिलान लिखा है — क: सॉरयू → फ्रांसीसी कलाकार, ख: मशाल लिए स्त्री-आकृति → ज्ञानोदय का प्रकाश, ग: अग्रभूमि में बिखरी टूटी मूर्तियाँ व राजदंड → लोकतांत्रिक गणतंत्र की स्थापना, घ: विभिन्न राष्ट्रों का जुलूस → निरंकुश शासन के अवशेष। इस मिलान में एक जोड़ी में वैचारिक त्रुटि है। उस त्रुटि की सही पहचान और सुधार कौन-सा है?</w:t>
      </w:r>
      <w:r>
        <w:t xml:space="preserve"> </w:t>
      </w:r>
      <w:r>
        <w:rPr>
          <w:i/>
          <w:iCs/>
        </w:rPr>
        <w:t xml:space="preserve">(1)</w:t>
      </w:r>
    </w:p>
    <w:p>
      <w:pPr>
        <w:pStyle w:val="WSChoice"/>
      </w:pPr>
      <w:r>
        <w:rPr>
          <w:b/>
          <w:bCs/>
        </w:rPr>
        <w:t xml:space="preserve">a.</w:t>
      </w:r>
      <w:r>
        <w:t xml:space="preserve"> </w:t>
      </w:r>
      <w:r>
        <w:t xml:space="preserve">त्रुटि ख में है — मशाल लिए स्त्री-आकृति वास्तव में निरंकुश राजतंत्र की वापसी का प्रतीक है</w:t>
      </w:r>
    </w:p>
    <w:p>
      <w:pPr>
        <w:pStyle w:val="WSChoice"/>
      </w:pPr>
      <w:r>
        <w:rPr>
          <w:b/>
          <w:bCs/>
        </w:rPr>
        <w:t xml:space="preserve">b.</w:t>
      </w:r>
      <w:r>
        <w:t xml:space="preserve"> </w:t>
      </w:r>
      <w:r>
        <w:t xml:space="preserve">ग और घ आपस में उलट गए हैं — अग्रभूमि की टूटी मूर्तियाँ व राजदंड निरंकुश संस्थानों के ध्वस्त अवशेष हैं और राष्ट्रों का जुलूस लोकतांत्रिक-सामाजिक गणतंत्रों की ओर बढ़ना दर्शाता है</w:t>
      </w:r>
    </w:p>
    <w:p>
      <w:pPr>
        <w:pStyle w:val="WSChoice"/>
      </w:pPr>
      <w:r>
        <w:rPr>
          <w:b/>
          <w:bCs/>
        </w:rPr>
        <w:t xml:space="preserve">c.</w:t>
      </w:r>
      <w:r>
        <w:t xml:space="preserve"> </w:t>
      </w:r>
      <w:r>
        <w:t xml:space="preserve">त्रुटि क में है — सॉरयू जर्मन चित्रकार था और उसके चित्र जर्मन एकीकरण पर थे</w:t>
      </w:r>
    </w:p>
    <w:p>
      <w:pPr>
        <w:pStyle w:val="WSChoice"/>
      </w:pPr>
      <w:r>
        <w:rPr>
          <w:b/>
          <w:bCs/>
        </w:rPr>
        <w:t xml:space="preserve">d.</w:t>
      </w:r>
      <w:r>
        <w:t xml:space="preserve"> </w:t>
      </w:r>
      <w:r>
        <w:t xml:space="preserve">इस मिलान में कोई त्रुटि नहीं है — सभी चारों जोड़ियाँ सही हैं</w:t>
      </w:r>
    </w:p>
    <w:p>
      <w:pPr>
        <w:pStyle w:val="WSRule"/>
      </w:pPr>
      <w:r>
        <w:rPr>
          <w:u w:val="single" w:color="9AA3B2"/>
        </w:rPr>
        <w:tab/>
      </w:r>
    </w:p>
    <w:p>
      <w:r>
        <w:br w:type="page"/>
      </w:r>
    </w:p>
    <w:p>
      <w:pPr>
        <w:pStyle w:val="WSBand"/>
      </w:pPr>
      <w:r>
        <w:t xml:space="preserve">Question 2</w:t>
      </w:r>
      <w:r>
        <w:tab/>
      </w:r>
      <w:r>
        <w:t xml:space="preserve">1 mark</w:t>
      </w:r>
    </w:p>
    <w:p>
      <w:pPr>
        <w:pStyle w:val="WSStem"/>
      </w:pPr>
      <w:r>
        <w:t xml:space="preserve">चित्र में दिख रहे नेता (लाल टोपी, श्वेत धोती-कुर्ता, मेज़ के पास खड़े) को देखकर एक विद्यार्थी ने कहा — “ये गोपाल कृष्ण गोखले हैं, जो नरमपंथी थे और काउंसिल में रहकर सुधार चाहते थे।” इस कथन में पहचान की त्रुटि को सुधारने वाला सही विकल्प चुनिए।</w:t>
      </w:r>
      <w:r>
        <w:t xml:space="preserve"> </w:t>
      </w:r>
      <w:r>
        <w:rPr>
          <w:i/>
          <w:iCs/>
        </w:rPr>
        <w:t xml:space="preserve">(1)</w:t>
      </w:r>
    </w:p>
    <w:p>
      <w:pPr>
        <w:pStyle w:val="WSFig"/>
      </w:pPr>
      <w:r>
        <w:drawing>
          <wp:inline>
            <wp:extent cx="3391509" cy="3017520"/>
            <wp:effectExtent b="0" l="0" r="0" t="0"/>
            <wp:docPr descr="" title="" id="19" name="Picture"/>
            <a:graphic>
              <a:graphicData uri="http://schemas.openxmlformats.org/drawingml/2006/picture">
                <pic:pic>
                  <pic:nvPicPr>
                    <pic:cNvPr descr="/scratch/samples/_work/hindi-social/a11cec51-2574-4d9a-bfc2-aef63e06f88d.png" id="20" name="Picture"/>
                    <pic:cNvPicPr>
                      <a:picLocks noChangeArrowheads="1" noChangeAspect="1"/>
                    </pic:cNvPicPr>
                  </pic:nvPicPr>
                  <pic:blipFill>
                    <a:blip r:embed="rId18"/>
                    <a:stretch>
                      <a:fillRect/>
                    </a:stretch>
                  </pic:blipFill>
                  <pic:spPr bwMode="auto">
                    <a:xfrm>
                      <a:off x="0" y="0"/>
                      <a:ext cx="3391509" cy="3017520"/>
                    </a:xfrm>
                    <a:prstGeom prst="rect">
                      <a:avLst/>
                    </a:prstGeom>
                    <a:noFill/>
                    <a:ln w="9525">
                      <a:noFill/>
                      <a:headEnd/>
                      <a:tailEnd/>
                    </a:ln>
                  </pic:spPr>
                </pic:pic>
              </a:graphicData>
            </a:graphic>
          </wp:inline>
        </w:drawing>
      </w:r>
    </w:p>
    <w:p>
      <w:pPr>
        <w:pStyle w:val="WSCaption"/>
      </w:pPr>
      <w:r>
        <w:rPr>
          <w:i/>
          <w:iCs/>
        </w:rPr>
        <w:t xml:space="preserve">नेता का चित्र</w:t>
      </w:r>
    </w:p>
    <w:p>
      <w:pPr>
        <w:pStyle w:val="WSChoice"/>
      </w:pPr>
      <w:r>
        <w:rPr>
          <w:b/>
          <w:bCs/>
        </w:rPr>
        <w:t xml:space="preserve">a.</w:t>
      </w:r>
      <w:r>
        <w:t xml:space="preserve"> </w:t>
      </w:r>
      <w:r>
        <w:t xml:space="preserve">लाला लाजपत राय — पंजाब के गरमपंथी नेता जिन्होंने साइमन कमीशन का विरोध किया</w:t>
      </w:r>
    </w:p>
    <w:p>
      <w:pPr>
        <w:pStyle w:val="WSChoice"/>
      </w:pPr>
      <w:r>
        <w:rPr>
          <w:b/>
          <w:bCs/>
        </w:rPr>
        <w:t xml:space="preserve">b.</w:t>
      </w:r>
      <w:r>
        <w:t xml:space="preserve"> </w:t>
      </w:r>
      <w:r>
        <w:t xml:space="preserve">बाल गंगाधर तिलक — गरमपंथी नेता जिन्होंने स्वराज को जन्मसिद्ध अधिकार बताया और बहिष्कार-स्वदेशी का समर्थन किया</w:t>
      </w:r>
    </w:p>
    <w:p>
      <w:pPr>
        <w:pStyle w:val="WSChoice"/>
      </w:pPr>
      <w:r>
        <w:rPr>
          <w:b/>
          <w:bCs/>
        </w:rPr>
        <w:t xml:space="preserve">c.</w:t>
      </w:r>
      <w:r>
        <w:t xml:space="preserve"> </w:t>
      </w:r>
      <w:r>
        <w:t xml:space="preserve">गोपाल कृष्ण गोखले — नरमपंथी नेता जो काउंसिल में रहकर क्रमिक सुधार चाहते थे</w:t>
      </w:r>
    </w:p>
    <w:p>
      <w:pPr>
        <w:pStyle w:val="WSChoice"/>
      </w:pPr>
      <w:r>
        <w:rPr>
          <w:b/>
          <w:bCs/>
        </w:rPr>
        <w:t xml:space="preserve">d.</w:t>
      </w:r>
      <w:r>
        <w:t xml:space="preserve"> </w:t>
      </w:r>
      <w:r>
        <w:t xml:space="preserve">राजा राम मोहन राय — 19वीं सदी के समाज-सुधारक जिन्होंने ब्रह्म समाज स्थापित किया</w:t>
      </w:r>
    </w:p>
    <w:p>
      <w:pPr>
        <w:pStyle w:val="WSRule"/>
      </w:pPr>
      <w:r>
        <w:rPr>
          <w:u w:val="single" w:color="9AA3B2"/>
        </w:rPr>
        <w:tab/>
      </w:r>
    </w:p>
    <w:p>
      <w:r>
        <w:br w:type="page"/>
      </w:r>
    </w:p>
    <w:p>
      <w:pPr>
        <w:pStyle w:val="WSBand"/>
      </w:pPr>
      <w:r>
        <w:t xml:space="preserve">Question 3</w:t>
      </w:r>
    </w:p>
    <w:p>
      <w:pPr>
        <w:pStyle w:val="WSStem"/>
      </w:pPr>
      <w:r>
        <w:t xml:space="preserve">प्रश्न 2 के स्थान पर (केवल दृष्टिबाधित परीक्षार्थियों हेतु): चौरा-चौरी के बाद असहयोग वापस लेने पर सी. आर. दास और मोतीलाल नेहरू के निर्णय पर एक विद्यार्थी ने लिखा — “उन्होंने पूर्ण स्वराज के लिए कांग्रेस से अलग स्वराज पार्टी बनाई ताकि तुरंत सत्ता मिले।” इस व्याख्या में कारण-संबंधी त्रुटि को सुधारने वाला सही विकल्प चुनिए।</w:t>
      </w:r>
    </w:p>
    <w:p>
      <w:pPr>
        <w:pStyle w:val="WSChoice"/>
      </w:pPr>
      <w:r>
        <w:rPr>
          <w:b/>
          <w:bCs/>
        </w:rPr>
        <w:t xml:space="preserve">a.</w:t>
      </w:r>
      <w:r>
        <w:t xml:space="preserve"> </w:t>
      </w:r>
      <w:r>
        <w:t xml:space="preserve">स्वराज पार्टी पूर्ण स्वराज की माँग के लिए बनाई गई ताकि अंग्रेज़ों से तुरंत सत्ता हस्तांतरण हो</w:t>
      </w:r>
    </w:p>
    <w:p>
      <w:pPr>
        <w:pStyle w:val="WSChoice"/>
      </w:pPr>
      <w:r>
        <w:rPr>
          <w:b/>
          <w:bCs/>
        </w:rPr>
        <w:t xml:space="preserve">b.</w:t>
      </w:r>
      <w:r>
        <w:t xml:space="preserve"> </w:t>
      </w:r>
      <w:r>
        <w:t xml:space="preserve">स्वराज पार्टी काउंसिल चुनावों में भाग लेकर अंदर से असहयोग करने और सरकार का विरोध उजागर करने के लिए बनाई गई</w:t>
      </w:r>
    </w:p>
    <w:p>
      <w:pPr>
        <w:pStyle w:val="WSChoice"/>
      </w:pPr>
      <w:r>
        <w:rPr>
          <w:b/>
          <w:bCs/>
        </w:rPr>
        <w:t xml:space="preserve">c.</w:t>
      </w:r>
      <w:r>
        <w:t xml:space="preserve"> </w:t>
      </w:r>
      <w:r>
        <w:t xml:space="preserve">स्वराज पार्टी भारत के लिए डोमिनियन स्टेट की माँग मनवाने के लिए बनाई गई</w:t>
      </w:r>
    </w:p>
    <w:p>
      <w:pPr>
        <w:pStyle w:val="WSChoice"/>
      </w:pPr>
      <w:r>
        <w:rPr>
          <w:b/>
          <w:bCs/>
        </w:rPr>
        <w:t xml:space="preserve">d.</w:t>
      </w:r>
      <w:r>
        <w:t xml:space="preserve"> </w:t>
      </w:r>
      <w:r>
        <w:t xml:space="preserve">स्वराज पार्टी साइमन कमीशन का विरोध करने के लिए बनाई गई</w:t>
      </w:r>
    </w:p>
    <w:p>
      <w:pPr>
        <w:pStyle w:val="WSRule"/>
      </w:pPr>
      <w:r>
        <w:rPr>
          <w:u w:val="single" w:color="9AA3B2"/>
        </w:rPr>
        <w:tab/>
      </w:r>
    </w:p>
    <w:p>
      <w:r>
        <w:br w:type="page"/>
      </w:r>
    </w:p>
    <w:p>
      <w:pPr>
        <w:pStyle w:val="WSBand"/>
      </w:pPr>
      <w:r>
        <w:t xml:space="preserve">Question 4</w:t>
      </w:r>
      <w:r>
        <w:tab/>
      </w:r>
      <w:r>
        <w:t xml:space="preserve">1 mark</w:t>
      </w:r>
    </w:p>
    <w:p>
      <w:pPr>
        <w:pStyle w:val="WSStem"/>
      </w:pPr>
      <w:r>
        <w:t xml:space="preserve">19वीं सदी में यूरोप से अमेरिका की ओर बड़े प्रवास पर एक विद्यार्थी ने लिखा — “हज़ारों यूरोपीय लगातार युद्धों और कठोर जलवायु-आपदाओं से बचने के लिए भागकर अमेरिका गए।” जनसंख्या-इतिहास के साक्ष्य के आधार पर इस कारण-व्याख्या की त्रुटि को सुधारने वाला सही विकल्प चुनिए।</w:t>
      </w:r>
      <w:r>
        <w:t xml:space="preserve"> </w:t>
      </w:r>
      <w:r>
        <w:rPr>
          <w:i/>
          <w:iCs/>
        </w:rPr>
        <w:t xml:space="preserve">(1)</w:t>
      </w:r>
    </w:p>
    <w:p>
      <w:pPr>
        <w:pStyle w:val="WSChoice"/>
      </w:pPr>
      <w:r>
        <w:rPr>
          <w:b/>
          <w:bCs/>
        </w:rPr>
        <w:t xml:space="preserve">a.</w:t>
      </w:r>
      <w:r>
        <w:t xml:space="preserve"> </w:t>
      </w:r>
      <w:r>
        <w:t xml:space="preserve">लगातार युद्धों और राजनीतिक अस्थिरता से बचने के लिए यूरोपीय अमेरिका भाग गए</w:t>
      </w:r>
    </w:p>
    <w:p>
      <w:pPr>
        <w:pStyle w:val="WSChoice"/>
      </w:pPr>
      <w:r>
        <w:rPr>
          <w:b/>
          <w:bCs/>
        </w:rPr>
        <w:t xml:space="preserve">b.</w:t>
      </w:r>
      <w:r>
        <w:t xml:space="preserve"> </w:t>
      </w:r>
      <w:r>
        <w:t xml:space="preserve">कठोर जलवायु और बार-बार आने वाली प्राकृतिक आपदाओं से बचने के लिए यूरोपीय अमेरिका भाग गए</w:t>
      </w:r>
    </w:p>
    <w:p>
      <w:pPr>
        <w:pStyle w:val="WSChoice"/>
      </w:pPr>
      <w:r>
        <w:rPr>
          <w:b/>
          <w:bCs/>
        </w:rPr>
        <w:t xml:space="preserve">c.</w:t>
      </w:r>
      <w:r>
        <w:t xml:space="preserve"> </w:t>
      </w:r>
      <w:r>
        <w:t xml:space="preserve">ग्रामीण गरीबी, बेरोज़गारी, अकाल और खराब जीवन-स्थितियों के दबाव में बेहतर आजीविका की आशा में यूरोपीय अमेरिका गए</w:t>
      </w:r>
    </w:p>
    <w:p>
      <w:pPr>
        <w:pStyle w:val="WSChoice"/>
      </w:pPr>
      <w:r>
        <w:rPr>
          <w:b/>
          <w:bCs/>
        </w:rPr>
        <w:t xml:space="preserve">d.</w:t>
      </w:r>
      <w:r>
        <w:t xml:space="preserve"> </w:t>
      </w:r>
      <w:r>
        <w:t xml:space="preserve">केवल धार्मिक प्रचार और साहसिक पर्यटन की इच्छा से यूरोपीय अमेरिका गए</w:t>
      </w:r>
    </w:p>
    <w:p>
      <w:pPr>
        <w:pStyle w:val="WSRule"/>
      </w:pPr>
      <w:r>
        <w:rPr>
          <w:u w:val="single" w:color="9AA3B2"/>
        </w:rPr>
        <w:tab/>
      </w:r>
    </w:p>
    <w:p>
      <w:r>
        <w:br w:type="page"/>
      </w:r>
    </w:p>
    <w:p>
      <w:pPr>
        <w:pStyle w:val="WSBand"/>
      </w:pPr>
      <w:r>
        <w:t xml:space="preserve">Question 5</w:t>
      </w:r>
      <w:r>
        <w:tab/>
      </w:r>
      <w:r>
        <w:t xml:space="preserve">1 mark</w:t>
      </w:r>
    </w:p>
    <w:p>
      <w:pPr>
        <w:pStyle w:val="WSStem"/>
      </w:pPr>
      <w:r>
        <w:t xml:space="preserve">लुई-सेबेस्टियन मर्सिए के कथन “हे निरंकुशवादी शासको, अब तुम्हारे काँपने का वक्त आ गया है! आभासी लेखक की क़लम के ज़ोर के आगे तुम हिल उठोगे!” पर एक विद्यार्थी ने टिप्पणी की — “यहाँ निरंकुशवादी से आशय उन आभासी लेखकों और मुद्रण-प्रेस से है।” इस पठन की वैचारिक त्रुटि को सुधारने वाला सही विकल्प चुनिए।</w:t>
      </w:r>
      <w:r>
        <w:t xml:space="preserve"> </w:t>
      </w:r>
      <w:r>
        <w:rPr>
          <w:i/>
          <w:iCs/>
        </w:rPr>
        <w:t xml:space="preserve">(1)</w:t>
      </w:r>
    </w:p>
    <w:p>
      <w:pPr>
        <w:pStyle w:val="WSChoice"/>
      </w:pPr>
      <w:r>
        <w:rPr>
          <w:b/>
          <w:bCs/>
        </w:rPr>
        <w:t xml:space="preserve">a.</w:t>
      </w:r>
      <w:r>
        <w:t xml:space="preserve"> </w:t>
      </w:r>
      <w:r>
        <w:t xml:space="preserve">निरंकुशवादी से आशय समाज बदलने में लगा शिक्षित मध्य वर्ग है</w:t>
      </w:r>
    </w:p>
    <w:p>
      <w:pPr>
        <w:pStyle w:val="WSChoice"/>
      </w:pPr>
      <w:r>
        <w:rPr>
          <w:b/>
          <w:bCs/>
        </w:rPr>
        <w:t xml:space="preserve">b.</w:t>
      </w:r>
      <w:r>
        <w:t xml:space="preserve"> </w:t>
      </w:r>
      <w:r>
        <w:t xml:space="preserve">निरंकुशवादी से आशय चर्च और राजशाही जैसी निरंकुश संस्थाएँ हैं जो पुरानी व्यवस्था को बनाए रखना चाहती थीं</w:t>
      </w:r>
    </w:p>
    <w:p>
      <w:pPr>
        <w:pStyle w:val="WSChoice"/>
      </w:pPr>
      <w:r>
        <w:rPr>
          <w:b/>
          <w:bCs/>
        </w:rPr>
        <w:t xml:space="preserve">c.</w:t>
      </w:r>
      <w:r>
        <w:t xml:space="preserve"> </w:t>
      </w:r>
      <w:r>
        <w:t xml:space="preserve">निरंकुशवादी से आशय नई पुस्तकों के आभासी लेखक हैं</w:t>
      </w:r>
    </w:p>
    <w:p>
      <w:pPr>
        <w:pStyle w:val="WSChoice"/>
      </w:pPr>
      <w:r>
        <w:rPr>
          <w:b/>
          <w:bCs/>
        </w:rPr>
        <w:t xml:space="preserve">d.</w:t>
      </w:r>
      <w:r>
        <w:t xml:space="preserve"> </w:t>
      </w:r>
      <w:r>
        <w:t xml:space="preserve">निरंकुशवादी से आशय मुद्रण प्रेस चलाने वाले कारीगर हैं</w:t>
      </w:r>
    </w:p>
    <w:p>
      <w:pPr>
        <w:pStyle w:val="WSRule"/>
      </w:pPr>
      <w:r>
        <w:rPr>
          <w:u w:val="single" w:color="9AA3B2"/>
        </w:rPr>
        <w:tab/>
      </w:r>
    </w:p>
    <w:p>
      <w:r>
        <w:br w:type="page"/>
      </w:r>
    </w:p>
    <w:p>
      <w:pPr>
        <w:pStyle w:val="WSBand"/>
      </w:pPr>
      <w:r>
        <w:t xml:space="preserve">Question 6</w:t>
      </w:r>
      <w:r>
        <w:tab/>
      </w:r>
      <w:r>
        <w:t xml:space="preserve">4 marks</w:t>
      </w:r>
    </w:p>
    <w:p>
      <w:pPr>
        <w:pStyle w:val="WSStem"/>
      </w:pPr>
      <w:r>
        <w:rPr>
          <w:b/>
          <w:bCs/>
        </w:rPr>
        <w:t xml:space="preserve">(a)</w:t>
      </w:r>
      <w:r>
        <w:t xml:space="preserve"> एक विद्यार्थी ने लिखा — “सिल्क रूट केवल चीन से यूरोप तक रेशम ले जाने वाली एक सड़क थी; इससे संस्कृति पर कोई असर नहीं पड़ा।” इस व्याख्या में दोहरी त्रुटि (केवल-रेशम और केवल-सड़क) पहचानिए और पूर्व-आधुनिक काल में सिल्क रूट को जीवंत व्यापारिक-सांस्कृतिक संपर्क का उदाहरण सिद्ध करने वाले किन्हीं दो तथ्यों से सुधार कीजिए।</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(b)</w:t>
      </w:r>
      <w:r>
        <w:t xml:space="preserve"> एक विद्यार्थी ने दावा किया — “नई दुनिया की फसलों (जैसे आलू और मक्का) का यूरोप के साधारण लोगों पर कोई खास असर नहीं पड़ा; वे केवल धनी लोगों के शौकिया बगीचों तक सीमित रहीं।” इस दावे की त्रुटि बताइए और समझाइए कि कभी-कभी नई फसलें जीवन और मृत्यु के बीच अंतर कैसे कर सकती थीं।</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7</w:t>
      </w:r>
      <w:r>
        <w:tab/>
      </w:r>
      <w:r>
        <w:t xml:space="preserve">6 marks</w:t>
      </w:r>
    </w:p>
    <w:p>
      <w:pPr>
        <w:pStyle w:val="WSStem"/>
      </w:pPr>
      <w:r>
        <w:rPr>
          <w:b/>
          <w:bCs/>
        </w:rPr>
        <w:t xml:space="preserve">(a)</w:t>
      </w:r>
      <w:r>
        <w:t xml:space="preserve"> एक विद्यार्थी ने अपनी उत्तर-पुस्तिका में लिखा है कि भारत में राष्ट्रवाद केवल राजनीतिक आंदोलनों और नेताओं के भाषणों से विकसित हुआ, सांस्कृतिक गतिविधियों जैसे चित्रों, गीतों और लोककथाओं की इसमें कोई भूमिका नहीं थी। इस त्रुटिपूर्ण दावे की पहचान कीजिए और उपयुक्त उदाहरणों से उसे सुधारते हुए सांस्कृतिक प्रक्रियाओं की भूमिका स्पष्ट कीजिए।</w:t>
      </w:r>
      <w:r>
        <w:t xml:space="preserve"> </w:t>
      </w:r>
      <w:r>
        <w:rPr>
          <w:i/>
          <w:iCs/>
        </w:rPr>
        <w:t xml:space="preserve">(3)</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(b)</w:t>
      </w:r>
      <w:r>
        <w:t xml:space="preserve"> एक विद्यार्थी का तर्क है कि नमक मार्च असफल था क्योंकि इसके तुरंत बाद पूर्ण स्वराज नहीं मिला और नमक कर पूरी तरह समाप्त नहीं हुआ। इस भ्रांतिपूर्ण मूल्यांकन की त्रुटि बताइए और तर्कों सहित स्पष्ट कीजिए कि नमक मार्च उपनिवेशवाद के विरुद्ध प्रतिरोध का प्रभावी साधन कैसे बना।</w:t>
      </w:r>
      <w:r>
        <w:t xml:space="preserve"> </w:t>
      </w:r>
      <w:r>
        <w:rPr>
          <w:i/>
          <w:iCs/>
        </w:rPr>
        <w:t xml:space="preserve">(3)</w:t>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8</w:t>
      </w:r>
      <w:r>
        <w:tab/>
      </w:r>
      <w:r>
        <w:t xml:space="preserve">10 marks</w:t>
      </w:r>
    </w:p>
    <w:p>
      <w:pPr>
        <w:pStyle w:val="WSStem"/>
      </w:pPr>
      <w:r>
        <w:rPr>
          <w:b/>
          <w:bCs/>
        </w:rPr>
        <w:t xml:space="preserve">(a)</w:t>
      </w:r>
      <w:r>
        <w:t xml:space="preserve"> एक विद्यार्थी का दावा है कि ब्रिटेन में राष्ट्र-राज्य का निर्माण 1789 की फ्रांसीसी क्रांति जैसी किसी आकस्मिक क्रांति से हुआ था। इस त्रुटिपूर्ण तुलना की पहचान कीजिए और तर्कों सहित विश्लेषण कीजिए कि ब्रिटेन का निर्माण एक लंबी ऐतिहासिक प्रक्रिया का परिणाम था।</w:t>
      </w:r>
      <w:r>
        <w:t xml:space="preserve"> </w:t>
      </w:r>
      <w:r>
        <w:rPr>
          <w:i/>
          <w:iCs/>
        </w:rPr>
        <w:t xml:space="preserve">(5)</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(b)</w:t>
      </w:r>
      <w:r>
        <w:t xml:space="preserve"> एक पाठ्यपुस्तिका की टिप्पणी में कहा गया है कि 1815 की वियना संधि का उद्देश्य यूरोप में लोकतंत्र और राष्ट्रवाद को बढ़ावा देना था। इस त्रुटि को सुधारिए और स्पष्ट कीजिए कि संधि का वास्तविक उद्देश्य नेपोलियन युग के परिवर्तनों को समाप्त करना था, इसके प्रमुख प्रावधानों को उजागर करते हुए।</w:t>
      </w:r>
      <w:r>
        <w:t xml:space="preserve"> </w:t>
      </w:r>
      <w:r>
        <w:rPr>
          <w:i/>
          <w:iCs/>
        </w:rPr>
        <w:t xml:space="preserve">(5)</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9</w:t>
      </w:r>
      <w:r>
        <w:tab/>
      </w:r>
      <w:r>
        <w:t xml:space="preserve">4 marks</w:t>
      </w:r>
    </w:p>
    <w:p>
      <w:pPr>
        <w:pStyle w:val="WSStim"/>
      </w:pPr>
      <w:r>
        <w:t xml:space="preserve">नीचे दिए गए दो अवतरणों को पढ़िए। पहला अवतरण 1821 में राजा राममोहन राय द्वारा निकाले गए बांग्ला पत्र संवाद कौमुदी के उद्देश्य से संबंधित है, और दूसरा अवतरण 1880 के दशक में बाल गंगाधर तिलक के मराठी पत्र केसरी पर एक समकालीन टिप्पणी है।</w:t>
      </w:r>
    </w:p>
    <w:p>
      <w:pPr>
        <w:pStyle w:val="WSStim"/>
      </w:pPr>
      <w:r>
        <w:t xml:space="preserve">“हमारा उद्देश्य केवल बाजार भाव या नौकरियों की सूचना देना नहीं है। हम भारतीयों में विज्ञान, इतिहास और समाज सुधार के विचारों का प्रचार करना चाहते हैं ताकि अज्ञान और अंधविश्वास दूर हो।”</w:t>
      </w:r>
      <w:r>
        <w:t xml:space="preserve"> </w:t>
      </w:r>
      <w:r>
        <w:t xml:space="preserve">— संवाद कौमुदी की प्रस्तावना, 1821</w:t>
      </w:r>
    </w:p>
    <w:p>
      <w:pPr>
        <w:pStyle w:val="WSStim"/>
      </w:pPr>
      <w:r>
        <w:t xml:space="preserve">“स्थानीय पत्र सरकार की आलोचना करके जनता को भड़काते हैं। किंतु वास्तव में वे वही काम करते हैं जो एक निष्पक्ष न्यायाधीश करता है — वे शासन के दोषों को उजागर कर सुधार का मार्ग सुझाते हैं।”</w:t>
      </w:r>
      <w:r>
        <w:t xml:space="preserve"> </w:t>
      </w:r>
      <w:r>
        <w:t xml:space="preserve">— केसरी पर टिप्पणी, 1882</w:t>
      </w:r>
    </w:p>
    <w:p>
      <w:pPr>
        <w:pStyle w:val="WSStem"/>
      </w:pPr>
      <w:r>
        <w:rPr>
          <w:b/>
          <w:bCs/>
        </w:rPr>
        <w:t xml:space="preserve">(a)</w:t>
      </w:r>
      <w:r>
        <w:t xml:space="preserve"> एक विद्यार्थी कहता है कि संवाद कौमुदी निकालने का मुख्य कारण केवल व्यापारिक लाभ कमाना था। अवतरण के आधार पर इस त्रुटि को सुधारते हुए मुख्य कारण स्पष्ट कीजिए।</w:t>
      </w:r>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(b)</w:t>
      </w:r>
      <w:r>
        <w:t xml:space="preserve"> एक विद्यार्थी कहता है कि देसी अखबारों का कार्य सरकार की प्रशंसा करना था। अवतरण के आधार पर इस त्रुटि को सुधारते हुए स्पष्ट कीजिए कि उनका कार्य निष्पक्ष न्यायाधीश की भूमिका जैसा कैसे था।</w:t>
      </w:r>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(c)</w:t>
      </w:r>
      <w:r>
        <w:t xml:space="preserve"> एक विद्यार्थी का दावा है कि 19वीं शताब्दी में अखबार केवल साक्षर अभिजात वर्ग तक सीमित रहने के कारण लोकप्रिय नहीं हुए। इस त्रुटि को सुधारते हुए उस शताब्दी में अखबारों की लोकप्रियता के कारणों का विश्लेषण कीजिए।</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10</w:t>
      </w:r>
      <w:r>
        <w:tab/>
      </w:r>
      <w:r>
        <w:t xml:space="preserve">2 marks</w:t>
      </w:r>
    </w:p>
    <w:p>
      <w:pPr>
        <w:pStyle w:val="WSStim"/>
      </w:pPr>
      <w:r>
        <w:t xml:space="preserve">भारत के दिए गए रेखा-मानचित्र पर दो स्थानों को</w:t>
      </w:r>
      <w:r>
        <w:t xml:space="preserve"> </w:t>
      </w:r>
      <w:r>
        <w:t xml:space="preserve">‘A’</w:t>
      </w:r>
      <w:r>
        <w:t xml:space="preserve"> </w:t>
      </w:r>
      <w:r>
        <w:t xml:space="preserve">और</w:t>
      </w:r>
      <w:r>
        <w:t xml:space="preserve"> </w:t>
      </w:r>
      <w:r>
        <w:t xml:space="preserve">‘B’</w:t>
      </w:r>
      <w:r>
        <w:t xml:space="preserve"> </w:t>
      </w:r>
      <w:r>
        <w:t xml:space="preserve">के रूप में चिह्नित किया गया है। उनकी पहचान करके उनके सही नाम मानचित्र में अंकित रेखा पर लिखिए।</w:t>
      </w:r>
    </w:p>
    <w:p>
      <w:pPr>
        <w:pStyle w:val="WSStem"/>
      </w:pPr>
      <w:r>
        <w:rPr>
          <w:b/>
          <w:bCs/>
        </w:rPr>
        <w:t xml:space="preserve">(a)</w:t>
      </w:r>
      <w:r>
        <w:t xml:space="preserve"> मानचित्र में</w:t>
      </w:r>
      <w:r>
        <w:t xml:space="preserve"> </w:t>
      </w:r>
      <w:r>
        <w:t xml:space="preserve">‘A’</w:t>
      </w:r>
      <w:r>
        <w:t xml:space="preserve"> </w:t>
      </w:r>
      <w:r>
        <w:t xml:space="preserve">के रूप में चिह्नित उस स्थान का सही नाम लिखिए जहाँ 13 अप्रैल 1919 को शांतिपूर्ण जनसभा पर गोली चलाई गई थी, जबकि एक विद्यार्थी इसे गलती से चौरी-चौरा बताता है। त्रुटि सुधारकर उत्तर दीजिए।</w:t>
      </w:r>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(b)</w:t>
      </w:r>
      <w:r>
        <w:t xml:space="preserve"> मानचित्र में</w:t>
      </w:r>
      <w:r>
        <w:t xml:space="preserve"> </w:t>
      </w:r>
      <w:r>
        <w:t xml:space="preserve">‘B’</w:t>
      </w:r>
      <w:r>
        <w:t xml:space="preserve"> </w:t>
      </w:r>
      <w:r>
        <w:t xml:space="preserve">के रूप में चिह्नित उस शहर का सही नाम लिखिए जहाँ दिसंबर 1929 में भारतीय राष्ट्रीय कांग्रेस का अधिवेशन हुआ था, जबकि एक विद्यार्थी इसे गलती से सूरत बताता है। त्रुटि सुधारकर उत्तर दीजिए।</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11</w:t>
      </w:r>
    </w:p>
    <w:p>
      <w:pPr>
        <w:pStyle w:val="WSStim"/>
      </w:pPr>
      <w:r>
        <w:t xml:space="preserve">भारत के दिए गए रेखा-मानचित्र पर एक स्थान को</w:t>
      </w:r>
      <w:r>
        <w:t xml:space="preserve"> </w:t>
      </w:r>
      <w:r>
        <w:t xml:space="preserve">‘A’</w:t>
      </w:r>
      <w:r>
        <w:t xml:space="preserve"> </w:t>
      </w:r>
      <w:r>
        <w:t xml:space="preserve">के रूप में चिह्नित किया गया है।</w:t>
      </w:r>
    </w:p>
    <w:p>
      <w:pPr>
        <w:pStyle w:val="WSStem"/>
      </w:pPr>
      <w:r>
        <w:t xml:space="preserve">मानचित्र में</w:t>
      </w:r>
      <w:r>
        <w:t xml:space="preserve"> </w:t>
      </w:r>
      <w:r>
        <w:t xml:space="preserve">‘A’</w:t>
      </w:r>
      <w:r>
        <w:t xml:space="preserve"> </w:t>
      </w:r>
      <w:r>
        <w:t xml:space="preserve">के रूप में चिह्नित उस स्थान का सही नाम लिखिए जहाँ 1917 में गांधी जी ने नील किसानों के लिए सत्याग्रह किया था, जबकि एक विद्यार्थी इसे गलती से खेड़ा बताता है। त्रुटि सुधारकर उत्तर दीजिए।</w:t>
      </w:r>
    </w:p>
    <w:p>
      <w:pPr>
        <w:pStyle w:val="WSRule"/>
      </w:pPr>
      <w:r>
        <w:rPr>
          <w:u w:val="single" w:color="9AA3B2"/>
        </w:rPr>
        <w:tab/>
      </w:r>
    </w:p>
    <w:p>
      <w:pPr>
        <w:pStyle w:val="WSRule"/>
      </w:pPr>
      <w:r>
        <w:rPr>
          <w:u w:val="single" w:color="9AA3B2"/>
        </w:rPr>
        <w:tab/>
      </w:r>
    </w:p>
    <w:p>
      <w:r>
        <w:br w:type="page"/>
      </w:r>
    </w:p>
    <w:p>
      <w:pPr>
        <w:pStyle w:val="WSBand"/>
      </w:pPr>
      <w:r>
        <w:t xml:space="preserve">Question 12</w:t>
      </w:r>
      <w:r>
        <w:tab/>
      </w:r>
      <w:r>
        <w:t xml:space="preserve">1 mark</w:t>
      </w:r>
    </w:p>
    <w:p>
      <w:pPr>
        <w:pStyle w:val="WSStem"/>
      </w:pPr>
      <w:r>
        <w:t xml:space="preserve">एक विद्यार्थी ने लिखा है कि किसी गाँव में कोयले का भंडार मिलना ही समग्र विकास के लिए पर्याप्त है, तकनीक या संस्थाओं की कोई आवश्यकता नहीं है। इस त्रुटिपूर्ण धारणा को सुधारने वाला सही कथन चुनिए।</w:t>
      </w:r>
      <w:r>
        <w:t xml:space="preserve"> </w:t>
      </w:r>
      <w:r>
        <w:rPr>
          <w:i/>
          <w:iCs/>
        </w:rPr>
        <w:t xml:space="preserve">(1)</w:t>
      </w:r>
    </w:p>
    <w:p>
      <w:pPr>
        <w:pStyle w:val="WSChoice"/>
      </w:pPr>
      <w:r>
        <w:rPr>
          <w:b/>
          <w:bCs/>
        </w:rPr>
        <w:t xml:space="preserve">a.</w:t>
      </w:r>
      <w:r>
        <w:t xml:space="preserve"> </w:t>
      </w:r>
      <w:r>
        <w:t xml:space="preserve">किसी क्षेत्र में खनिज भंडार का होना ही स्वतः समग्र विकास सुनिश्चित कर देता है</w:t>
      </w:r>
    </w:p>
    <w:p>
      <w:pPr>
        <w:pStyle w:val="WSChoice"/>
      </w:pPr>
      <w:r>
        <w:rPr>
          <w:b/>
          <w:bCs/>
        </w:rPr>
        <w:t xml:space="preserve">b.</w:t>
      </w:r>
      <w:r>
        <w:t xml:space="preserve"> </w:t>
      </w:r>
      <w:r>
        <w:t xml:space="preserve">संसाधनों के समुचित उपयोग हेतु उपयुक्त प्रौद्योगिकी और संस्थागत परिवर्तन आवश्यक हैं</w:t>
      </w:r>
    </w:p>
    <w:p>
      <w:pPr>
        <w:pStyle w:val="WSChoice"/>
      </w:pPr>
      <w:r>
        <w:rPr>
          <w:b/>
          <w:bCs/>
        </w:rPr>
        <w:t xml:space="preserve">c.</w:t>
      </w:r>
      <w:r>
        <w:t xml:space="preserve"> </w:t>
      </w:r>
      <w:r>
        <w:t xml:space="preserve">विकास के लिए केवल विदेशी शासन और बाहरी नियंत्रण का होना अनिवार्य है</w:t>
      </w:r>
    </w:p>
    <w:p>
      <w:pPr>
        <w:pStyle w:val="WSChoice"/>
      </w:pPr>
      <w:r>
        <w:rPr>
          <w:b/>
          <w:bCs/>
        </w:rPr>
        <w:t xml:space="preserve">d.</w:t>
      </w:r>
      <w:r>
        <w:t xml:space="preserve"> </w:t>
      </w:r>
      <w:r>
        <w:t xml:space="preserve">केवल जनसंख्या का बड़ा होना ही संसाधन विकास के लिए पर्याप्त शर्त है</w:t>
      </w:r>
    </w:p>
    <w:p>
      <w:pPr>
        <w:pStyle w:val="WSRule"/>
      </w:pPr>
      <w:r>
        <w:rPr>
          <w:u w:val="single" w:color="9AA3B2"/>
        </w:rPr>
        <w:tab/>
      </w:r>
    </w:p>
    <w:p>
      <w:r>
        <w:br w:type="page"/>
      </w:r>
    </w:p>
    <w:p>
      <w:pPr>
        <w:pStyle w:val="WSBand"/>
      </w:pPr>
      <w:r>
        <w:t xml:space="preserve">Question 13</w:t>
      </w:r>
      <w:r>
        <w:tab/>
      </w:r>
      <w:r>
        <w:t xml:space="preserve">1 mark</w:t>
      </w:r>
    </w:p>
    <w:p>
      <w:pPr>
        <w:pStyle w:val="WSStem"/>
      </w:pPr>
      <w:r>
        <w:t xml:space="preserve">कक्षा में एक विद्यार्थी ने मिट्टी-फसल तालिका इस प्रकार पूरी की — जलोढ़ मिट्टी : गन्ना, धान, गेहूँ तथा दालों के लिए आदर्श; काली मिट्टी : काजू जैसी फसलों के लिए आदर्श; लेटराइट मिट्टी : कपास के लिए आदर्श। इस तालिका में एक वैचारिक त्रुटि है। उस त्रुटि को पहचानकर सही मिलान वाला विकल्प चुनिए।</w:t>
      </w:r>
      <w:r>
        <w:t xml:space="preserve"> </w:t>
      </w:r>
      <w:r>
        <w:rPr>
          <w:i/>
          <w:iCs/>
        </w:rPr>
        <w:t xml:space="preserve">(1)</w:t>
      </w:r>
    </w:p>
    <w:p>
      <w:pPr>
        <w:pStyle w:val="WSChoice"/>
      </w:pPr>
      <w:r>
        <w:rPr>
          <w:b/>
          <w:bCs/>
        </w:rPr>
        <w:t xml:space="preserve">a.</w:t>
      </w:r>
      <w:r>
        <w:t xml:space="preserve"> </w:t>
      </w:r>
      <w:r>
        <w:t xml:space="preserve">मिलान सही है — काली मिट्टी काजू जैसी फसलों के लिए और लेटराइट मिट्टी कपास के लिए उपयुक्त है</w:t>
      </w:r>
    </w:p>
    <w:p>
      <w:pPr>
        <w:pStyle w:val="WSChoice"/>
      </w:pPr>
      <w:r>
        <w:rPr>
          <w:b/>
          <w:bCs/>
        </w:rPr>
        <w:t xml:space="preserve">b.</w:t>
      </w:r>
      <w:r>
        <w:t xml:space="preserve"> </w:t>
      </w:r>
      <w:r>
        <w:t xml:space="preserve">काली मिट्टी कपास उत्पादन के लिए आदर्श है और लेटराइट मिट्टी काजू जैसी फसलों के लिए आदर्श है</w:t>
      </w:r>
    </w:p>
    <w:p>
      <w:pPr>
        <w:pStyle w:val="WSChoice"/>
      </w:pPr>
      <w:r>
        <w:rPr>
          <w:b/>
          <w:bCs/>
        </w:rPr>
        <w:t xml:space="preserve">c.</w:t>
      </w:r>
      <w:r>
        <w:t xml:space="preserve"> </w:t>
      </w:r>
      <w:r>
        <w:t xml:space="preserve">काली मिट्टी गेहूँ-धान-दालों के लिए और जलोढ़ मिट्टी कपास के लिए उपयुक्त है</w:t>
      </w:r>
    </w:p>
    <w:p>
      <w:pPr>
        <w:pStyle w:val="WSChoice"/>
      </w:pPr>
      <w:r>
        <w:rPr>
          <w:b/>
          <w:bCs/>
        </w:rPr>
        <w:t xml:space="preserve">d.</w:t>
      </w:r>
      <w:r>
        <w:t xml:space="preserve"> </w:t>
      </w:r>
      <w:r>
        <w:t xml:space="preserve">लेटराइट मिट्टी गेहूँ-धान-दालों के लिए और जलोढ़ मिट्टी काजू के लिए उपयुक्त है</w:t>
      </w:r>
    </w:p>
    <w:p>
      <w:pPr>
        <w:pStyle w:val="WSRule"/>
      </w:pPr>
      <w:r>
        <w:rPr>
          <w:u w:val="single" w:color="9AA3B2"/>
        </w:rPr>
        <w:tab/>
      </w:r>
    </w:p>
    <w:p>
      <w:r>
        <w:br w:type="page"/>
      </w:r>
    </w:p>
    <w:p>
      <w:pPr>
        <w:pStyle w:val="WSBand"/>
      </w:pPr>
      <w:r>
        <w:t xml:space="preserve">Question 14</w:t>
      </w:r>
      <w:r>
        <w:tab/>
      </w:r>
      <w:r>
        <w:t xml:space="preserve">1 mark</w:t>
      </w:r>
    </w:p>
    <w:p>
      <w:pPr>
        <w:pStyle w:val="WSStem"/>
      </w:pPr>
      <w:r>
        <w:t xml:space="preserve">सरकारी आँकड़ों के अनुसार पिछले पाँच वर्षों में 628 बाघों की मौत और बाघों के हमलों से 349 लोगों की मौत हुई है। इन आँकड़ों को देखकर एक विद्यार्थी कहता है — “बाघों के शिकार का सबसे बड़ा अप्रत्यक्ष परिणाम राष्ट्रीय पार्कों में पर्यटन आय का घटना है।” इस दावे की त्रुटि को पहचानिए और सबसे महत्त्वपूर्ण अप्रत्यक्ष पारिस्थितिक परिणाम वाला विकल्प चुनिए।</w:t>
      </w:r>
      <w:r>
        <w:t xml:space="preserve"> </w:t>
      </w:r>
      <w:r>
        <w:rPr>
          <w:i/>
          <w:iCs/>
        </w:rPr>
        <w:t xml:space="preserve">(1)</w:t>
      </w:r>
    </w:p>
    <w:p>
      <w:pPr>
        <w:pStyle w:val="WSChoice"/>
      </w:pPr>
      <w:r>
        <w:rPr>
          <w:b/>
          <w:bCs/>
        </w:rPr>
        <w:t xml:space="preserve">a.</w:t>
      </w:r>
      <w:r>
        <w:t xml:space="preserve"> </w:t>
      </w:r>
      <w:r>
        <w:t xml:space="preserve">दावा सही है — पर्यटन आय का घटना ही शिकार का सबसे महत्त्वपूर्ण अप्रत्यक्ष परिणाम है</w:t>
      </w:r>
    </w:p>
    <w:p>
      <w:pPr>
        <w:pStyle w:val="WSChoice"/>
      </w:pPr>
      <w:r>
        <w:rPr>
          <w:b/>
          <w:bCs/>
        </w:rPr>
        <w:t xml:space="preserve">b.</w:t>
      </w:r>
      <w:r>
        <w:t xml:space="preserve"> </w:t>
      </w:r>
      <w:r>
        <w:t xml:space="preserve">शिकार से बाघों की संख्या सीधे बढ़ जाती है, इसलिए मानव मौतें बढ़ती हैं</w:t>
      </w:r>
    </w:p>
    <w:p>
      <w:pPr>
        <w:pStyle w:val="WSChoice"/>
      </w:pPr>
      <w:r>
        <w:rPr>
          <w:b/>
          <w:bCs/>
        </w:rPr>
        <w:t xml:space="preserve">c.</w:t>
      </w:r>
      <w:r>
        <w:t xml:space="preserve"> </w:t>
      </w:r>
      <w:r>
        <w:t xml:space="preserve">शिकार और आवास-क्षरण से बाघ भोजन की तलाश में बस्तियों की ओर आते हैं, जिससे संरक्षित क्षेत्रों में मानव-वन्यजीव संघर्ष बढ़ता है</w:t>
      </w:r>
    </w:p>
    <w:p>
      <w:pPr>
        <w:pStyle w:val="WSChoice"/>
      </w:pPr>
      <w:r>
        <w:rPr>
          <w:b/>
          <w:bCs/>
        </w:rPr>
        <w:t xml:space="preserve">d.</w:t>
      </w:r>
      <w:r>
        <w:t xml:space="preserve"> </w:t>
      </w:r>
      <w:r>
        <w:t xml:space="preserve">बाघों के शिकार से शाकाहारी शिकार प्रजातियाँ बढ़ जाती हैं, जिससे वन अधिक हरे-भरे हो जाते हैं</w:t>
      </w:r>
    </w:p>
    <w:p>
      <w:pPr>
        <w:pStyle w:val="WSRule"/>
      </w:pPr>
      <w:r>
        <w:rPr>
          <w:u w:val="single" w:color="9AA3B2"/>
        </w:rPr>
        <w:tab/>
      </w:r>
    </w:p>
    <w:p>
      <w:r>
        <w:br w:type="page"/>
      </w:r>
    </w:p>
    <w:p>
      <w:pPr>
        <w:pStyle w:val="WSBand"/>
      </w:pPr>
      <w:r>
        <w:t xml:space="preserve">Question 15</w:t>
      </w:r>
      <w:r>
        <w:tab/>
      </w:r>
      <w:r>
        <w:t xml:space="preserve">1 mark</w:t>
      </w:r>
    </w:p>
    <w:p>
      <w:pPr>
        <w:pStyle w:val="WSStem"/>
      </w:pPr>
      <w:r>
        <w:t xml:space="preserve">एक विद्यार्थी तर्क देता है — “जम्मू-कश्मीर, आंध्र प्रदेश और केरल में अधिकांश वन अवर्गीकृत हैं और स्थानीय समुदाय ही उनका प्रबंधन करते हैं, जैसे पूर्वोत्तर के कुछ क्षेत्रों में होता है।” इस कथन की त्रुटि को सुधारने वाला सही वर्गीकरण चुनिए।</w:t>
      </w:r>
      <w:r>
        <w:t xml:space="preserve"> </w:t>
      </w:r>
      <w:r>
        <w:rPr>
          <w:i/>
          <w:iCs/>
        </w:rPr>
        <w:t xml:space="preserve">(1)</w:t>
      </w:r>
    </w:p>
    <w:p>
      <w:pPr>
        <w:pStyle w:val="WSChoice"/>
      </w:pPr>
      <w:r>
        <w:rPr>
          <w:b/>
          <w:bCs/>
        </w:rPr>
        <w:t xml:space="preserve">a.</w:t>
      </w:r>
      <w:r>
        <w:t xml:space="preserve"> </w:t>
      </w:r>
      <w:r>
        <w:t xml:space="preserve">कथन सही है — यहाँ अधिकांश वन अवर्गीकृत हैं और स्थानीय समुदाय ही उनका प्रबंधन करते हैं</w:t>
      </w:r>
    </w:p>
    <w:p>
      <w:pPr>
        <w:pStyle w:val="WSChoice"/>
      </w:pPr>
      <w:r>
        <w:rPr>
          <w:b/>
          <w:bCs/>
        </w:rPr>
        <w:t xml:space="preserve">b.</w:t>
      </w:r>
      <w:r>
        <w:t xml:space="preserve"> </w:t>
      </w:r>
      <w:r>
        <w:t xml:space="preserve">इन राज्यों में अधिकांश वन आरक्षित या संरक्षित वर्ग में रखकर वन विभाग द्वारा प्रबंधित किए जाते हैं</w:t>
      </w:r>
    </w:p>
    <w:p>
      <w:pPr>
        <w:pStyle w:val="WSChoice"/>
      </w:pPr>
      <w:r>
        <w:rPr>
          <w:b/>
          <w:bCs/>
        </w:rPr>
        <w:t xml:space="preserve">c.</w:t>
      </w:r>
      <w:r>
        <w:t xml:space="preserve"> </w:t>
      </w:r>
      <w:r>
        <w:t xml:space="preserve">यहाँ कोई वर्गीकृत वन नहीं है और प्रबंधन पूरी तरह निजी स्वामित्व को सौंपा गया है</w:t>
      </w:r>
    </w:p>
    <w:p>
      <w:pPr>
        <w:pStyle w:val="WSChoice"/>
      </w:pPr>
      <w:r>
        <w:rPr>
          <w:b/>
          <w:bCs/>
        </w:rPr>
        <w:t xml:space="preserve">d.</w:t>
      </w:r>
      <w:r>
        <w:t xml:space="preserve"> </w:t>
      </w:r>
      <w:r>
        <w:t xml:space="preserve">इन राज्यों में वन केवल औद्योगिक कच्चे माल के लिए रखे गए हैं, संरक्षण का कोई लक्ष्य नहीं है</w:t>
      </w:r>
    </w:p>
    <w:p>
      <w:pPr>
        <w:pStyle w:val="WSRule"/>
      </w:pPr>
      <w:r>
        <w:rPr>
          <w:u w:val="single" w:color="9AA3B2"/>
        </w:rPr>
        <w:tab/>
      </w:r>
    </w:p>
    <w:p>
      <w:r>
        <w:br w:type="page"/>
      </w:r>
    </w:p>
    <w:p>
      <w:pPr>
        <w:pStyle w:val="WSBand"/>
      </w:pPr>
      <w:r>
        <w:t xml:space="preserve">Question 16</w:t>
      </w:r>
      <w:r>
        <w:tab/>
      </w:r>
      <w:r>
        <w:t xml:space="preserve">1 mark</w:t>
      </w:r>
    </w:p>
    <w:p>
      <w:pPr>
        <w:pStyle w:val="WSStem"/>
      </w:pPr>
      <w:r>
        <w:t xml:space="preserve">जल संरक्षण पर एक पोस्टर में लिखा है — “पंजाब और हरियाणा में भूजल दोहन सबसे अधिक है, इसलिए इन्हीं में से किसी एक राज्य ने सबसे पहले छत वर्षाजल संग्रहण को अनिवार्य किया होगा।” इस तर्क की त्रुटि पहचानिए और छत वर्षाजल संग्रहण अनिवार्य करने वाले सही राज्य का चयन कीजिए।</w:t>
      </w:r>
      <w:r>
        <w:t xml:space="preserve"> </w:t>
      </w:r>
      <w:r>
        <w:rPr>
          <w:i/>
          <w:iCs/>
        </w:rPr>
        <w:t xml:space="preserve">(1)</w:t>
      </w:r>
    </w:p>
    <w:p>
      <w:pPr>
        <w:pStyle w:val="WSChoice"/>
      </w:pPr>
      <w:r>
        <w:rPr>
          <w:b/>
          <w:bCs/>
        </w:rPr>
        <w:t xml:space="preserve">a.</w:t>
      </w:r>
      <w:r>
        <w:t xml:space="preserve"> </w:t>
      </w:r>
      <w:r>
        <w:t xml:space="preserve">तर्क सही है — पंजाब ने सबसे पहले छत वर्षाजल संग्रहण अनिवार्य किया</w:t>
      </w:r>
    </w:p>
    <w:p>
      <w:pPr>
        <w:pStyle w:val="WSChoice"/>
      </w:pPr>
      <w:r>
        <w:rPr>
          <w:b/>
          <w:bCs/>
        </w:rPr>
        <w:t xml:space="preserve">b.</w:t>
      </w:r>
      <w:r>
        <w:t xml:space="preserve"> </w:t>
      </w:r>
      <w:r>
        <w:t xml:space="preserve">तर्क सही है — हरियाणा ने सबसे पहले छत वर्षाजल संग्रहण अनिवार्य किया</w:t>
      </w:r>
    </w:p>
    <w:p>
      <w:pPr>
        <w:pStyle w:val="WSChoice"/>
      </w:pPr>
      <w:r>
        <w:rPr>
          <w:b/>
          <w:bCs/>
        </w:rPr>
        <w:t xml:space="preserve">c.</w:t>
      </w:r>
      <w:r>
        <w:t xml:space="preserve"> </w:t>
      </w:r>
      <w:r>
        <w:t xml:space="preserve">तर्क त्रुटिपूर्ण है — भूजल दोहन अधिक होने के बावजूद छत वर्षाजल संग्रहण को सबसे पहले तमिलनाडु ने अनिवार्य किया</w:t>
      </w:r>
    </w:p>
    <w:p>
      <w:pPr>
        <w:pStyle w:val="WSChoice"/>
      </w:pPr>
      <w:r>
        <w:rPr>
          <w:b/>
          <w:bCs/>
        </w:rPr>
        <w:t xml:space="preserve">d.</w:t>
      </w:r>
      <w:r>
        <w:t xml:space="preserve"> </w:t>
      </w:r>
      <w:r>
        <w:t xml:space="preserve">तर्क त्रुटिपूर्ण है — सबसे अधिक वर्षा के कारण असम ने सबसे पहले अनिवार्य किया</w:t>
      </w:r>
    </w:p>
    <w:p>
      <w:pPr>
        <w:pStyle w:val="WSRule"/>
      </w:pPr>
      <w:r>
        <w:rPr>
          <w:u w:val="single" w:color="9AA3B2"/>
        </w:rPr>
        <w:tab/>
      </w:r>
    </w:p>
    <w:p>
      <w:r>
        <w:br w:type="page"/>
      </w:r>
    </w:p>
    <w:p>
      <w:pPr>
        <w:pStyle w:val="WSBand"/>
      </w:pPr>
      <w:r>
        <w:t xml:space="preserve">Question 17</w:t>
      </w:r>
      <w:r>
        <w:tab/>
      </w:r>
      <w:r>
        <w:t xml:space="preserve">1 mark</w:t>
      </w:r>
    </w:p>
    <w:p>
      <w:pPr>
        <w:pStyle w:val="WSStem"/>
      </w:pPr>
      <w:r>
        <w:t xml:space="preserve">प्रधानमंत्री कृषि सिंचाई योजना पर एक विद्यार्थी लिखता है — “इस योजना का समग्र लक्ष्य किसानों को पारंपरिक फसलों से हटाकर अधिक पानी चाहने वाली व्यावसायिक फसलों की ओर प्रेरित करना है।” इस व्याख्या में त्रुटि है। उस त्रुटि को सुधारने वाला सही लक्ष्य चुनिए।</w:t>
      </w:r>
      <w:r>
        <w:t xml:space="preserve"> </w:t>
      </w:r>
      <w:r>
        <w:rPr>
          <w:i/>
          <w:iCs/>
        </w:rPr>
        <w:t xml:space="preserve">(1)</w:t>
      </w:r>
    </w:p>
    <w:p>
      <w:pPr>
        <w:pStyle w:val="WSChoice"/>
      </w:pPr>
      <w:r>
        <w:rPr>
          <w:b/>
          <w:bCs/>
        </w:rPr>
        <w:t xml:space="preserve">a.</w:t>
      </w:r>
      <w:r>
        <w:t xml:space="preserve"> </w:t>
      </w:r>
      <w:r>
        <w:t xml:space="preserve">व्याख्या सही है — अधिक पानी चाहने वाली व्यावसायिक फसलों की ओर प्रेरित करना ही लक्ष्य है</w:t>
      </w:r>
    </w:p>
    <w:p>
      <w:pPr>
        <w:pStyle w:val="WSChoice"/>
      </w:pPr>
      <w:r>
        <w:rPr>
          <w:b/>
          <w:bCs/>
        </w:rPr>
        <w:t xml:space="preserve">b.</w:t>
      </w:r>
      <w:r>
        <w:t xml:space="preserve"> </w:t>
      </w:r>
      <w:r>
        <w:t xml:space="preserve">लक्ष्य पानी का उपयोग घटाए बिना बड़े बाँधों के प्रभाव पर केवल चर्चा करना है</w:t>
      </w:r>
    </w:p>
    <w:p>
      <w:pPr>
        <w:pStyle w:val="WSChoice"/>
      </w:pPr>
      <w:r>
        <w:rPr>
          <w:b/>
          <w:bCs/>
        </w:rPr>
        <w:t xml:space="preserve">c.</w:t>
      </w:r>
      <w:r>
        <w:t xml:space="preserve"> </w:t>
      </w:r>
      <w:r>
        <w:t xml:space="preserve">लक्ष्य सुनिश्चित सिंचाई पहुँचाना तथा ‘प्रति बूँद अधिक फसल’ की भावना से सतत जल संरक्षण की आदत विकसित करना है</w:t>
      </w:r>
    </w:p>
    <w:p>
      <w:pPr>
        <w:pStyle w:val="WSChoice"/>
      </w:pPr>
      <w:r>
        <w:rPr>
          <w:b/>
          <w:bCs/>
        </w:rPr>
        <w:t xml:space="preserve">d.</w:t>
      </w:r>
      <w:r>
        <w:t xml:space="preserve"> </w:t>
      </w:r>
      <w:r>
        <w:t xml:space="preserve">लक्ष्य बिना सिंचाई विस्तार के नदियों के प्राकृतिक प्रवाह को यथावत रखना है</w:t>
      </w:r>
    </w:p>
    <w:p>
      <w:pPr>
        <w:pStyle w:val="WSRule"/>
      </w:pPr>
      <w:r>
        <w:rPr>
          <w:u w:val="single" w:color="9AA3B2"/>
        </w:rPr>
        <w:tab/>
      </w:r>
    </w:p>
    <w:p>
      <w:r>
        <w:br w:type="page"/>
      </w:r>
    </w:p>
    <w:p>
      <w:pPr>
        <w:pStyle w:val="WSBand"/>
      </w:pPr>
      <w:r>
        <w:t xml:space="preserve">Question 18</w:t>
      </w:r>
      <w:r>
        <w:tab/>
      </w:r>
      <w:r>
        <w:t xml:space="preserve">2 marks</w:t>
      </w:r>
    </w:p>
    <w:p>
      <w:pPr>
        <w:pStyle w:val="WSStem"/>
      </w:pPr>
      <w:r>
        <w:t xml:space="preserve">एक विद्यार्थी ने उत्तर लिखा है — “हरियाणा-पंजाब में चावल व्यावसायिक फसल है क्योंकि वहाँ वर्षा ओडिशा से अधिक होती है, और ओडिशा में वर्षा कम होने से चावल केवल जीविका के लिए उगता है।” इस व्याख्या में निहित भौगोलिक-आर्थिक त्रुटि को स्पष्ट करते हुए सही कारण दीजिए कि हरियाणा-पंजाब में चावल व्यावसायिक क्यों है और ओडिशा में जीविका क्यों है।</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19</w:t>
      </w:r>
      <w:r>
        <w:tab/>
      </w:r>
      <w:r>
        <w:t xml:space="preserve">5 marks</w:t>
      </w:r>
    </w:p>
    <w:p>
      <w:pPr>
        <w:pStyle w:val="WSStem"/>
      </w:pPr>
      <w:r>
        <w:t xml:space="preserve">एक उद्यमी</w:t>
      </w:r>
      <w:r>
        <w:t xml:space="preserve"> </w:t>
      </w:r>
      <w:r>
        <w:t xml:space="preserve">‘र’</w:t>
      </w:r>
      <w:r>
        <w:t xml:space="preserve"> </w:t>
      </w:r>
      <w:r>
        <w:t xml:space="preserve">झारखंड में लोहा-इस्पात संयंत्र लगाना चाहता है। उसके सलाहकार ने एक नोट में लिखा है कि झारखंड केवल सस्ते श्रम और बड़े बाज़ार के कारण उपयुक्त है, कच्चे माल की उपलब्धता से संयंत्र की स्थिति पर कोई फर्क नहीं पड़ता। इस त्रुटिपूर्ण परामर्श की गलती पहचानिए और झारखंड में लोहा-इस्पात उद्योग के लिए उपयुक्त स्थिति के सही कारणों का विश्लेषण कीजिए।</w:t>
      </w:r>
      <w:r>
        <w:t xml:space="preserve"> </w:t>
      </w:r>
      <w:r>
        <w:rPr>
          <w:i/>
          <w:iCs/>
        </w:rPr>
        <w:t xml:space="preserve">(5)</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Stim"/>
      </w:pPr>
      <w:r>
        <w:t xml:space="preserve">खंड- ग राजनीतिक विज्ञान (20 अंक)</w:t>
      </w:r>
    </w:p>
    <w:p>
      <w:pPr>
        <w:pStyle w:val="WSBand"/>
      </w:pPr>
      <w:r>
        <w:t xml:space="preserve">Question 20</w:t>
      </w:r>
      <w:r>
        <w:tab/>
      </w:r>
      <w:r>
        <w:t xml:space="preserve">1 mark</w:t>
      </w:r>
    </w:p>
    <w:p>
      <w:pPr>
        <w:pStyle w:val="WSStem"/>
      </w:pPr>
      <w:r>
        <w:t xml:space="preserve">नीचे दिए गए कार्टून — सामने से दिखती काली कार, जिस पर GERMAN GOVERNMENT लिखा है और जिसमें दो स्टीयरिंग हैं — को देखिए। एक विद्यार्थी ने कहा कि यह द्विदलीय प्रणाली को दर्शाता है क्योंकि इसमें दो दल हैं। इस त्रुटि को ध्यान में रखते हुए कार्टून की सबसे उपयुक्त व्याख्या चुनिए:</w:t>
      </w:r>
      <w:r>
        <w:t xml:space="preserve"> </w:t>
      </w:r>
      <w:r>
        <w:rPr>
          <w:i/>
          <w:iCs/>
        </w:rPr>
        <w:t xml:space="preserve">(1)</w:t>
      </w:r>
    </w:p>
    <w:p>
      <w:pPr>
        <w:pStyle w:val="WSFig"/>
      </w:pPr>
      <w:r>
        <w:drawing>
          <wp:inline>
            <wp:extent cx="4124858" cy="3017520"/>
            <wp:effectExtent b="0" l="0" r="0" t="0"/>
            <wp:docPr descr="" title="" id="22" name="Picture"/>
            <a:graphic>
              <a:graphicData uri="http://schemas.openxmlformats.org/drawingml/2006/picture">
                <pic:pic>
                  <pic:nvPicPr>
                    <pic:cNvPr descr="/scratch/samples/_work/hindi-social/48ad4a58-8315-4197-b473-7d58a5fa87cd.png" id="23" name="Picture"/>
                    <pic:cNvPicPr>
                      <a:picLocks noChangeArrowheads="1" noChangeAspect="1"/>
                    </pic:cNvPicPr>
                  </pic:nvPicPr>
                  <pic:blipFill>
                    <a:blip r:embed="rId21"/>
                    <a:stretch>
                      <a:fillRect/>
                    </a:stretch>
                  </pic:blipFill>
                  <pic:spPr bwMode="auto">
                    <a:xfrm>
                      <a:off x="0" y="0"/>
                      <a:ext cx="4124858" cy="3017520"/>
                    </a:xfrm>
                    <a:prstGeom prst="rect">
                      <a:avLst/>
                    </a:prstGeom>
                    <a:noFill/>
                    <a:ln w="9525">
                      <a:noFill/>
                      <a:headEnd/>
                      <a:tailEnd/>
                    </a:ln>
                  </pic:spPr>
                </pic:pic>
              </a:graphicData>
            </a:graphic>
          </wp:inline>
        </w:drawing>
      </w:r>
    </w:p>
    <w:p>
      <w:pPr>
        <w:pStyle w:val="WSCaption"/>
      </w:pPr>
      <w:r>
        <w:rPr>
          <w:i/>
          <w:iCs/>
        </w:rPr>
        <w:t xml:space="preserve">दो स्टीयरिंग वाली कार के रूप में जर्मन सरकार का कार्टून</w:t>
      </w:r>
    </w:p>
    <w:p>
      <w:pPr>
        <w:pStyle w:val="WSChoice"/>
      </w:pPr>
      <w:r>
        <w:rPr>
          <w:b/>
          <w:bCs/>
        </w:rPr>
        <w:t xml:space="preserve">a.</w:t>
      </w:r>
      <w:r>
        <w:t xml:space="preserve"> </w:t>
      </w:r>
      <w:r>
        <w:t xml:space="preserve">(क) गठबंधन सरकार — चुनाव में किसी एक दल को बहुमत न मिलने पर ऐतिहासिक प्रतिद्वंद्वियों ने मिलकर सत्ता साझा की; दो स्टीयरिंग उसी साझा खींचतान को दर्शाते हैं।</w:t>
      </w:r>
    </w:p>
    <w:p>
      <w:pPr>
        <w:pStyle w:val="WSChoice"/>
      </w:pPr>
      <w:r>
        <w:rPr>
          <w:b/>
          <w:bCs/>
        </w:rPr>
        <w:t xml:space="preserve">b.</w:t>
      </w:r>
      <w:r>
        <w:t xml:space="preserve"> </w:t>
      </w:r>
      <w:r>
        <w:t xml:space="preserve">(ख) दो पार्टी प्रणाली — कार में केवल दो स्टीयरिंग हैं, इसलिए जर्मनी में केवल दो ही दल हैं और वही बारी-बारी से शासन करते हैं।</w:t>
      </w:r>
    </w:p>
    <w:p>
      <w:pPr>
        <w:pStyle w:val="WSChoice"/>
      </w:pPr>
      <w:r>
        <w:rPr>
          <w:b/>
          <w:bCs/>
        </w:rPr>
        <w:t xml:space="preserve">c.</w:t>
      </w:r>
      <w:r>
        <w:t xml:space="preserve"> </w:t>
      </w:r>
      <w:r>
        <w:t xml:space="preserve">(ग) लोकतांत्रिक सरकार — कार पर GERMAN GOVERNMENT लिखा है और चुनाव हुए थे, इसलिए यह केवल लोकतंत्र की सामान्य विशेषता दर्शाता है।</w:t>
      </w:r>
    </w:p>
    <w:p>
      <w:pPr>
        <w:pStyle w:val="WSChoice"/>
      </w:pPr>
      <w:r>
        <w:rPr>
          <w:b/>
          <w:bCs/>
        </w:rPr>
        <w:t xml:space="preserve">d.</w:t>
      </w:r>
      <w:r>
        <w:t xml:space="preserve"> </w:t>
      </w:r>
      <w:r>
        <w:t xml:space="preserve">(घ) द्विदलीय प्रणाली — दो बड़े दलों का होना ही द्विदलीय प्रणाली है, चाहे वे अलग-अलग लड़ें या मिलकर सरकार चलाएँ।</w:t>
      </w:r>
    </w:p>
    <w:p>
      <w:pPr>
        <w:pStyle w:val="WSRule"/>
      </w:pPr>
      <w:r>
        <w:rPr>
          <w:u w:val="single" w:color="9AA3B2"/>
        </w:rPr>
        <w:tab/>
      </w:r>
    </w:p>
    <w:p>
      <w:r>
        <w:br w:type="page"/>
      </w:r>
    </w:p>
    <w:p>
      <w:pPr>
        <w:pStyle w:val="WSBand"/>
      </w:pPr>
      <w:r>
        <w:t xml:space="preserve">Question 21</w:t>
      </w:r>
    </w:p>
    <w:p>
      <w:pPr>
        <w:pStyle w:val="WSStem"/>
      </w:pPr>
      <w:r>
        <w:t xml:space="preserve">शक्ति-साझाकरण (Power Sharing) पर एक विद्यार्थी की नोटबुक में यह त्रुटिपूर्ण वाक्य मिला — “शक्तिशाली समुदाय द्वारा अपनी इच्छा दूसरों पर थोपना ही शक्ति-साझाकरण है।” इस त्रुटि को ध्यान में रखते हुए निम्नलिखित कथनों पर विचार कीजिए और सही कथनों का चयन कीजिए — I. शक्ति का क्षैतिज वितरण शासन के विभिन्न अंगों के बीच संतुलन बनाता है। II. बहुसंख्यक समुदाय की इच्छा को दूसरों पर थोपना शक्ति-साझाकरण का उदाहरण है। III. शक्ति-साझाकरण लोकतंत्र की भावना के अनुरूप है और राजनीतिक व्यवस्था को अधिक स्थिर बनाता है। IV. शक्ति-साझाकरण से समाज में संघर्ष बढ़ता है, इसलिए इसे टालना चाहिए।</w:t>
      </w:r>
    </w:p>
    <w:p>
      <w:pPr>
        <w:pStyle w:val="WSChoice"/>
      </w:pPr>
      <w:r>
        <w:rPr>
          <w:b/>
          <w:bCs/>
        </w:rPr>
        <w:t xml:space="preserve">a.</w:t>
      </w:r>
      <w:r>
        <w:t xml:space="preserve"> </w:t>
      </w:r>
      <w:r>
        <w:t xml:space="preserve">(क) I और II</w:t>
      </w:r>
    </w:p>
    <w:p>
      <w:pPr>
        <w:pStyle w:val="WSChoice"/>
      </w:pPr>
      <w:r>
        <w:rPr>
          <w:b/>
          <w:bCs/>
        </w:rPr>
        <w:t xml:space="preserve">b.</w:t>
      </w:r>
      <w:r>
        <w:t xml:space="preserve"> </w:t>
      </w:r>
      <w:r>
        <w:t xml:space="preserve">(ख) I और III</w:t>
      </w:r>
    </w:p>
    <w:p>
      <w:pPr>
        <w:pStyle w:val="WSChoice"/>
      </w:pPr>
      <w:r>
        <w:rPr>
          <w:b/>
          <w:bCs/>
        </w:rPr>
        <w:t xml:space="preserve">c.</w:t>
      </w:r>
      <w:r>
        <w:t xml:space="preserve"> </w:t>
      </w:r>
      <w:r>
        <w:t xml:space="preserve">(ग) II और IV</w:t>
      </w:r>
    </w:p>
    <w:p>
      <w:pPr>
        <w:pStyle w:val="WSChoice"/>
      </w:pPr>
      <w:r>
        <w:rPr>
          <w:b/>
          <w:bCs/>
        </w:rPr>
        <w:t xml:space="preserve">d.</w:t>
      </w:r>
      <w:r>
        <w:t xml:space="preserve"> </w:t>
      </w:r>
      <w:r>
        <w:t xml:space="preserve">(घ) II और III</w:t>
      </w:r>
    </w:p>
    <w:p>
      <w:pPr>
        <w:pStyle w:val="WSRule"/>
      </w:pPr>
      <w:r>
        <w:rPr>
          <w:u w:val="single" w:color="9AA3B2"/>
        </w:rPr>
        <w:tab/>
      </w:r>
    </w:p>
    <w:p>
      <w:r>
        <w:br w:type="page"/>
      </w:r>
    </w:p>
    <w:p>
      <w:pPr>
        <w:pStyle w:val="WSBand"/>
      </w:pPr>
      <w:r>
        <w:t xml:space="preserve">Question 22</w:t>
      </w:r>
      <w:r>
        <w:tab/>
      </w:r>
      <w:r>
        <w:t xml:space="preserve">1 mark</w:t>
      </w:r>
    </w:p>
    <w:p>
      <w:pPr>
        <w:pStyle w:val="WSStem"/>
      </w:pPr>
      <w:r>
        <w:t xml:space="preserve">नीचे दो स्थितियों पर विचार कीजिए — स्थिति P: केंद्र सरकार ने सीमा-सुरक्षा पर नया कानून बनाया, राज्य सरकार उसे रोकना चाहती है। स्थिति Q: राज्य सरकार ने कानून-व्यवस्था (पुलिस) पर कानून बनाया, केंद्र सरकार उसे रद्द करना चाहती है। एक विद्यार्थी का दावा है कि P में राज्य रोक सकती है और Q में केंद्र आसानी से रोक सकता है। इस दावे की त्रुटि को सुधारने वाली सही संवैधानिक स्थिति चुनिए:</w:t>
      </w:r>
      <w:r>
        <w:t xml:space="preserve"> </w:t>
      </w:r>
      <w:r>
        <w:rPr>
          <w:i/>
          <w:iCs/>
        </w:rPr>
        <w:t xml:space="preserve">(1)</w:t>
      </w:r>
    </w:p>
    <w:p>
      <w:pPr>
        <w:pStyle w:val="WSChoice"/>
      </w:pPr>
      <w:r>
        <w:rPr>
          <w:b/>
          <w:bCs/>
        </w:rPr>
        <w:t xml:space="preserve">a.</w:t>
      </w:r>
      <w:r>
        <w:t xml:space="preserve"> </w:t>
      </w:r>
      <w:r>
        <w:t xml:space="preserve">(क) P में राज्य रोक सकती है क्योंकि सीमा-सुरक्षा राज्य सूची का विषय है; Q में केंद्र रोक सकता है क्योंकि पुलिस संघ सूची का विषय है।</w:t>
      </w:r>
    </w:p>
    <w:p>
      <w:pPr>
        <w:pStyle w:val="WSChoice"/>
      </w:pPr>
      <w:r>
        <w:rPr>
          <w:b/>
          <w:bCs/>
        </w:rPr>
        <w:t xml:space="preserve">b.</w:t>
      </w:r>
      <w:r>
        <w:t xml:space="preserve"> </w:t>
      </w:r>
      <w:r>
        <w:t xml:space="preserve">(ख) P में राज्य नहीं रोक सकती क्योंकि सीमा-सुरक्षा संघ सूची का विषय है; Q में केंद्र सामान्यतः नहीं रोक सकता क्योंकि पुलिस राज्य सूची का विषय है।</w:t>
      </w:r>
    </w:p>
    <w:p>
      <w:pPr>
        <w:pStyle w:val="WSChoice"/>
      </w:pPr>
      <w:r>
        <w:rPr>
          <w:b/>
          <w:bCs/>
        </w:rPr>
        <w:t xml:space="preserve">c.</w:t>
      </w:r>
      <w:r>
        <w:t xml:space="preserve"> </w:t>
      </w:r>
      <w:r>
        <w:t xml:space="preserve">(ग) P में राज्य रोक सकती है और Q में केंद्र रोक सकता है, क्योंकि सुरक्षा और पुलिस दोनों समवर्ती सूची के विषय हैं जिनमें दोनों की सहमति आवश्यक है।</w:t>
      </w:r>
    </w:p>
    <w:p>
      <w:pPr>
        <w:pStyle w:val="WSChoice"/>
      </w:pPr>
      <w:r>
        <w:rPr>
          <w:b/>
          <w:bCs/>
        </w:rPr>
        <w:t xml:space="preserve">d.</w:t>
      </w:r>
      <w:r>
        <w:t xml:space="preserve"> </w:t>
      </w:r>
      <w:r>
        <w:t xml:space="preserve">(घ) P में राज्य नहीं रोक सकती क्योंकि स्थानीय सरकार की सहमति अनिवार्य है; Q में केंद्र रोक सकता है क्योंकि राज्य सूची के परिवर्तन के लिए केंद्र की सहमति अनिवार्य है।</w:t>
      </w:r>
    </w:p>
    <w:p>
      <w:pPr>
        <w:pStyle w:val="WSRule"/>
      </w:pPr>
      <w:r>
        <w:rPr>
          <w:u w:val="single" w:color="9AA3B2"/>
        </w:rPr>
        <w:tab/>
      </w:r>
    </w:p>
    <w:p>
      <w:r>
        <w:br w:type="page"/>
      </w:r>
    </w:p>
    <w:p>
      <w:pPr>
        <w:pStyle w:val="WSBand"/>
      </w:pPr>
      <w:r>
        <w:t xml:space="preserve">Question 23</w:t>
      </w:r>
      <w:r>
        <w:tab/>
      </w:r>
      <w:r>
        <w:t xml:space="preserve">1 mark</w:t>
      </w:r>
    </w:p>
    <w:p>
      <w:pPr>
        <w:pStyle w:val="WSStem"/>
      </w:pPr>
      <w:r>
        <w:t xml:space="preserve">नीचे दिए दो कथन, अभिकथन (अ) और कारण (का) के रूप में दिए गए हैं। कथनों का ध्यानपूर्वक अध्ययन कीजिए और सही विकल्प चुनिए। अभिकथन (अ): पंचायत चुनावों में जाति के आधार पर वोट माँगना लोकतंत्र को कमजोर कर सकता है। कारण (का): क्योंकि संविधान जाति के आधार पर किसी भी प्रकार के भेदभाव की अनुमति देता है, इसलिए जातिगत प्रचार से समानता बढ़ती है।</w:t>
      </w:r>
      <w:r>
        <w:t xml:space="preserve"> </w:t>
      </w:r>
      <w:r>
        <w:rPr>
          <w:i/>
          <w:iCs/>
        </w:rPr>
        <w:t xml:space="preserve">(1)</w:t>
      </w:r>
    </w:p>
    <w:p>
      <w:pPr>
        <w:pStyle w:val="WSChoice"/>
      </w:pPr>
      <w:r>
        <w:rPr>
          <w:b/>
          <w:bCs/>
        </w:rPr>
        <w:t xml:space="preserve">a.</w:t>
      </w:r>
      <w:r>
        <w:t xml:space="preserve"> </w:t>
      </w:r>
      <w:r>
        <w:t xml:space="preserve">(क) अभिकथन (अ) और कारण (का) दोनों सही हैं तथा कारण (का) अभिकथन (अ) की सही व्याख्या है।</w:t>
      </w:r>
    </w:p>
    <w:p>
      <w:pPr>
        <w:pStyle w:val="WSChoice"/>
      </w:pPr>
      <w:r>
        <w:rPr>
          <w:b/>
          <w:bCs/>
        </w:rPr>
        <w:t xml:space="preserve">b.</w:t>
      </w:r>
      <w:r>
        <w:t xml:space="preserve"> </w:t>
      </w:r>
      <w:r>
        <w:t xml:space="preserve">(ख) अभिकथन (अ) और कारण (का) दोनों सही हैं परंतु कारण (का) अभिकथन (अ) की सही व्याख्या नहीं है।</w:t>
      </w:r>
    </w:p>
    <w:p>
      <w:pPr>
        <w:pStyle w:val="WSChoice"/>
      </w:pPr>
      <w:r>
        <w:rPr>
          <w:b/>
          <w:bCs/>
        </w:rPr>
        <w:t xml:space="preserve">c.</w:t>
      </w:r>
      <w:r>
        <w:t xml:space="preserve"> </w:t>
      </w:r>
      <w:r>
        <w:t xml:space="preserve">(ग) अभिकथन (अ) सही है परंतु कारण (का) गलत है।</w:t>
      </w:r>
    </w:p>
    <w:p>
      <w:pPr>
        <w:pStyle w:val="WSChoice"/>
      </w:pPr>
      <w:r>
        <w:rPr>
          <w:b/>
          <w:bCs/>
        </w:rPr>
        <w:t xml:space="preserve">d.</w:t>
      </w:r>
      <w:r>
        <w:t xml:space="preserve"> </w:t>
      </w:r>
      <w:r>
        <w:t xml:space="preserve">(घ) अभिकथन (अ) गलत है परंतु कारण (का) सही है।</w:t>
      </w:r>
    </w:p>
    <w:p>
      <w:pPr>
        <w:pStyle w:val="WSRule"/>
      </w:pPr>
      <w:r>
        <w:rPr>
          <w:u w:val="single" w:color="9AA3B2"/>
        </w:rPr>
        <w:tab/>
      </w:r>
    </w:p>
    <w:p>
      <w:r>
        <w:br w:type="page"/>
      </w:r>
    </w:p>
    <w:p>
      <w:pPr>
        <w:pStyle w:val="WSBand"/>
      </w:pPr>
      <w:r>
        <w:t xml:space="preserve">Question 24</w:t>
      </w:r>
      <w:r>
        <w:tab/>
      </w:r>
      <w:r>
        <w:t xml:space="preserve">2 marks</w:t>
      </w:r>
    </w:p>
    <w:p>
      <w:pPr>
        <w:pStyle w:val="WSStem"/>
      </w:pPr>
      <w:r>
        <w:t xml:space="preserve">एक विद्यार्थी ने उत्तर-पुस्तिका में लिखा: “संघवाद का अर्थ है कि केंद्र सरकार सर्वशक्तिमान है, राज्य सरकारें केवल उसकी एजेंट हैं और सत्ता का बँटवारा एक आदेश से कभी भी बदला जा सकता है।” इस कथन में निहित त्रुटि को सुधारते हुए संघवाद की किन्हीं दो प्रमुख विशेषताओं को स्पष्ट कीजिए।</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25</w:t>
      </w:r>
      <w:r>
        <w:tab/>
      </w:r>
      <w:r>
        <w:t xml:space="preserve">2 marks</w:t>
      </w:r>
    </w:p>
    <w:p>
      <w:pPr>
        <w:pStyle w:val="WSStem"/>
      </w:pPr>
      <w:r>
        <w:t xml:space="preserve">एक वाद-विवाद में एक वक्ता ने कहा: “भारत में महिलाओं को मतदान का अधिकार मिलने के बाद अब शिक्षा, रोज़गार या घरेलू जीवन में कोई असमानता नहीं बची है।” इस दावे की त्रुटि को ध्यान में रखते हुए जीवन के ऐसे दो पक्ष उजागर कीजिए जहाँ आज भी महिलाओं के प्रति भेदभाव, नुकसान या उत्पीड़न दिखाई देता है।</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26</w:t>
      </w:r>
      <w:r>
        <w:tab/>
      </w:r>
      <w:r>
        <w:t xml:space="preserve">3 marks</w:t>
      </w:r>
    </w:p>
    <w:p>
      <w:pPr>
        <w:pStyle w:val="WSStem"/>
      </w:pPr>
      <w:r>
        <w:t xml:space="preserve">कक्षा 10 के रोहन ने उत्तर-पुस्तिका में लिखा है — “लोकतंत्र आते ही चुनाव के बाद सभी धर्मों, जातियों और वर्गों के मतभेद अपने आप खत्म हो जाते हैं, सबको समान आय मिल जाती है और विवाद सुलझाने के लिए चर्चा या अदालतों की जरूरत नहीं रहती, इसलिए लोकतंत्र हर जगह स्वतः शांति लाता है।” इस भ्रांत धारणा में निहित त्रुटि की पहचान कीजिए और उपयुक्त तर्कों से स्पष्ट कीजिए कि लोकतंत्र वास्तव में नागरिकों के जीवन को शांतिपूर्ण और सामंजस्यपूर्ण कैसे बनाता है।</w:t>
      </w:r>
      <w:r>
        <w:t xml:space="preserve"> </w:t>
      </w:r>
      <w:r>
        <w:rPr>
          <w:i/>
          <w:iCs/>
        </w:rPr>
        <w:t xml:space="preserve">(3)</w:t>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27</w:t>
      </w:r>
      <w:r>
        <w:tab/>
      </w:r>
      <w:r>
        <w:t xml:space="preserve">5 marks</w:t>
      </w:r>
    </w:p>
    <w:p>
      <w:pPr>
        <w:pStyle w:val="WSStem"/>
      </w:pPr>
      <w:r>
        <w:t xml:space="preserve">(क) वाद-विवाद में अमन कहता है — “लोकतंत्र चलाने के लिए नेता और अधिकारी ही काफी हैं; पार्टियाँ केवल चुनाव में भीड़ जुटाती हैं, नीति या सरकार बनाने में उनकी कोई स्थायी भूमिका नहीं होती।” इस दावे की त्रुटि बताते हुए लोकतंत्र के प्रभावी संचालन में राजनीतिक पार्टियों की भूमिका की व्याख्या कीजिए। अथवा (ख) मीना कहती है — “नेता के परिवार से उत्तराधिकारी आना लोकतंत्र को मजबूत करता है क्योंकि वह पहले से प्रशिक्षित होता है, इसलिए वंशवाद कोई चुनौती नहीं है।” इस दावे की त्रुटि बताते हुए विश्लेषण कीजिए कि भारत में वंशवादी उत्तराधिकार पार्टियों के लिए प्रमुख चुनौती क्यों है।</w:t>
      </w:r>
      <w:r>
        <w:t xml:space="preserve"> </w:t>
      </w:r>
      <w:r>
        <w:rPr>
          <w:i/>
          <w:iCs/>
        </w:rPr>
        <w:t xml:space="preserve">(5)</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28</w:t>
      </w:r>
    </w:p>
    <w:p>
      <w:pPr>
        <w:pStyle w:val="WSStim"/>
      </w:pPr>
      <w:r>
        <w:t xml:space="preserve">नीचे दिया गया अवतरण पढ़िए और उसके बाद दिए गए प्रश्नों के उत्तर दीजिए। 1948 में स्वतंत्र होने के बाद श्रीलंका में सिंहली नेताओं ने बहुसंख्या के बल पर शासन पर प्रभुत्व जमाया — 1956 में सिंहली को एकमात्र राजभाषा बनाया गया, विश्वविद्यालय प्रवेश और सरकारी नौकरियों में सिंहलियों को तरजीह दी गई और बौद्ध धर्म को विशेष संरक्षण दिया गया। इससे तमिलों में बेगानेपन बढ़ा और सिंहली-तमिल संबंध तनावपूर्ण होते गए। इसके विपरीत बेल्जियम के नेताओं ने 1970 से 1993 के बीच संविधान में चार संशोधन कर क्षेत्रीय और सांस्कृतिक विविधता को मान्यता दी ताकि सभी समुदाय एक ही देश में मिलजुल कर रह सकें। कक्षा में सीमा ने निष्कर्ष लिखा है — “दोनों देशों ने बहुमत की इच्छा को ही सर्वोपरि माना और इसलिए दोनों में शांति बनी रही।”</w:t>
      </w:r>
    </w:p>
    <w:p>
      <w:pPr>
        <w:pStyle w:val="WSStem"/>
      </w:pPr>
      <w:r>
        <w:rPr>
          <w:b/>
          <w:bCs/>
        </w:rPr>
        <w:t xml:space="preserve">(a)</w:t>
      </w:r>
      <w:r>
        <w:t xml:space="preserve"> सीमा के निष्कर्ष में निहित गलत धारणा की पहचान कीजिए और श्रीलंका में रहने वाले तमिलों की किन्हीं दो वास्तविक माँगों या अपेक्षाओं को लिखकर उसके दावे को सुधारिए।</w:t>
      </w:r>
    </w:p>
    <w:p>
      <w:pPr>
        <w:pStyle w:val="WSRule"/>
      </w:pPr>
      <w:r>
        <w:rPr>
          <w:u w:val="single" w:color="9AA3B2"/>
        </w:rPr>
        <w:tab/>
      </w:r>
    </w:p>
    <w:p>
      <w:pPr>
        <w:pStyle w:val="WSRule"/>
      </w:pPr>
      <w:r>
        <w:rPr>
          <w:u w:val="single" w:color="9AA3B2"/>
        </w:rPr>
        <w:tab/>
      </w:r>
    </w:p>
    <w:p>
      <w:pPr>
        <w:pStyle w:val="WSStem"/>
      </w:pPr>
      <w:r>
        <w:rPr>
          <w:b/>
          <w:bCs/>
        </w:rPr>
        <w:t xml:space="preserve">(b)</w:t>
      </w:r>
      <w:r>
        <w:t xml:space="preserve"> श्रीलंका में बहुसंख्यकवादी सरकार के परिणाम का उल्लेख कीजिए और बताइए कि इससे सीमा का “शांति बनी रही” वाला दावा क्यों गलत सिद्ध होता है।</w:t>
      </w:r>
    </w:p>
    <w:p>
      <w:pPr>
        <w:pStyle w:val="WSRule"/>
      </w:pPr>
      <w:r>
        <w:rPr>
          <w:u w:val="single" w:color="9AA3B2"/>
        </w:rPr>
        <w:tab/>
      </w:r>
    </w:p>
    <w:p>
      <w:pPr>
        <w:pStyle w:val="WSRule"/>
      </w:pPr>
      <w:r>
        <w:rPr>
          <w:u w:val="single" w:color="9AA3B2"/>
        </w:rPr>
        <w:tab/>
      </w:r>
    </w:p>
    <w:p>
      <w:pPr>
        <w:pStyle w:val="WSStem"/>
      </w:pPr>
      <w:r>
        <w:rPr>
          <w:b/>
          <w:bCs/>
        </w:rPr>
        <w:t xml:space="preserve">(c)</w:t>
      </w:r>
      <w:r>
        <w:t xml:space="preserve"> सत्ता में साझेदारी के बेल्जियम मॉडल के किन्हीं दो प्रावधानों की व्याख्या कीजिए और बताइए कि वे सीमा के दावे के विपरीत साझेदारी को कैसे दर्शाते हैं।</w:t>
      </w:r>
    </w:p>
    <w:p>
      <w:pPr>
        <w:pStyle w:val="WSRule"/>
      </w:pPr>
      <w:r>
        <w:rPr>
          <w:u w:val="single" w:color="9AA3B2"/>
        </w:rPr>
        <w:tab/>
      </w:r>
    </w:p>
    <w:p>
      <w:pPr>
        <w:pStyle w:val="WSRule"/>
      </w:pPr>
      <w:r>
        <w:rPr>
          <w:u w:val="single" w:color="9AA3B2"/>
        </w:rPr>
        <w:tab/>
      </w:r>
    </w:p>
    <w:p>
      <w:r>
        <w:br w:type="page"/>
      </w:r>
    </w:p>
    <w:p>
      <w:pPr>
        <w:pStyle w:val="WSStim"/>
      </w:pPr>
      <w:r>
        <w:t xml:space="preserve">खंड-घ अर्थशास्त्र (20 अंक)</w:t>
      </w:r>
    </w:p>
    <w:p>
      <w:pPr>
        <w:pStyle w:val="WSBand"/>
      </w:pPr>
      <w:r>
        <w:t xml:space="preserve">Question 29</w:t>
      </w:r>
      <w:r>
        <w:tab/>
      </w:r>
      <w:r>
        <w:t xml:space="preserve">1 mark</w:t>
      </w:r>
    </w:p>
    <w:p>
      <w:pPr>
        <w:pStyle w:val="WSStem"/>
      </w:pPr>
      <w:r>
        <w:t xml:space="preserve">रमेश के परिवार के 5 सदस्य एक छोटे खेत पर काम करते हैं। कृषि अधिकारी बताता है कि 3 सदस्यों से भी उतनी ही उपज मिलेगी, फिर भी सभी 5 उसी खेत पर लगे हैं। सहपाठी कहता है — “सब काम में लगे हैं, इसलिए यह पूर्ण रोजगार है।” इस त्रुटि को सुधारने वाला सही विकल्प चुनिए।</w:t>
      </w:r>
      <w:r>
        <w:t xml:space="preserve"> </w:t>
      </w:r>
      <w:r>
        <w:rPr>
          <w:i/>
          <w:iCs/>
        </w:rPr>
        <w:t xml:space="preserve">(1)</w:t>
      </w:r>
    </w:p>
    <w:p>
      <w:pPr>
        <w:pStyle w:val="WSChoice"/>
      </w:pPr>
      <w:r>
        <w:rPr>
          <w:b/>
          <w:bCs/>
        </w:rPr>
        <w:t xml:space="preserve">a.</w:t>
      </w:r>
      <w:r>
        <w:t xml:space="preserve"> </w:t>
      </w:r>
      <w:r>
        <w:t xml:space="preserve">यह अल्प रोजगार है, क्योंकि आवश्यकता से अधिक लोग एक ही खेत पर लगे हैं और अतिरिक्त लोगों को हटाने पर भी उपज नहीं घटेगी।</w:t>
      </w:r>
    </w:p>
    <w:p>
      <w:pPr>
        <w:pStyle w:val="WSChoice"/>
      </w:pPr>
      <w:r>
        <w:rPr>
          <w:b/>
          <w:bCs/>
        </w:rPr>
        <w:t xml:space="preserve">b.</w:t>
      </w:r>
      <w:r>
        <w:t xml:space="preserve"> </w:t>
      </w:r>
      <w:r>
        <w:t xml:space="preserve">यह खुली बेरोजगारी है, क्योंकि खेत पर काम करने वाले सभी 5 सदस्य बिल्कुल बेकार बैठे हैं और कुछ भी उत्पादन नहीं कर रहे।</w:t>
      </w:r>
    </w:p>
    <w:p>
      <w:pPr>
        <w:pStyle w:val="WSChoice"/>
      </w:pPr>
      <w:r>
        <w:rPr>
          <w:b/>
          <w:bCs/>
        </w:rPr>
        <w:t xml:space="preserve">c.</w:t>
      </w:r>
      <w:r>
        <w:t xml:space="preserve"> </w:t>
      </w:r>
      <w:r>
        <w:t xml:space="preserve">यह पूर्ण रोजगार है, क्योंकि परिवार का हर सदस्य किसी न किसी काम में लगा है, इसलिए किसी की उत्पादकता पर सवाल नहीं उठता।</w:t>
      </w:r>
    </w:p>
    <w:p>
      <w:pPr>
        <w:pStyle w:val="WSChoice"/>
      </w:pPr>
      <w:r>
        <w:rPr>
          <w:b/>
          <w:bCs/>
        </w:rPr>
        <w:t xml:space="preserve">d.</w:t>
      </w:r>
      <w:r>
        <w:t xml:space="preserve"> </w:t>
      </w:r>
      <w:r>
        <w:t xml:space="preserve">यह शिक्षित बेरोजगारी है, क्योंकि खेत पर काम करने वालों के पास डिग्री नहीं है, इसलिए उन्हें गाँव में काम नहीं मिल रहा।</w:t>
      </w:r>
    </w:p>
    <w:p>
      <w:pPr>
        <w:pStyle w:val="WSRule"/>
      </w:pPr>
      <w:r>
        <w:rPr>
          <w:u w:val="single" w:color="9AA3B2"/>
        </w:rPr>
        <w:tab/>
      </w:r>
    </w:p>
    <w:p>
      <w:r>
        <w:br w:type="page"/>
      </w:r>
    </w:p>
    <w:p>
      <w:pPr>
        <w:pStyle w:val="WSBand"/>
      </w:pPr>
      <w:r>
        <w:t xml:space="preserve">Question 30</w:t>
      </w:r>
      <w:r>
        <w:tab/>
      </w:r>
      <w:r>
        <w:t xml:space="preserve">1 mark</w:t>
      </w:r>
    </w:p>
    <w:p>
      <w:pPr>
        <w:pStyle w:val="WSStem"/>
      </w:pPr>
      <w:r>
        <w:t xml:space="preserve">देश X और देश Y दोनों की प्रति व्यक्ति आय 2,00,000 रुपये है। X में अधिकांश आय कुछ अमीरों के पास है और साक्षरता-स्वास्थ्य स्तर नीचा है, जबकि Y में बँटवारा समान और साक्षरता-स्वास्थ्य बेहतर है। सहपाठी कहता है — “औसत समान है, इसलिए दोनों में खुशहाली समान है।” इस त्रुटि को देखते हुए प्रति व्यक्ति आय की सीमा के बारे में सही निष्कर्ष चुनिए।</w:t>
      </w:r>
      <w:r>
        <w:t xml:space="preserve"> </w:t>
      </w:r>
      <w:r>
        <w:rPr>
          <w:i/>
          <w:iCs/>
        </w:rPr>
        <w:t xml:space="preserve">(1)</w:t>
      </w:r>
    </w:p>
    <w:p>
      <w:pPr>
        <w:pStyle w:val="WSChoice"/>
      </w:pPr>
      <w:r>
        <w:rPr>
          <w:b/>
          <w:bCs/>
        </w:rPr>
        <w:t xml:space="preserve">a.</w:t>
      </w:r>
      <w:r>
        <w:t xml:space="preserve"> </w:t>
      </w:r>
      <w:r>
        <w:t xml:space="preserve">प्रति व्यक्ति आय से आय के बँटवारे की समानता का पता चलता है, इसलिए समान औसत आय वाले देशों में गरीब की स्थिति भी समान होती है।</w:t>
      </w:r>
    </w:p>
    <w:p>
      <w:pPr>
        <w:pStyle w:val="WSChoice"/>
      </w:pPr>
      <w:r>
        <w:rPr>
          <w:b/>
          <w:bCs/>
        </w:rPr>
        <w:t xml:space="preserve">b.</w:t>
      </w:r>
      <w:r>
        <w:t xml:space="preserve"> </w:t>
      </w:r>
      <w:r>
        <w:t xml:space="preserve">किसी देश के विकास को समझने के लिए केवल प्रति व्यक्ति आय ही पर्याप्त है, स्वास्थ्य और शिक्षा जैसे पहलुओं को देखने की जरूरत नहीं।</w:t>
      </w:r>
    </w:p>
    <w:p>
      <w:pPr>
        <w:pStyle w:val="WSChoice"/>
      </w:pPr>
      <w:r>
        <w:rPr>
          <w:b/>
          <w:bCs/>
        </w:rPr>
        <w:t xml:space="preserve">c.</w:t>
      </w:r>
      <w:r>
        <w:t xml:space="preserve"> </w:t>
      </w:r>
      <w:r>
        <w:t xml:space="preserve">प्रति व्यक्ति आय आर्थिक खुशहाली का बुनियादी अनुमान तो देती है, परंतु आय की असमानता तथा स्वास्थ्य-शिक्षा जैसी सुविधाओं को छुपा देती है।</w:t>
      </w:r>
    </w:p>
    <w:p>
      <w:pPr>
        <w:pStyle w:val="WSChoice"/>
      </w:pPr>
      <w:r>
        <w:rPr>
          <w:b/>
          <w:bCs/>
        </w:rPr>
        <w:t xml:space="preserve">d.</w:t>
      </w:r>
      <w:r>
        <w:t xml:space="preserve"> </w:t>
      </w:r>
      <w:r>
        <w:t xml:space="preserve">प्रति व्यक्ति आय केवल औद्योगिक उत्पादन दर्शाती है और कृषि या सेवा क्षेत्र के बारे में कुछ नहीं बताती, इसलिए वह बेकार माप है।</w:t>
      </w:r>
    </w:p>
    <w:p>
      <w:pPr>
        <w:pStyle w:val="WSRule"/>
      </w:pPr>
      <w:r>
        <w:rPr>
          <w:u w:val="single" w:color="9AA3B2"/>
        </w:rPr>
        <w:tab/>
      </w:r>
    </w:p>
    <w:p>
      <w:r>
        <w:br w:type="page"/>
      </w:r>
    </w:p>
    <w:p>
      <w:pPr>
        <w:pStyle w:val="WSBand"/>
      </w:pPr>
      <w:r>
        <w:t xml:space="preserve">Question 31</w:t>
      </w:r>
      <w:r>
        <w:tab/>
      </w:r>
      <w:r>
        <w:t xml:space="preserve">1 mark</w:t>
      </w:r>
    </w:p>
    <w:p>
      <w:pPr>
        <w:pStyle w:val="WSStem"/>
      </w:pPr>
      <w:r>
        <w:t xml:space="preserve">सहपाठी कहता है — “तृतीयक क्षेत्रक का प्राथमिक और द्वितीयक क्षेत्रकों से कोई संबंध नहीं होता।” इस गलत धारणा को खंडित करने वाला सही उदाहरण चुनिए जो दर्शाता है कि तृतीयक क्षेत्रक दोनों क्षेत्रकों को सहारा देता है।</w:t>
      </w:r>
      <w:r>
        <w:t xml:space="preserve"> </w:t>
      </w:r>
      <w:r>
        <w:rPr>
          <w:i/>
          <w:iCs/>
        </w:rPr>
        <w:t xml:space="preserve">(1)</w:t>
      </w:r>
    </w:p>
    <w:p>
      <w:pPr>
        <w:pStyle w:val="WSChoice"/>
      </w:pPr>
      <w:r>
        <w:rPr>
          <w:b/>
          <w:bCs/>
        </w:rPr>
        <w:t xml:space="preserve">a.</w:t>
      </w:r>
      <w:r>
        <w:t xml:space="preserve"> </w:t>
      </w:r>
      <w:r>
        <w:t xml:space="preserve">कपास किसान फसल बेचता है, सूती मिल उससे कपड़ा बनाती है, और बैंक-कर्ज, ट्रक-परिवहन तथा थोक-परचून दुकानें किसान और मिल दोनों को सेवाएँ देती हैं।</w:t>
      </w:r>
    </w:p>
    <w:p>
      <w:pPr>
        <w:pStyle w:val="WSChoice"/>
      </w:pPr>
      <w:r>
        <w:rPr>
          <w:b/>
          <w:bCs/>
        </w:rPr>
        <w:t xml:space="preserve">b.</w:t>
      </w:r>
      <w:r>
        <w:t xml:space="preserve"> </w:t>
      </w:r>
      <w:r>
        <w:t xml:space="preserve">सब्जी किसान अपनी सब्जी बिना भंडारण, परिवहन या दुकान की मदद के सीधे घर से उपभोक्ता को बेच देता है।</w:t>
      </w:r>
    </w:p>
    <w:p>
      <w:pPr>
        <w:pStyle w:val="WSChoice"/>
      </w:pPr>
      <w:r>
        <w:rPr>
          <w:b/>
          <w:bCs/>
        </w:rPr>
        <w:t xml:space="preserve">c.</w:t>
      </w:r>
      <w:r>
        <w:t xml:space="preserve"> </w:t>
      </w:r>
      <w:r>
        <w:t xml:space="preserve">फर्नीचर कंपनी लकड़ी से मेज बनाती है और बिना परिवहन, विज्ञापन या दुकान के उसे फैक्ट्री गेट पर ही बेच देती है।</w:t>
      </w:r>
    </w:p>
    <w:p>
      <w:pPr>
        <w:pStyle w:val="WSChoice"/>
      </w:pPr>
      <w:r>
        <w:rPr>
          <w:b/>
          <w:bCs/>
        </w:rPr>
        <w:t xml:space="preserve">d.</w:t>
      </w:r>
      <w:r>
        <w:t xml:space="preserve"> </w:t>
      </w:r>
      <w:r>
        <w:t xml:space="preserve">बेकरी आटा खरीदे बिना और बिना परिवहन-दुकान के केवल अपनी भट्टी से रोटी बनाकर खा लेती है।</w:t>
      </w:r>
    </w:p>
    <w:p>
      <w:pPr>
        <w:pStyle w:val="WSRule"/>
      </w:pPr>
      <w:r>
        <w:rPr>
          <w:u w:val="single" w:color="9AA3B2"/>
        </w:rPr>
        <w:tab/>
      </w:r>
    </w:p>
    <w:p>
      <w:r>
        <w:br w:type="page"/>
      </w:r>
    </w:p>
    <w:p>
      <w:pPr>
        <w:pStyle w:val="WSBand"/>
      </w:pPr>
      <w:r>
        <w:t xml:space="preserve">Question 32</w:t>
      </w:r>
      <w:r>
        <w:tab/>
      </w:r>
      <w:r>
        <w:t xml:space="preserve">1 mark</w:t>
      </w:r>
    </w:p>
    <w:p>
      <w:pPr>
        <w:pStyle w:val="WSStem"/>
      </w:pPr>
      <w:r>
        <w:t xml:space="preserve">एक विद्यार्थी ने उत्तर-पुस्तिका में लिखा: ‘भारत में स्टेट बैंक ऑफ इंडिया करेंसी नोट जारी करता है, इसलिए सभी नोटों पर उसके गवर्नर के हस्ताक्षर होते हैं।’ इस कथन में निहित त्रुटि को पहचानिए और सही विकल्प चुनिए।</w:t>
      </w:r>
      <w:r>
        <w:t xml:space="preserve"> </w:t>
      </w:r>
      <w:r>
        <w:rPr>
          <w:i/>
          <w:iCs/>
        </w:rPr>
        <w:t xml:space="preserve">(1)</w:t>
      </w:r>
    </w:p>
    <w:p>
      <w:pPr>
        <w:pStyle w:val="WSChoice"/>
      </w:pPr>
      <w:r>
        <w:rPr>
          <w:b/>
          <w:bCs/>
        </w:rPr>
        <w:t xml:space="preserve">a.</w:t>
      </w:r>
      <w:r>
        <w:t xml:space="preserve"> </w:t>
      </w:r>
      <w:r>
        <w:t xml:space="preserve">(क) त्रुटि यह है कि सभी नोट वित्त मंत्रालय जारी करता है और उन पर वित्त सचिव के हस्ताक्षर होते हैं।</w:t>
      </w:r>
    </w:p>
    <w:p>
      <w:pPr>
        <w:pStyle w:val="WSChoice"/>
      </w:pPr>
      <w:r>
        <w:rPr>
          <w:b/>
          <w:bCs/>
        </w:rPr>
        <w:t xml:space="preserve">b.</w:t>
      </w:r>
      <w:r>
        <w:t xml:space="preserve"> </w:t>
      </w:r>
      <w:r>
        <w:t xml:space="preserve">(ख) सही कथन यह है कि भारतीय रिज़र्व बैंक करेंसी नोट जारी करता है और नोटों पर उसके गवर्नर के हस्ताक्षर होते हैं।</w:t>
      </w:r>
    </w:p>
    <w:p>
      <w:pPr>
        <w:pStyle w:val="WSChoice"/>
      </w:pPr>
      <w:r>
        <w:rPr>
          <w:b/>
          <w:bCs/>
        </w:rPr>
        <w:t xml:space="preserve">c.</w:t>
      </w:r>
      <w:r>
        <w:t xml:space="preserve"> </w:t>
      </w:r>
      <w:r>
        <w:t xml:space="preserve">(ग) सही कथन यह है कि सेंट्रल बैंक ऑफ इंडिया करेंसी नोट जारी करता है, क्योंकि नाम में ही ‘सेंट्रल’ है।</w:t>
      </w:r>
    </w:p>
    <w:p>
      <w:pPr>
        <w:pStyle w:val="WSChoice"/>
      </w:pPr>
      <w:r>
        <w:rPr>
          <w:b/>
          <w:bCs/>
        </w:rPr>
        <w:t xml:space="preserve">d.</w:t>
      </w:r>
      <w:r>
        <w:t xml:space="preserve"> </w:t>
      </w:r>
      <w:r>
        <w:t xml:space="preserve">(घ) सही कथन यह है कि स्टेट बैंक सहित सभी व्यावसायिक बैंक अपने-अपने करेंसी नोट जारी कर सकते हैं।</w:t>
      </w:r>
    </w:p>
    <w:p>
      <w:pPr>
        <w:pStyle w:val="WSRule"/>
      </w:pPr>
      <w:r>
        <w:rPr>
          <w:u w:val="single" w:color="9AA3B2"/>
        </w:rPr>
        <w:tab/>
      </w:r>
    </w:p>
    <w:p>
      <w:r>
        <w:br w:type="page"/>
      </w:r>
    </w:p>
    <w:p>
      <w:pPr>
        <w:pStyle w:val="WSBand"/>
      </w:pPr>
      <w:r>
        <w:t xml:space="preserve">Question 33</w:t>
      </w:r>
      <w:r>
        <w:tab/>
      </w:r>
      <w:r>
        <w:t xml:space="preserve">1 mark</w:t>
      </w:r>
    </w:p>
    <w:p>
      <w:pPr>
        <w:pStyle w:val="WSStem"/>
      </w:pPr>
      <w:r>
        <w:t xml:space="preserve">गीता के पास गेहूँ है और उसे कपड़ा चाहिए, जबकि दर्ज़ी को कपड़े के बदले बर्तन चाहिए, गेहूँ नहीं। एक सहपाठी ने कहा: ‘इससे व्यापार में कोई बाधा नहीं आएगी।’ इस त्रुटिपूर्ण दावे को सुधारने वाला सही तर्क चुनिए।</w:t>
      </w:r>
      <w:r>
        <w:t xml:space="preserve"> </w:t>
      </w:r>
      <w:r>
        <w:rPr>
          <w:i/>
          <w:iCs/>
        </w:rPr>
        <w:t xml:space="preserve">(1)</w:t>
      </w:r>
    </w:p>
    <w:p>
      <w:pPr>
        <w:pStyle w:val="WSChoice"/>
      </w:pPr>
      <w:r>
        <w:rPr>
          <w:b/>
          <w:bCs/>
        </w:rPr>
        <w:t xml:space="preserve">a.</w:t>
      </w:r>
      <w:r>
        <w:t xml:space="preserve"> </w:t>
      </w:r>
      <w:r>
        <w:t xml:space="preserve">(क) विनिमय तभी संभव होगा जब दोनों पक्षों को एक-दूसरे की वस्तु की प्रत्यक्ष आवश्यकता हो; दोहरे संयोग की यह शर्त उपयुक्त साझेदार खोजना कठिन बनाकर व्यापार को सीमित करती है।</w:t>
      </w:r>
    </w:p>
    <w:p>
      <w:pPr>
        <w:pStyle w:val="WSChoice"/>
      </w:pPr>
      <w:r>
        <w:rPr>
          <w:b/>
          <w:bCs/>
        </w:rPr>
        <w:t xml:space="preserve">b.</w:t>
      </w:r>
      <w:r>
        <w:t xml:space="preserve"> </w:t>
      </w:r>
      <w:r>
        <w:t xml:space="preserve">(ख) वस्तु-विनिमय में व्यापार असीमित बढ़ता है, क्योंकि हर व्यक्ति को केवल अपनी वस्तु बेचनी होती है, दूसरे की आवश्यकता से कोई फर्क नहीं पड़ता।</w:t>
      </w:r>
    </w:p>
    <w:p>
      <w:pPr>
        <w:pStyle w:val="WSChoice"/>
      </w:pPr>
      <w:r>
        <w:rPr>
          <w:b/>
          <w:bCs/>
        </w:rPr>
        <w:t xml:space="preserve">c.</w:t>
      </w:r>
      <w:r>
        <w:t xml:space="preserve"> </w:t>
      </w:r>
      <w:r>
        <w:t xml:space="preserve">(ग) वस्तु-विनिमय में मुख्य बाधा केवल वस्तुओं का वज़न और परिवहन है, आवश्यकता के मिलान से व्यापार पर कोई प्रभाव नहीं पड़ता।</w:t>
      </w:r>
    </w:p>
    <w:p>
      <w:pPr>
        <w:pStyle w:val="WSChoice"/>
      </w:pPr>
      <w:r>
        <w:rPr>
          <w:b/>
          <w:bCs/>
        </w:rPr>
        <w:t xml:space="preserve">d.</w:t>
      </w:r>
      <w:r>
        <w:t xml:space="preserve"> </w:t>
      </w:r>
      <w:r>
        <w:t xml:space="preserve">(घ) दोहरे संयोग की आवश्यकता से वस्तुओं का मूल्य अपने आप तय हो जाता है, इसलिए विनिमय में मुद्रा की कोई आवश्यकता नहीं रहती।</w:t>
      </w:r>
    </w:p>
    <w:p>
      <w:pPr>
        <w:pStyle w:val="WSRule"/>
      </w:pPr>
      <w:r>
        <w:rPr>
          <w:u w:val="single" w:color="9AA3B2"/>
        </w:rPr>
        <w:tab/>
      </w:r>
    </w:p>
    <w:p>
      <w:r>
        <w:br w:type="page"/>
      </w:r>
    </w:p>
    <w:p>
      <w:pPr>
        <w:pStyle w:val="WSBand"/>
      </w:pPr>
      <w:r>
        <w:t xml:space="preserve">Question 34</w:t>
      </w:r>
      <w:r>
        <w:tab/>
      </w:r>
      <w:r>
        <w:t xml:space="preserve">1 mark</w:t>
      </w:r>
    </w:p>
    <w:p>
      <w:pPr>
        <w:pStyle w:val="WSStem"/>
      </w:pPr>
      <w:r>
        <w:t xml:space="preserve">एक छात्र ने गलत मिलान किया — उसने लिखा कि ‘इंटरनेट के प्रसार से सांस्कृतिक मूल्य फैलते हैं और विदेशी फिल्मों से सूचना का प्रवाह तेज होता है।’ इस त्रुटि को सुधारते हुए सही मिलान चुनिए। स्तंभ-क: 1. आयात-शुल्क में कमी और विदेशी व्यापार में छूट, 2. बहुराष्ट्रीय निगमों द्वारा विदेशों में निवेश, 3. इंटरनेट और मोबाइल संचार का प्रसार, 4. विदेशी फिल्मों, भोजन और त्योहारों की लोकप्रियता। स्तंभ-ख: i. बाजार में उपभोक्ताओं के समक्ष वस्तुओं के अधिक विकल्प, ii. मेजबान देश में पूँजी का आगमन किंतु स्थानीय लघु उद्योगों पर प्रतिस्पर्धा का दबाव, iii. सूचना का त्वरित प्रवाह और सेवाओं की दूरस्थ उपलब्धता, iv. आचरण, विचार और मूल्यों का सीमाओं के पार प्रसार।</w:t>
      </w:r>
      <w:r>
        <w:t xml:space="preserve"> </w:t>
      </w:r>
      <w:r>
        <w:rPr>
          <w:i/>
          <w:iCs/>
        </w:rPr>
        <w:t xml:space="preserve">(1)</w:t>
      </w:r>
    </w:p>
    <w:p>
      <w:pPr>
        <w:pStyle w:val="WSChoice"/>
      </w:pPr>
      <w:r>
        <w:rPr>
          <w:b/>
          <w:bCs/>
        </w:rPr>
        <w:t xml:space="preserve">a.</w:t>
      </w:r>
      <w:r>
        <w:t xml:space="preserve"> </w:t>
      </w:r>
      <w:r>
        <w:t xml:space="preserve">(क) 1-i, 2-ii, 3-iii, 4-iv</w:t>
      </w:r>
    </w:p>
    <w:p>
      <w:pPr>
        <w:pStyle w:val="WSChoice"/>
      </w:pPr>
      <w:r>
        <w:rPr>
          <w:b/>
          <w:bCs/>
        </w:rPr>
        <w:t xml:space="preserve">b.</w:t>
      </w:r>
      <w:r>
        <w:t xml:space="preserve"> </w:t>
      </w:r>
      <w:r>
        <w:t xml:space="preserve">(ख) 1-iii, 2-i, 3-iv, 4-ii</w:t>
      </w:r>
    </w:p>
    <w:p>
      <w:pPr>
        <w:pStyle w:val="WSChoice"/>
      </w:pPr>
      <w:r>
        <w:rPr>
          <w:b/>
          <w:bCs/>
        </w:rPr>
        <w:t xml:space="preserve">c.</w:t>
      </w:r>
      <w:r>
        <w:t xml:space="preserve"> </w:t>
      </w:r>
      <w:r>
        <w:t xml:space="preserve">(ग) 1-iv, 2-iii, 3-ii, 4-i</w:t>
      </w:r>
    </w:p>
    <w:p>
      <w:pPr>
        <w:pStyle w:val="WSChoice"/>
      </w:pPr>
      <w:r>
        <w:rPr>
          <w:b/>
          <w:bCs/>
        </w:rPr>
        <w:t xml:space="preserve">d.</w:t>
      </w:r>
      <w:r>
        <w:t xml:space="preserve"> </w:t>
      </w:r>
      <w:r>
        <w:t xml:space="preserve">(घ) 1-ii, 2-iv, 3-i, 4-iii</w:t>
      </w:r>
    </w:p>
    <w:p>
      <w:pPr>
        <w:pStyle w:val="WSRule"/>
      </w:pPr>
      <w:r>
        <w:rPr>
          <w:u w:val="single" w:color="9AA3B2"/>
        </w:rPr>
        <w:tab/>
      </w:r>
    </w:p>
    <w:p>
      <w:r>
        <w:br w:type="page"/>
      </w:r>
    </w:p>
    <w:p>
      <w:pPr>
        <w:pStyle w:val="WSBand"/>
      </w:pPr>
      <w:r>
        <w:t xml:space="preserve">Question 35</w:t>
      </w:r>
      <w:r>
        <w:tab/>
      </w:r>
      <w:r>
        <w:t xml:space="preserve">3 marks</w:t>
      </w:r>
    </w:p>
    <w:p>
      <w:pPr>
        <w:pStyle w:val="WSStem"/>
      </w:pPr>
      <w:r>
        <w:t xml:space="preserve">एक गाँव की बैठक में एक सदस्य ने कहा: ‘जन सेवाएँ जैसे सरकारी स्कूल, स्वास्थ्य केंद्र, पेयजल और सार्वजनिक परिवहन केवल कर-राजस्व घटाती हैं और समग्र कल्याण में इनका कोई योगदान नहीं है; इसलिए इन्हें बंद करके सब कुछ निजी हाथों में दे देना चाहिए।’ इस त्रुटिपूर्ण तर्क की आलोचना करते हुए समाज और व्यक्तियों के समग्र कल्याण में जन सेवाओं की उपयोगिता का मूल्यांकन कीजिए।</w:t>
      </w:r>
      <w:r>
        <w:t xml:space="preserve"> </w:t>
      </w:r>
      <w:r>
        <w:rPr>
          <w:i/>
          <w:iCs/>
        </w:rPr>
        <w:t xml:space="preserve">(3)</w:t>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36</w:t>
      </w:r>
      <w:r>
        <w:tab/>
      </w:r>
      <w:r>
        <w:t xml:space="preserve">3 marks</w:t>
      </w:r>
    </w:p>
    <w:p>
      <w:pPr>
        <w:pStyle w:val="WSStem"/>
      </w:pPr>
      <w:r>
        <w:t xml:space="preserve">एक बैंक अधिकारी का दावा है: ‘औपचारिक ऋण केवल बड़े उद्योगपतियों और शहरों तक सीमित रहना चाहिए; गाँव के गरीबों को साहूकार से ऋण मिल ही जाता है, इससे राष्ट्रीय विकास पर कोई फर्क नहीं पड़ता।’ इस त्रुटि को पहचानकर पुष्टि कीजिए कि औपचारिक क्षेत्र में ऋणों का विस्तार और सभी लोगों के लिए ऋण की सुलभता राष्ट्रीय विकास हेतु आवश्यक है।</w:t>
      </w:r>
      <w:r>
        <w:t xml:space="preserve"> </w:t>
      </w:r>
      <w:r>
        <w:rPr>
          <w:i/>
          <w:iCs/>
        </w:rPr>
        <w:t xml:space="preserve">(3)</w:t>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37</w:t>
      </w:r>
      <w:r>
        <w:tab/>
      </w:r>
      <w:r>
        <w:t xml:space="preserve">3 marks</w:t>
      </w:r>
    </w:p>
    <w:p>
      <w:pPr>
        <w:pStyle w:val="WSStem"/>
      </w:pPr>
      <w:r>
        <w:t xml:space="preserve">एक विद्यार्थी ने उत्तर में लिखा: ‘वैश्वीकरण केवल इसलिए हुआ क्योंकि लोगों की रुचि विदेशी भोजन और फिल्मों में बढ़ गई; प्रौद्योगिकी, परिवहन और व्यापार नीतियों की इसमें कोई भूमिका नहीं है।’ इस त्रुटिपूर्ण व्याख्या को सुधारते हुए वैश्वीकरण के विकास में योगदान देने वाले किन्हीं तीन महत्वपूर्ण कारकों को उजागर कीजिए।</w:t>
      </w:r>
      <w:r>
        <w:t xml:space="preserve"> </w:t>
      </w:r>
      <w:r>
        <w:rPr>
          <w:i/>
          <w:iCs/>
        </w:rPr>
        <w:t xml:space="preserve">(3)</w:t>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38</w:t>
      </w:r>
      <w:r>
        <w:tab/>
      </w:r>
      <w:r>
        <w:t xml:space="preserve">5 marks</w:t>
      </w:r>
    </w:p>
    <w:p>
      <w:pPr>
        <w:pStyle w:val="WSStem"/>
      </w:pPr>
      <w:r>
        <w:t xml:space="preserve">एक क्षेत्र-सर्वेक्षण में दो श्रमिकों bर c और bस c से बात की गई। bर c एक बैंक में लिपिक है be उसे नियुक्ति-पत्र, निश्चित कार्य-घंटे, सवेतन अवकाश, भविष्य निधि और चिकित्सा सुविधा मिलती है। bस c एक ईंट-भट्ठे पर दैनिक मजदूर है be उसे कोई नियुक्ति-पत्र नहीं मिला, मजदूरी प्रतिदिन मिलती है और काम न मिलने पर कोई भुगतान या अवकाश नहीं मिलता। सर्वेक्षण सहायक ने डायरी में लिखा है कि दोनों में एकमात्र अंतर मासिक आय की राशि है, इसलिए यदि bस c की दैनिक मजदूरी बढ़ा दी जाए तो वह भी संगठित क्षेत्र का कर्मचारी बन जाएगा। सहायक की त्रुटि की पहचान कीजिए और उन प्रमुख अंतरों को स्पष्ट कीजिए जिनके आधार पर bर c को संगठित और bस c को असंगठित क्षेत्र में रखा गया है।</w:t>
      </w:r>
      <w:r>
        <w:t xml:space="preserve"> </w:t>
      </w:r>
      <w:r>
        <w:rPr>
          <w:i/>
          <w:iCs/>
        </w:rPr>
        <w:t xml:space="preserve">(5)</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39</w:t>
      </w:r>
    </w:p>
    <w:p>
      <w:pPr>
        <w:pStyle w:val="WSStem"/>
      </w:pPr>
      <w:r>
        <w:t xml:space="preserve">कक्षा-चर्चा में एक विद्यार्थी ने कहा कि असंगठित क्षेत्र के श्रमिकों को किसी सरकारी संरक्षण की आवश्यकता नहीं है क्योंकि वे मालिक से सीधे जुड़े होते हैं और बाजार स्वयं उनकी देखभाल कर लेगा। इस तर्क में निहित गलत धारणा की पहचान कीजिए और असंगठित श्रमिकों की असुरक्षा कम करने के लिए उपयुक्त उपायों को स्पष्ट कीजिए।</w:t>
      </w:r>
    </w:p>
    <w:p>
      <w:pPr>
        <w:pStyle w:val="WSRule"/>
      </w:pPr>
      <w:r>
        <w:rPr>
          <w:u w:val="single" w:color="9AA3B2"/>
        </w:rPr>
        <w:tab/>
      </w:r>
    </w:p>
    <w:p>
      <w:pPr>
        <w:pStyle w:val="WSRule"/>
      </w:pPr>
      <w:r>
        <w:rPr>
          <w:u w:val="single" w:color="9AA3B2"/>
        </w:rPr>
        <w:tab/>
      </w:r>
    </w:p>
    <w:p>
      <w:r>
        <w:br w:type="page"/>
      </w:r>
    </w:p>
    <w:p>
      <w:pPr>
        <w:pStyle w:val="WSStim"/>
      </w:pPr>
      <w:r>
        <w:t xml:space="preserve">अथवा</w:t>
      </w:r>
    </w:p>
    <w:p>
      <w:pPr>
        <w:pStyle w:val="WSBand"/>
      </w:pPr>
      <w:r>
        <w:t xml:space="preserve">Question 40</w:t>
      </w:r>
    </w:p>
    <w:p>
      <w:pPr>
        <w:pStyle w:val="WSStim"/>
      </w:pPr>
      <w:r>
        <w:t xml:space="preserve">नीचे भारत का रूपरेखा मानचित्र दिया गया है जिसमें दो प्रमुख समुद्री पत्तन A be पश्चिमी तट पर और B be पूर्वी तट पर अंकित किए गए हैं। मानचित्र को ध्यान से देखिए और अगले प्रश्न का उत्तर देने के लिए इसका उपयोग कीजिए।</w:t>
      </w:r>
    </w:p>
    <w:p>
      <w:pPr>
        <w:pStyle w:val="WSFig"/>
      </w:pPr>
      <w:r>
        <w:drawing>
          <wp:inline>
            <wp:extent cx="2457907" cy="3017520"/>
            <wp:effectExtent b="0" l="0" r="0" t="0"/>
            <wp:docPr descr="" title="" id="25" name="Picture"/>
            <a:graphic>
              <a:graphicData uri="http://schemas.openxmlformats.org/drawingml/2006/picture">
                <pic:pic>
                  <pic:nvPicPr>
                    <pic:cNvPr descr="/scratch/samples/_work/hindi-social/63135a28-fc6d-456d-a396-4096e61bb963.png" id="26" name="Picture"/>
                    <pic:cNvPicPr>
                      <a:picLocks noChangeArrowheads="1" noChangeAspect="1"/>
                    </pic:cNvPicPr>
                  </pic:nvPicPr>
                  <pic:blipFill>
                    <a:blip r:embed="rId24"/>
                    <a:stretch>
                      <a:fillRect/>
                    </a:stretch>
                  </pic:blipFill>
                  <pic:spPr bwMode="auto">
                    <a:xfrm>
                      <a:off x="0" y="0"/>
                      <a:ext cx="2457907" cy="3017520"/>
                    </a:xfrm>
                    <a:prstGeom prst="rect">
                      <a:avLst/>
                    </a:prstGeom>
                    <a:noFill/>
                    <a:ln w="9525">
                      <a:noFill/>
                      <a:headEnd/>
                      <a:tailEnd/>
                    </a:ln>
                  </pic:spPr>
                </pic:pic>
              </a:graphicData>
            </a:graphic>
          </wp:inline>
        </w:drawing>
      </w:r>
    </w:p>
    <w:p>
      <w:pPr>
        <w:pStyle w:val="WSCaption"/>
      </w:pPr>
      <w:r>
        <w:rPr>
          <w:i/>
          <w:iCs/>
        </w:rPr>
        <w:t xml:space="preserve">A और B अंकित भारत का मानचित्र</w:t>
      </w:r>
    </w:p>
    <w:p>
      <w:pPr>
        <w:pStyle w:val="WSStem"/>
      </w:pPr>
      <w:r>
        <w:t xml:space="preserve">एक वाद-विवाद में एक प्रतिभागी ने दावा किया कि A और B जैसे सार्वजनिक पत्तनों के निजीकरण से केवल कार्यकुशलता बढ़ती है और इसका कोई नकारात्मक प्रभाव नहीं होता। इस दावे में निहित त्रुटि की पहचान कीजिए और तर्क देकर पुष्टि कीजिए कि अर्थव्यवस्था पर निजीकरण के सकारात्मक और नकारात्मक दोनों प्रभाव हो सकते हैं।</w:t>
      </w:r>
    </w:p>
    <w:p>
      <w:pPr>
        <w:pStyle w:val="WSRule"/>
      </w:pPr>
      <w:r>
        <w:rPr>
          <w:u w:val="single" w:color="9AA3B2"/>
        </w:rPr>
        <w:tab/>
      </w:r>
    </w:p>
    <w:p>
      <w:pPr>
        <w:pStyle w:val="WSRule"/>
      </w:pPr>
      <w:r>
        <w:rPr>
          <w:u w:val="single" w:color="9AA3B2"/>
        </w:rPr>
        <w:tab/>
      </w:r>
    </w:p>
    <w:p>
      <w:r>
        <w:br w:type="page"/>
      </w:r>
    </w:p>
    <w:p>
      <w:pPr>
        <w:pStyle w:val="WSStim"/>
      </w:pPr>
      <w:r>
        <w:t xml:space="preserve">कृपया ध्यान दें, शैक्षणिक सत्र 2024-25 की मूल्यांकन योजना वर्तमान सत्र अर्थात 2025-26 में भी जारी रहेगी।</w:t>
      </w:r>
    </w:p>
    <w:p>
      <w:r>
        <w:br w:type="page"/>
      </w:r>
    </w:p>
    <w:p>
      <w:pPr>
        <w:pStyle w:val="WSBand"/>
      </w:pPr>
      <w:r>
        <w:t xml:space="preserve">Answer key</w:t>
      </w:r>
    </w:p>
    <w:p>
      <w:pPr>
        <w:pStyle w:val="WSKeyQ"/>
      </w:pPr>
      <w:r>
        <w:t xml:space="preserve">Question 1</w:t>
      </w:r>
    </w:p>
    <w:p>
      <w:pPr>
        <w:pStyle w:val="WSKeyItem"/>
      </w:pPr>
      <w:r>
        <w:t xml:space="preserve">b</w:t>
      </w:r>
    </w:p>
    <w:p>
      <w:pPr>
        <w:pStyle w:val="WSKeyQ"/>
      </w:pPr>
      <w:r>
        <w:t xml:space="preserve">Question 2</w:t>
      </w:r>
    </w:p>
    <w:p>
      <w:pPr>
        <w:pStyle w:val="WSKeyItem"/>
      </w:pPr>
      <w:r>
        <w:t xml:space="preserve">b</w:t>
      </w:r>
    </w:p>
    <w:p>
      <w:pPr>
        <w:pStyle w:val="WSKeyQ"/>
      </w:pPr>
      <w:r>
        <w:t xml:space="preserve">Question 3</w:t>
      </w:r>
    </w:p>
    <w:p>
      <w:pPr>
        <w:pStyle w:val="WSKeyItem"/>
      </w:pPr>
      <w:r>
        <w:t xml:space="preserve">b</w:t>
      </w:r>
    </w:p>
    <w:p>
      <w:pPr>
        <w:pStyle w:val="WSKeyQ"/>
      </w:pPr>
      <w:r>
        <w:t xml:space="preserve">Question 4</w:t>
      </w:r>
    </w:p>
    <w:p>
      <w:pPr>
        <w:pStyle w:val="WSKeyItem"/>
      </w:pPr>
      <w:r>
        <w:t xml:space="preserve">c</w:t>
      </w:r>
    </w:p>
    <w:p>
      <w:pPr>
        <w:pStyle w:val="WSKeyQ"/>
      </w:pPr>
      <w:r>
        <w:t xml:space="preserve">Question 5</w:t>
      </w:r>
    </w:p>
    <w:p>
      <w:pPr>
        <w:pStyle w:val="WSKeyItem"/>
      </w:pPr>
      <w:r>
        <w:t xml:space="preserve">b</w:t>
      </w:r>
    </w:p>
    <w:p>
      <w:pPr>
        <w:pStyle w:val="WSKeyQ"/>
      </w:pPr>
      <w:r>
        <w:t xml:space="preserve">Question 6</w:t>
      </w:r>
    </w:p>
    <w:p>
      <w:pPr>
        <w:pStyle w:val="WSKeyItem"/>
      </w:pPr>
      <w:r>
        <w:rPr>
          <w:b/>
          <w:bCs/>
        </w:rPr>
        <w:t xml:space="preserve">(a)</w:t>
      </w:r>
      <w:r>
        <w:t xml:space="preserve"> त्रुटि की पहचान — सिल्क रूट एक सड़क नहीं बल्कि स्थल-समुद्र मार्गों का जाल था और उससे रेशम के साथ बर्तन-मसाले-सोना-चाँदी तथा धर्म-ज्ञान-संस्कृति का भी आदान-प्रदान हुआ (1)</w:t>
      </w:r>
    </w:p>
    <w:p>
      <w:pPr>
        <w:pStyle w:val="WSKeyCont"/>
      </w:pPr>
      <w:r>
        <w:t xml:space="preserve">सुधार हेतु किन्हीं दो प्रासंगिक उदाहरण — जैसे चीनी रेशम-बर्तन पश्चिम एशिया-यूरोप में, भारतीय बौद्ध धर्म-ज्ञान चीन-मध्य एशिया में, यात्रियों-धर्मप्रचारकों-व्यापारियों का आवागमन और खान-पान-वेशभूषा का प्रसार (1)</w:t>
      </w:r>
    </w:p>
    <w:p>
      <w:pPr>
        <w:pStyle w:val="WSKeyItem"/>
      </w:pPr>
      <w:r>
        <w:rPr>
          <w:b/>
          <w:bCs/>
        </w:rPr>
        <w:t xml:space="preserve">(b)</w:t>
      </w:r>
      <w:r>
        <w:t xml:space="preserve"> त्रुटि का सुधार — आलू-मक्का शौकिया बगीचों तक सीमित नहीं रहीं, वे गरीबों के भोजन का आधार बनीं और पोषण-सुरक्षा बढ़ाई (1)</w:t>
      </w:r>
    </w:p>
    <w:p>
      <w:pPr>
        <w:pStyle w:val="WSKeyCont"/>
      </w:pPr>
      <w:r>
        <w:t xml:space="preserve">व्याख्या — अधिक उपज-सहनशील फसल से अकाल-भुखमरी में survival संभव हुआ, जैसे आलू से गरीब मज़दूरों का आहार सुधरा और जनसंख्या-वृद्धि को सहारा मिला (1)</w:t>
      </w:r>
    </w:p>
    <w:p>
      <w:pPr>
        <w:pStyle w:val="WSKeyQ"/>
      </w:pPr>
      <w:r>
        <w:t xml:space="preserve">Question 7</w:t>
      </w:r>
    </w:p>
    <w:p>
      <w:pPr>
        <w:pStyle w:val="WSKeyItem"/>
      </w:pPr>
      <w:r>
        <w:rPr>
          <w:b/>
          <w:bCs/>
        </w:rPr>
        <w:t xml:space="preserve">(a)</w:t>
      </w:r>
      <w:r>
        <w:t xml:space="preserve"> त्रुटि की पहचान — राष्ट्रवाद केवल राजनीति से नहीं, सांस्कृतिक कल्पना और प्रतीकों से भी निर्मित हुआ (1)</w:t>
      </w:r>
    </w:p>
    <w:p>
      <w:pPr>
        <w:pStyle w:val="WSKeyCont"/>
      </w:pPr>
      <w:r>
        <w:t xml:space="preserve">सुधार — बंकिमचंद्र के वंदे मातरम् और अबनींद्रनाथ के भारत माता चित्र ने राष्ट्र की एकता की कल्पना दी (1)</w:t>
      </w:r>
    </w:p>
    <w:p>
      <w:pPr>
        <w:pStyle w:val="WSKeyCont"/>
      </w:pPr>
      <w:r>
        <w:t xml:space="preserve">सुधार — लोकगीतों, कथाओं और भारतीय इतिहास के पुनर्लेखन ने औपनिवेशिक दृष्टिकोण को चुनौती देकर स्वाभिमान जगाया (1)</w:t>
      </w:r>
    </w:p>
    <w:p>
      <w:pPr>
        <w:pStyle w:val="WSKeyItem"/>
      </w:pPr>
      <w:r>
        <w:rPr>
          <w:b/>
          <w:bCs/>
        </w:rPr>
        <w:t xml:space="preserve">(b)</w:t>
      </w:r>
      <w:r>
        <w:t xml:space="preserve"> त्रुटि की पहचान — आंदोलन की सफलता को केवल तात्कालिक संवैधानिक परिणाम से मापना गलत है (1)</w:t>
      </w:r>
    </w:p>
    <w:p>
      <w:pPr>
        <w:pStyle w:val="WSKeyCont"/>
      </w:pPr>
      <w:r>
        <w:t xml:space="preserve">सुधार — नमक जैसी रोजमर्रा की वस्तु ने शहर-गाँव, अमीर-गरीब सभी को आंदोलन से जोड़ा और सविनय अवज्ञा को व्यापक बनाया (1)</w:t>
      </w:r>
    </w:p>
    <w:p>
      <w:pPr>
        <w:pStyle w:val="WSKeyCont"/>
      </w:pPr>
      <w:r>
        <w:t xml:space="preserve">सुधार — दांडी यात्रा, धरसाणा जैसे प्रसंगों और दमन के प्रचार ने ब्रिटिश सत्ता की नैतिक वैधता को अंतरराष्ट्रीय स्तर पर कमजोर किया (1)</w:t>
      </w:r>
    </w:p>
    <w:p>
      <w:pPr>
        <w:pStyle w:val="WSKeyQ"/>
      </w:pPr>
      <w:r>
        <w:t xml:space="preserve">Question 8</w:t>
      </w:r>
    </w:p>
    <w:p>
      <w:pPr>
        <w:pStyle w:val="WSKeyItem"/>
      </w:pPr>
      <w:r>
        <w:rPr>
          <w:b/>
          <w:bCs/>
        </w:rPr>
        <w:t xml:space="preserve">(a)</w:t>
      </w:r>
      <w:r>
        <w:t xml:space="preserve"> त्रुटि की पहचान — ब्रिटेन में फ्रांस जैसी क्रांति से राष्ट्र-राज्य नहीं बना, यह धीमी एकीकरण प्रक्रिया थी (1)</w:t>
      </w:r>
    </w:p>
    <w:p>
      <w:pPr>
        <w:pStyle w:val="WSKeyCont"/>
      </w:pPr>
      <w:r>
        <w:t xml:space="preserve">सुधार — इंग्लैंड-स्कॉटलैंड के बीच 1707 के एक्ट ऑफ यूनियन से ग्रेट ब्रिटेन का संसदीय राज्य बना (1)</w:t>
      </w:r>
    </w:p>
    <w:p>
      <w:pPr>
        <w:pStyle w:val="WSKeyCont"/>
      </w:pPr>
      <w:r>
        <w:t xml:space="preserve">सुधार — साझा संसद, समान कानून, मुद्रा और प्रशासन ने धीरे-धीरे राजनीतिक एकता स्थापित की (1)</w:t>
      </w:r>
    </w:p>
    <w:p>
      <w:pPr>
        <w:pStyle w:val="WSKeyCont"/>
      </w:pPr>
      <w:r>
        <w:t xml:space="preserve">सुधार — राष्ट्रीय ध्वज, राष्ट्रगान और अंग्रेजी भाषा के प्रभुत्व ने सांस्कृतिक एकरूपता थोपी (1)</w:t>
      </w:r>
    </w:p>
    <w:p>
      <w:pPr>
        <w:pStyle w:val="WSKeyCont"/>
      </w:pPr>
      <w:r>
        <w:t xml:space="preserve">सुधार — आयरलैंड का बलपूर्वक विलय और स्कॉटिश-वेल्श संस्कृतियों का दमन इस लंबी प्रक्रिया के प्रमाण हैं (1)</w:t>
      </w:r>
    </w:p>
    <w:p>
      <w:pPr>
        <w:pStyle w:val="WSKeyItem"/>
      </w:pPr>
      <w:r>
        <w:rPr>
          <w:b/>
          <w:bCs/>
        </w:rPr>
        <w:t xml:space="preserve">(b)</w:t>
      </w:r>
      <w:r>
        <w:t xml:space="preserve"> त्रुटि की पहचान — वियना संधि उदारवादी नहीं, रूढ़िवादी शक्तियों द्वारा यथास्थिति की पुनर्स्थापना थी (1)</w:t>
      </w:r>
    </w:p>
    <w:p>
      <w:pPr>
        <w:pStyle w:val="WSKeyCont"/>
      </w:pPr>
      <w:r>
        <w:t xml:space="preserve">सुधार — फ्रांस की सीमाओं को 1789 से पूर्व की स्थिति में सीमित कर बोर्बों वंश की राजशाही बहाल की गई (1)</w:t>
      </w:r>
    </w:p>
    <w:p>
      <w:pPr>
        <w:pStyle w:val="WSKeyCont"/>
      </w:pPr>
      <w:r>
        <w:t xml:space="preserve">सुधार — नेपोलियन द्वारा बनाए गए राज्यों को समाप्त कर वियना में वैध शासकों को पुनर्स्थापित किया गया (1)</w:t>
      </w:r>
    </w:p>
    <w:p>
      <w:pPr>
        <w:pStyle w:val="WSKeyCont"/>
      </w:pPr>
      <w:r>
        <w:t xml:space="preserve">सुधार — ऑस्ट्रिया, प्रशा और रूस को क्षतिपूर्ति में क्षेत्र देकर शक्ति-संतुलन बनाया गया (1)</w:t>
      </w:r>
    </w:p>
    <w:p>
      <w:pPr>
        <w:pStyle w:val="WSKeyCont"/>
      </w:pPr>
      <w:r>
        <w:t xml:space="preserve">सुधार — भविष्य में फ्रांसीसी विस्तार रोकने हेतु स्विट्जरलैंड को तटस्थ और नीदरलैंड को सुदृढ़ किया गया (1)</w:t>
      </w:r>
    </w:p>
    <w:p>
      <w:pPr>
        <w:pStyle w:val="WSKeyQ"/>
      </w:pPr>
      <w:r>
        <w:t xml:space="preserve">Question 9</w:t>
      </w:r>
    </w:p>
    <w:p>
      <w:pPr>
        <w:pStyle w:val="WSKeyItem"/>
      </w:pPr>
      <w:r>
        <w:rPr>
          <w:b/>
          <w:bCs/>
        </w:rPr>
        <w:t xml:space="preserve">(a)</w:t>
      </w:r>
      <w:r>
        <w:t xml:space="preserve"> ज्ञान-विज्ञान और समाज सुधार के विचारों का प्रसार कर अज्ञान दूर करना</w:t>
      </w:r>
    </w:p>
    <w:p>
      <w:pPr>
        <w:pStyle w:val="WSKeyItem"/>
      </w:pPr>
      <w:r>
        <w:rPr>
          <w:b/>
          <w:bCs/>
        </w:rPr>
        <w:t xml:space="preserve">(b)</w:t>
      </w:r>
      <w:r>
        <w:t xml:space="preserve"> शासन के दोषों की समीक्षा कर सुधार का मार्ग सुझाना</w:t>
      </w:r>
    </w:p>
    <w:p>
      <w:pPr>
        <w:pStyle w:val="WSKeyItem"/>
      </w:pPr>
      <w:r>
        <w:rPr>
          <w:b/>
          <w:bCs/>
        </w:rPr>
        <w:t xml:space="preserve">(c)</w:t>
      </w:r>
      <w:r>
        <w:t xml:space="preserve"> त्रुटि सुधार — मौखिक वाचन और सार्वजनिक बहस से अखबार निरक्षरों तक भी पहुँचे (1)</w:t>
      </w:r>
    </w:p>
    <w:p>
      <w:pPr>
        <w:pStyle w:val="WSKeyCont"/>
      </w:pPr>
      <w:r>
        <w:t xml:space="preserve">सुधार — सस्ती छपाई, रेल-डाक विस्तार और समाज सुधार व राजनीतिक चेतना के विषयों ने पाठक वर्ग बढ़ाया (1)</w:t>
      </w:r>
    </w:p>
    <w:p>
      <w:pPr>
        <w:pStyle w:val="WSKeyQ"/>
      </w:pPr>
      <w:r>
        <w:t xml:space="preserve">Question 10</w:t>
      </w:r>
    </w:p>
    <w:p>
      <w:pPr>
        <w:pStyle w:val="WSKeyItem"/>
      </w:pPr>
      <w:r>
        <w:rPr>
          <w:b/>
          <w:bCs/>
        </w:rPr>
        <w:t xml:space="preserve">(a)</w:t>
      </w:r>
      <w:r>
        <w:t xml:space="preserve"> अमृतसर — जलियाँवाला बाग</w:t>
      </w:r>
    </w:p>
    <w:p>
      <w:pPr>
        <w:pStyle w:val="WSKeyItem"/>
      </w:pPr>
      <w:r>
        <w:rPr>
          <w:b/>
          <w:bCs/>
        </w:rPr>
        <w:t xml:space="preserve">(b)</w:t>
      </w:r>
      <w:r>
        <w:t xml:space="preserve"> लाहौर</w:t>
      </w:r>
    </w:p>
    <w:p>
      <w:pPr>
        <w:pStyle w:val="WSKeyQ"/>
      </w:pPr>
      <w:r>
        <w:t xml:space="preserve">Question 11</w:t>
      </w:r>
    </w:p>
    <w:p>
      <w:pPr>
        <w:pStyle w:val="WSKeyItem"/>
      </w:pPr>
      <w:r>
        <w:t xml:space="preserve">चंपारण</w:t>
      </w:r>
    </w:p>
    <w:p>
      <w:pPr>
        <w:pStyle w:val="WSKeyQ"/>
      </w:pPr>
      <w:r>
        <w:t xml:space="preserve">Question 12</w:t>
      </w:r>
    </w:p>
    <w:p>
      <w:pPr>
        <w:pStyle w:val="WSKeyItem"/>
      </w:pPr>
      <w:r>
        <w:t xml:space="preserve">b</w:t>
      </w:r>
    </w:p>
    <w:p>
      <w:pPr>
        <w:pStyle w:val="WSKeyQ"/>
      </w:pPr>
      <w:r>
        <w:t xml:space="preserve">Question 13</w:t>
      </w:r>
    </w:p>
    <w:p>
      <w:pPr>
        <w:pStyle w:val="WSKeyItem"/>
      </w:pPr>
      <w:r>
        <w:t xml:space="preserve">b</w:t>
      </w:r>
    </w:p>
    <w:p>
      <w:pPr>
        <w:pStyle w:val="WSKeyQ"/>
      </w:pPr>
      <w:r>
        <w:t xml:space="preserve">Question 14</w:t>
      </w:r>
    </w:p>
    <w:p>
      <w:pPr>
        <w:pStyle w:val="WSKeyItem"/>
      </w:pPr>
      <w:r>
        <w:t xml:space="preserve">c</w:t>
      </w:r>
    </w:p>
    <w:p>
      <w:pPr>
        <w:pStyle w:val="WSKeyQ"/>
      </w:pPr>
      <w:r>
        <w:t xml:space="preserve">Question 15</w:t>
      </w:r>
    </w:p>
    <w:p>
      <w:pPr>
        <w:pStyle w:val="WSKeyItem"/>
      </w:pPr>
      <w:r>
        <w:t xml:space="preserve">b</w:t>
      </w:r>
    </w:p>
    <w:p>
      <w:pPr>
        <w:pStyle w:val="WSKeyQ"/>
      </w:pPr>
      <w:r>
        <w:t xml:space="preserve">Question 16</w:t>
      </w:r>
    </w:p>
    <w:p>
      <w:pPr>
        <w:pStyle w:val="WSKeyItem"/>
      </w:pPr>
      <w:r>
        <w:t xml:space="preserve">c</w:t>
      </w:r>
    </w:p>
    <w:p>
      <w:pPr>
        <w:pStyle w:val="WSKeyQ"/>
      </w:pPr>
      <w:r>
        <w:t xml:space="preserve">Question 17</w:t>
      </w:r>
    </w:p>
    <w:p>
      <w:pPr>
        <w:pStyle w:val="WSKeyItem"/>
      </w:pPr>
      <w:r>
        <w:t xml:space="preserve">c</w:t>
      </w:r>
    </w:p>
    <w:p>
      <w:pPr>
        <w:pStyle w:val="WSKeyQ"/>
      </w:pPr>
      <w:r>
        <w:t xml:space="preserve">Question 18</w:t>
      </w:r>
    </w:p>
    <w:p>
      <w:pPr>
        <w:pStyle w:val="WSKeyItem"/>
      </w:pPr>
      <w:r>
        <w:t xml:space="preserve">त्रुटि की पहचान — वर्षा संबंधी दावा उल्टा और अपूर्ण है; ओडिशा में मानसूनी वर्षा पर्याप्त होते हुए भी केवल वर्षा से व्यावसायिक/जीविका का अंतर स्पष्ट नहीं होता (1)</w:t>
      </w:r>
    </w:p>
    <w:p>
      <w:pPr>
        <w:pStyle w:val="WSKeyCont"/>
      </w:pPr>
      <w:r>
        <w:t xml:space="preserve">सही व्याख्या — पंजाब-हरियाणा में नहर-नलकूप सिंचाई, समतल उपजाऊ मैदान, अपेक्षाकृत बड़ी जोत, MSP-सरकारी खरीद, मंडी-पूँजी और आधुनिक आगतों से अधिशेष उत्पादन का विक्रय, जबकि ओडिशा में मानसून-निर्भरता, छोटे-विखंडित खेत तथा पूँजी-मंडी की कमी से उत्पादन मुख्यतः परिवार के उपभोग के लिए (1)</w:t>
      </w:r>
    </w:p>
    <w:p>
      <w:pPr>
        <w:pStyle w:val="WSKeyQ"/>
      </w:pPr>
      <w:r>
        <w:t xml:space="preserve">Question 19</w:t>
      </w:r>
    </w:p>
    <w:p>
      <w:pPr>
        <w:pStyle w:val="WSKeyItem"/>
      </w:pPr>
      <w:r>
        <w:t xml:space="preserve">गलती की पहचान — संयंत्र की स्थिति मुख्यतः कच्चे माल, ऊर्जा व परिवहन से तय होती है, केवल श्रम-बाज़ार से नहीं (1)</w:t>
      </w:r>
    </w:p>
    <w:p>
      <w:pPr>
        <w:pStyle w:val="WSKeyCont"/>
      </w:pPr>
      <w:r>
        <w:t xml:space="preserve">झारखंड-ओडिशा पट्टी में लौह-अयस्क, कोयला, मैंगनीज़ व चूना-पत्थर की निकटता से कच्चा माल सस्ता पड़ता है (1)</w:t>
      </w:r>
    </w:p>
    <w:p>
      <w:pPr>
        <w:pStyle w:val="WSKeyCont"/>
      </w:pPr>
      <w:r>
        <w:t xml:space="preserve">दामोदर घाटी से सस्ती जलविद्युत व कोयला-आधारित ऊर्जा की उपलब्धता (1)</w:t>
      </w:r>
    </w:p>
    <w:p>
      <w:pPr>
        <w:pStyle w:val="WSKeyCont"/>
      </w:pPr>
      <w:r>
        <w:t xml:space="preserve">रेल-सड़क से बंदरगाह व बाज़ार से जुड़ाव से परिवहन लागत घटती है (1)</w:t>
      </w:r>
    </w:p>
    <w:p>
      <w:pPr>
        <w:pStyle w:val="WSKeyCont"/>
      </w:pPr>
      <w:r>
        <w:t xml:space="preserve">सस्ता कुशल-अकुशल श्रम व सहायक उद्योगों का जमावड़ा लाभ देता है (1)</w:t>
      </w:r>
    </w:p>
    <w:p>
      <w:pPr>
        <w:pStyle w:val="WSKeyQ"/>
      </w:pPr>
      <w:r>
        <w:t xml:space="preserve">Question 20</w:t>
      </w:r>
    </w:p>
    <w:p>
      <w:pPr>
        <w:pStyle w:val="WSKeyItem"/>
      </w:pPr>
      <w:r>
        <w:t xml:space="preserve">a</w:t>
      </w:r>
    </w:p>
    <w:p>
      <w:pPr>
        <w:pStyle w:val="WSKeyQ"/>
      </w:pPr>
      <w:r>
        <w:t xml:space="preserve">Question 21</w:t>
      </w:r>
    </w:p>
    <w:p>
      <w:pPr>
        <w:pStyle w:val="WSKeyItem"/>
      </w:pPr>
      <w:r>
        <w:t xml:space="preserve">b</w:t>
      </w:r>
    </w:p>
    <w:p>
      <w:pPr>
        <w:pStyle w:val="WSKeyQ"/>
      </w:pPr>
      <w:r>
        <w:t xml:space="preserve">Question 22</w:t>
      </w:r>
    </w:p>
    <w:p>
      <w:pPr>
        <w:pStyle w:val="WSKeyItem"/>
      </w:pPr>
      <w:r>
        <w:t xml:space="preserve">b</w:t>
      </w:r>
    </w:p>
    <w:p>
      <w:pPr>
        <w:pStyle w:val="WSKeyQ"/>
      </w:pPr>
      <w:r>
        <w:t xml:space="preserve">Question 23</w:t>
      </w:r>
    </w:p>
    <w:p>
      <w:pPr>
        <w:pStyle w:val="WSKeyItem"/>
      </w:pPr>
      <w:r>
        <w:t xml:space="preserve">c</w:t>
      </w:r>
    </w:p>
    <w:p>
      <w:pPr>
        <w:pStyle w:val="WSKeyQ"/>
      </w:pPr>
      <w:r>
        <w:t xml:space="preserve">Question 24</w:t>
      </w:r>
    </w:p>
    <w:p>
      <w:pPr>
        <w:pStyle w:val="WSKeyItem"/>
      </w:pPr>
      <w:r>
        <w:t xml:space="preserve">केंद्र और राज्य दोनों स्तरों की सत्ता संविधान से मिलती है, राज्य केंद्र के अधीन एजेंट नहीं होते — दोनों अपने-अपने क्षेत्र में स्वायत्त होते हैं (1)</w:t>
      </w:r>
    </w:p>
    <w:p>
      <w:pPr>
        <w:pStyle w:val="WSKeyCont"/>
      </w:pPr>
      <w:r>
        <w:t xml:space="preserve">सत्ता का बँटवारा संविधान में गारंटीकृत होता है, उसे एक पक्ष अकेले आदेश से नहीं बदल सकता तथा विवादों के निपटारे के लिए स्वतंत्र न्यायपालिका होती है (1)</w:t>
      </w:r>
    </w:p>
    <w:p>
      <w:pPr>
        <w:pStyle w:val="WSKeyQ"/>
      </w:pPr>
      <w:r>
        <w:t xml:space="preserve">Question 25</w:t>
      </w:r>
    </w:p>
    <w:p>
      <w:pPr>
        <w:pStyle w:val="WSKeyItem"/>
      </w:pPr>
      <w:r>
        <w:t xml:space="preserve">मतदान का अधिकार मिलने के बाद भी असमानता बनी है — शिक्षा / रोज़गार / घरेलू जीवन में भेदभाव के किसी एक पक्ष का सही उदाहरण सहित उल्लेख, जैसे कम साक्षरता, कम वेतन, घरेलू हिंसा (1)</w:t>
      </w:r>
    </w:p>
    <w:p>
      <w:pPr>
        <w:pStyle w:val="WSKeyCont"/>
      </w:pPr>
      <w:r>
        <w:t xml:space="preserve">दूसरे भिन्न पक्ष में असमानता का सही उदाहरण सहित उल्लेख, जैसे राजनीतिक प्रतिनिधित्व में कमी, संपत्ति के अधिकार से वंचित होना, दहेज-उत्पीड़न (1)</w:t>
      </w:r>
    </w:p>
    <w:p>
      <w:pPr>
        <w:pStyle w:val="WSKeyQ"/>
      </w:pPr>
      <w:r>
        <w:t xml:space="preserve">Question 26</w:t>
      </w:r>
    </w:p>
    <w:p>
      <w:pPr>
        <w:pStyle w:val="WSKeyItem"/>
      </w:pPr>
      <w:r>
        <w:t xml:space="preserve">त्रुटि की पहचान — लोकतंत्र मतभेद और असमानता को स्वतः/तुरंत समाप्त नहीं करता, वह केवल उन्हें शांतिपूर्ण ढंग से सुलझाने का ढाँचा देता है (1)</w:t>
      </w:r>
    </w:p>
    <w:p>
      <w:pPr>
        <w:pStyle w:val="WSKeyCont"/>
      </w:pPr>
      <w:r>
        <w:t xml:space="preserve">सुधार-तर्क 1 — समान मताधिकार, मौलिक अधिकार और कानून का शासन गरिमा और समानता देते हैं, जिससे हाशिए के समूहों का असंतोष हिंसा के बजाय संवाद से व्यक्त होता है (1)</w:t>
      </w:r>
    </w:p>
    <w:p>
      <w:pPr>
        <w:pStyle w:val="WSKeyCont"/>
      </w:pPr>
      <w:r>
        <w:t xml:space="preserve">सुधार-तर्क 2 — खुली बहस, स्वतंत्र मीडिया, विपक्ष और जवाबदेह चुनाव सरकार पर नियंत्रण रखते हैं और सत्ता के शांतिपूर्ण हस्तांतरण से टकराव टलता है (1)</w:t>
      </w:r>
    </w:p>
    <w:p>
      <w:pPr>
        <w:pStyle w:val="WSKeyQ"/>
      </w:pPr>
      <w:r>
        <w:t xml:space="preserve">Question 27</w:t>
      </w:r>
    </w:p>
    <w:p>
      <w:pPr>
        <w:pStyle w:val="WSKeyItem"/>
      </w:pPr>
      <w:r>
        <w:t xml:space="preserve">(क) हेतु त्रुटि — पार्टियों को केवल भीड़ जुटाने वाला मानना गलत है, वे लोकतंत्र का स्थायी आधार हैं (1)</w:t>
      </w:r>
    </w:p>
    <w:p>
      <w:pPr>
        <w:pStyle w:val="WSKeyCont"/>
      </w:pPr>
      <w:r>
        <w:t xml:space="preserve">(क) सुधार 1 — उम्मीदवार खड़ा करना, घोषणा-पत्र और चुनाव प्रचार से मतदाता को विकल्प देना (1)</w:t>
      </w:r>
    </w:p>
    <w:p>
      <w:pPr>
        <w:pStyle w:val="WSKeyCont"/>
      </w:pPr>
      <w:r>
        <w:t xml:space="preserve">(क) सुधार 2 — बहुमत से सरकार बनाना, नीतियाँ-कानून बनाना और उनका क्रियान्वयन करना (1)</w:t>
      </w:r>
    </w:p>
    <w:p>
      <w:pPr>
        <w:pStyle w:val="WSKeyCont"/>
      </w:pPr>
      <w:r>
        <w:t xml:space="preserve">(क) सुधार 3 — विपक्ष के रूप में निगरानी, जनमत बनाना और सामाजिक समूहों को प्रतिनिधित्व देना (1)</w:t>
      </w:r>
    </w:p>
    <w:p>
      <w:pPr>
        <w:pStyle w:val="WSKeyCont"/>
      </w:pPr>
      <w:r>
        <w:t xml:space="preserve">(क) सुधार 4 — कार्यकर्ता-नेतृत्व तैयार करना और जनता-सरकार के बीच कड़ी बनना (1)</w:t>
      </w:r>
    </w:p>
    <w:p>
      <w:pPr>
        <w:pStyle w:val="WSKeyCont"/>
      </w:pPr>
      <w:r>
        <w:t xml:space="preserve">(ख) हेतु त्रुटि — वंशवाद को प्रशिक्षण/मजबूती मानना गलत है, यह आंतरिक लोकतंत्र को क्षति पहुँचाता है (1)</w:t>
      </w:r>
    </w:p>
    <w:p>
      <w:pPr>
        <w:pStyle w:val="WSKeyCont"/>
      </w:pPr>
      <w:r>
        <w:t xml:space="preserve">(ख) सुधार 1 — शीर्ष पद परिवार तक सीमित होने से योग्य कार्यकर्ताओं के अवसर बंद होते हैं (1)</w:t>
      </w:r>
    </w:p>
    <w:p>
      <w:pPr>
        <w:pStyle w:val="WSKeyCont"/>
      </w:pPr>
      <w:r>
        <w:t xml:space="preserve">(ख) सुधार 2 — टिकट और पद निष्ठा-परिवार के आधार पर बँटते हैं, विचारधारा और प्रदर्शन गौण हो जाता है (1)</w:t>
      </w:r>
    </w:p>
    <w:p>
      <w:pPr>
        <w:pStyle w:val="WSKeyCont"/>
      </w:pPr>
      <w:r>
        <w:t xml:space="preserve">(ख) सुधार 3 — आंतरिक चुनाव-पारदर्शिता नहीं रहती, असहमति दबती है और भाई-भतीजावाद बढ़ता है (1)</w:t>
      </w:r>
    </w:p>
    <w:p>
      <w:pPr>
        <w:pStyle w:val="WSKeyCont"/>
      </w:pPr>
      <w:r>
        <w:t xml:space="preserve">(ख) सुधार 4 — मतदाता के सामने वास्तविक विकल्प घटते हैं, जिससे जवाबदेही और लोकतांत्रिक गुणवत्ता गिरती है (1)</w:t>
      </w:r>
    </w:p>
    <w:p>
      <w:pPr>
        <w:pStyle w:val="WSKeyQ"/>
      </w:pPr>
      <w:r>
        <w:t xml:space="preserve">Question 28</w:t>
      </w:r>
    </w:p>
    <w:p>
      <w:pPr>
        <w:pStyle w:val="WSKeyItem"/>
      </w:pPr>
      <w:r>
        <w:rPr>
          <w:b/>
          <w:bCs/>
        </w:rPr>
        <w:t xml:space="preserve">(a)</w:t>
      </w:r>
      <w:r>
        <w:t xml:space="preserve"> त्रुटि की पहचान — दोनों देशों ने एक जैसा बहुमतवादी रास्ता नहीं अपनाया; बेल्जियम ने साझेदारी अपनाई (1)</w:t>
      </w:r>
    </w:p>
    <w:p>
      <w:pPr>
        <w:pStyle w:val="WSKeyCont"/>
      </w:pPr>
      <w:r>
        <w:t xml:space="preserve">सुधार-माँग 1 — तमिल भाषा को भी राजभाषा का दर्जा और शिक्षा-प्रशासन में समान अवसर (1)</w:t>
      </w:r>
    </w:p>
    <w:p>
      <w:pPr>
        <w:pStyle w:val="WSKeyCont"/>
      </w:pPr>
      <w:r>
        <w:t xml:space="preserve">सुधार-माँग 2 — भर्ती, विश्वविद्यालय प्रवेश में भेदभाव समाप्त करना और अपनी संस्कृति-क्षेत्र की स्वायत्तता/समान राजनीतिक प्रतिनिधित्व (1)</w:t>
      </w:r>
    </w:p>
    <w:p>
      <w:pPr>
        <w:pStyle w:val="WSKeyItem"/>
      </w:pPr>
      <w:r>
        <w:rPr>
          <w:b/>
          <w:bCs/>
        </w:rPr>
        <w:t xml:space="preserve">(b)</w:t>
      </w:r>
      <w:r>
        <w:t xml:space="preserve"> त्रुटि-सुधार — बहुसंख्यकवाद से शांति नहीं, अविश्वास और टकराव बढ़ा (1)</w:t>
      </w:r>
    </w:p>
    <w:p>
      <w:pPr>
        <w:pStyle w:val="WSKeyCont"/>
      </w:pPr>
      <w:r>
        <w:t xml:space="preserve">परिणाम — बेगानेपन, आंदोलन और लंबे गृहयुद्ध जैसी अस्थिरता, जिससे एकता और विकास को क्षति हुई (1)</w:t>
      </w:r>
    </w:p>
    <w:p>
      <w:pPr>
        <w:pStyle w:val="WSKeyItem"/>
      </w:pPr>
      <w:r>
        <w:rPr>
          <w:b/>
          <w:bCs/>
        </w:rPr>
        <w:t xml:space="preserve">(c)</w:t>
      </w:r>
      <w:r>
        <w:t xml:space="preserve"> प्रावधान 1 — केंद्र में डच और फ्रेंच भाषी मंत्रियों की समान संख्या तथा विशेष बहुमत की शर्त, जिससे कोई एक समुदाय एकतरफा निर्णय नहीं ले सकता (1)</w:t>
      </w:r>
    </w:p>
    <w:p>
      <w:pPr>
        <w:pStyle w:val="WSKeyCont"/>
      </w:pPr>
      <w:r>
        <w:t xml:space="preserve">प्रावधान 2 — सामुदायिक सरकार और ब्रसेल्स में दोनों समुदायों का समान प्रतिनिधित्व तथा क्षेत्रीय स्वायत्तता, जो बहुमत को सर्वोपरि मानने के बजाय सहमति को सर्वोपरि मानती है (1)</w:t>
      </w:r>
    </w:p>
    <w:p>
      <w:pPr>
        <w:pStyle w:val="WSKeyQ"/>
      </w:pPr>
      <w:r>
        <w:t xml:space="preserve">Question 29</w:t>
      </w:r>
    </w:p>
    <w:p>
      <w:pPr>
        <w:pStyle w:val="WSKeyItem"/>
      </w:pPr>
      <w:r>
        <w:t xml:space="preserve">a</w:t>
      </w:r>
    </w:p>
    <w:p>
      <w:pPr>
        <w:pStyle w:val="WSKeyQ"/>
      </w:pPr>
      <w:r>
        <w:t xml:space="preserve">Question 30</w:t>
      </w:r>
    </w:p>
    <w:p>
      <w:pPr>
        <w:pStyle w:val="WSKeyItem"/>
      </w:pPr>
      <w:r>
        <w:t xml:space="preserve">c</w:t>
      </w:r>
    </w:p>
    <w:p>
      <w:pPr>
        <w:pStyle w:val="WSKeyQ"/>
      </w:pPr>
      <w:r>
        <w:t xml:space="preserve">Question 31</w:t>
      </w:r>
    </w:p>
    <w:p>
      <w:pPr>
        <w:pStyle w:val="WSKeyItem"/>
      </w:pPr>
      <w:r>
        <w:t xml:space="preserve">a</w:t>
      </w:r>
    </w:p>
    <w:p>
      <w:pPr>
        <w:pStyle w:val="WSKeyQ"/>
      </w:pPr>
      <w:r>
        <w:t xml:space="preserve">Question 32</w:t>
      </w:r>
    </w:p>
    <w:p>
      <w:pPr>
        <w:pStyle w:val="WSKeyItem"/>
      </w:pPr>
      <w:r>
        <w:t xml:space="preserve">b</w:t>
      </w:r>
    </w:p>
    <w:p>
      <w:pPr>
        <w:pStyle w:val="WSKeyQ"/>
      </w:pPr>
      <w:r>
        <w:t xml:space="preserve">Question 33</w:t>
      </w:r>
    </w:p>
    <w:p>
      <w:pPr>
        <w:pStyle w:val="WSKeyItem"/>
      </w:pPr>
      <w:r>
        <w:t xml:space="preserve">a</w:t>
      </w:r>
    </w:p>
    <w:p>
      <w:pPr>
        <w:pStyle w:val="WSKeyQ"/>
      </w:pPr>
      <w:r>
        <w:t xml:space="preserve">Question 34</w:t>
      </w:r>
    </w:p>
    <w:p>
      <w:pPr>
        <w:pStyle w:val="WSKeyItem"/>
      </w:pPr>
      <w:r>
        <w:t xml:space="preserve">a</w:t>
      </w:r>
    </w:p>
    <w:p>
      <w:pPr>
        <w:pStyle w:val="WSKeyQ"/>
      </w:pPr>
      <w:r>
        <w:t xml:space="preserve">Question 35</w:t>
      </w:r>
    </w:p>
    <w:p>
      <w:pPr>
        <w:pStyle w:val="WSKeyItem"/>
      </w:pPr>
      <w:r>
        <w:t xml:space="preserve">त्रुटि — जन सेवाओं को केवल लागत मानना गलत है; यह उनकी सार्वभौमिक पहुँच, समानता और सकारात्मक बाह्य प्रभावों की उपेक्षा करता है (1)</w:t>
      </w:r>
    </w:p>
    <w:p>
      <w:pPr>
        <w:pStyle w:val="WSKeyCont"/>
      </w:pPr>
      <w:r>
        <w:t xml:space="preserve">सुधार — सुलभ व सस्ती शिक्षा, स्वास्थ्य, जल और परिवहन मानव पूँजी बढ़ाते हैं, बीमारी व अशिक्षा का बोझ घटाते हैं और गरीब-वंचितों को अवसर देते हैं (1)</w:t>
      </w:r>
    </w:p>
    <w:p>
      <w:pPr>
        <w:pStyle w:val="WSKeyCont"/>
      </w:pPr>
      <w:r>
        <w:t xml:space="preserve">अनुप्रयोग — निजी सेवाएँ लाभ के आधार पर महँगी व चयनात्मक होती हैं; जन सेवाएँ सभी के लिए सुरक्षा जाल देकर सामाजिक न्याय और दीर्घकालिक विकास सुनिश्चित करती हैं (1)</w:t>
      </w:r>
    </w:p>
    <w:p>
      <w:pPr>
        <w:pStyle w:val="WSKeyQ"/>
      </w:pPr>
      <w:r>
        <w:t xml:space="preserve">Question 36</w:t>
      </w:r>
    </w:p>
    <w:p>
      <w:pPr>
        <w:pStyle w:val="WSKeyItem"/>
      </w:pPr>
      <w:r>
        <w:t xml:space="preserve">त्रुटि — अनौपचारिक साहूकार को पर्याप्त विकल्प मानना गलत है; वह अत्यधिक ब्याज, शोषण और ऋण-जाल पैदा करता है और गरीबों को वंचित रखता है (1)</w:t>
      </w:r>
    </w:p>
    <w:p>
      <w:pPr>
        <w:pStyle w:val="WSKeyCont"/>
      </w:pPr>
      <w:r>
        <w:t xml:space="preserve">सुधार — बैंकों व सहकारी समितियों का औपचारिक ऋण कम ब्याज, पारदर्शी शर्तों और समय पर पुनर्भुगतान की सुविधा देता है, जिससे किसान व छोटे उद्यमी निवेश कर पाते हैं (1)</w:t>
      </w:r>
    </w:p>
    <w:p>
      <w:pPr>
        <w:pStyle w:val="WSKeyCont"/>
      </w:pPr>
      <w:r>
        <w:t xml:space="preserve">अनुप्रयोग — स्वयं सहायता समूहों और ग्रामीण बैंक शाखाओं द्वारा सस्ते ऋण का विस्तार आय, रोजगार और समान विकास बढ़ाता है, इसलिए ऋण सभी के लिए सुलभ होना चाहिए (1)</w:t>
      </w:r>
    </w:p>
    <w:p>
      <w:pPr>
        <w:pStyle w:val="WSKeyQ"/>
      </w:pPr>
      <w:r>
        <w:t xml:space="preserve">Question 37</w:t>
      </w:r>
    </w:p>
    <w:p>
      <w:pPr>
        <w:pStyle w:val="WSKeyItem"/>
      </w:pPr>
      <w:r>
        <w:t xml:space="preserve">त्रुटि — केवल सांस्कृतिक रुचि को कारण मानना गलत है; रुचि परिणाम है, वैश्वीकरण के साधन और नीतिगत आधार की उपेक्षा हुई है (1)</w:t>
      </w:r>
    </w:p>
    <w:p>
      <w:pPr>
        <w:pStyle w:val="WSKeyCont"/>
      </w:pPr>
      <w:r>
        <w:t xml:space="preserve">सुधार — तीव्र परिवहन व सूचना-संचार प्रौद्योगिकी ने दूरी घटाकर उत्पादन, पूँजी और सेवाओं का वैश्विक प्रवाह संभव किया (1)</w:t>
      </w:r>
    </w:p>
    <w:p>
      <w:pPr>
        <w:pStyle w:val="WSKeyCont"/>
      </w:pPr>
      <w:r>
        <w:t xml:space="preserve">उदारीकरण नीतियाँ, विदेशी निवेश में छूट और बहुराष्ट्रीय निगमों द्वारा विभिन्न देशों में उत्पादन ने बाजारों को जोड़ा और वैश्वीकरण को गति दी (1)</w:t>
      </w:r>
    </w:p>
    <w:p>
      <w:pPr>
        <w:pStyle w:val="WSKeyQ"/>
      </w:pPr>
      <w:r>
        <w:t xml:space="preserve">Question 38</w:t>
      </w:r>
    </w:p>
    <w:p>
      <w:pPr>
        <w:pStyle w:val="WSKeyItem"/>
      </w:pPr>
      <w:r>
        <w:t xml:space="preserve">त्रुटि be क्षेत्र का आधार आय की राशि नहीं, रोजगार की शर्तों, पंजीकरण और नियमों का पालन है, अधिक मजदूरी से असंगठित रोजगार संगठित नहीं बनता (1)</w:t>
      </w:r>
    </w:p>
    <w:p>
      <w:pPr>
        <w:pStyle w:val="WSKeyCont"/>
      </w:pPr>
      <w:r>
        <w:t xml:space="preserve">नियमन और पंजीकरण be संगठित इकाई सरकार द्वारा पंजीकृत और नियमों के अधीन, असंगठित इकाई नियमों से बाहर (1)</w:t>
      </w:r>
    </w:p>
    <w:p>
      <w:pPr>
        <w:pStyle w:val="WSKeyCont"/>
      </w:pPr>
      <w:r>
        <w:t xml:space="preserve">रोजगार सुरक्षा be संगठित में नियुक्ति-पत्र और नौकरी की सुरक्षा, असंगठित में बिना अनुबंध कभी भी हटाया जा सकता है (1)</w:t>
      </w:r>
    </w:p>
    <w:p>
      <w:pPr>
        <w:pStyle w:val="WSKeyCont"/>
      </w:pPr>
      <w:r>
        <w:t xml:space="preserve">कार्य-दशाएँ be संगठित में निश्चित घंटे, सवेतन अवकाश और ओवरटाइम भुगतान, असंगठित में लंबे घंटे, बिना अवकाश काम (1)</w:t>
      </w:r>
    </w:p>
    <w:p>
      <w:pPr>
        <w:pStyle w:val="WSKeyCont"/>
      </w:pPr>
      <w:r>
        <w:t xml:space="preserve">लाभ और संरक्षण be संगठित में भविष्य निधि, ग्रेच्युटी, चिकित्सा और पेंशन, असंगठित में ऐसे कोई लाभ नहीं (1)</w:t>
      </w:r>
    </w:p>
    <w:p>
      <w:pPr>
        <w:pStyle w:val="WSKeyQ"/>
      </w:pPr>
      <w:r>
        <w:t xml:space="preserve">Question 39</w:t>
      </w:r>
    </w:p>
    <w:p>
      <w:pPr>
        <w:pStyle w:val="WSKeyItem"/>
      </w:pPr>
      <w:r>
        <w:t xml:space="preserve">त्रुटि be मालिक से सीधा संपर्क सुरक्षा की गारंटी नहीं देता, बिना अनुबंध और सौदेबाजी की शक्ति के शोषण और अनिश्चितता बढ़ती है (1)</w:t>
      </w:r>
    </w:p>
    <w:p>
      <w:pPr>
        <w:pStyle w:val="WSKeyCont"/>
      </w:pPr>
      <w:r>
        <w:t xml:space="preserve">सुधार be न्यूनतम मजदूरी, निश्चित घंटे और सवेतन अवकाश का कानूनी प्रावधान लागू करना (1)</w:t>
      </w:r>
    </w:p>
    <w:p>
      <w:pPr>
        <w:pStyle w:val="WSKeyCont"/>
      </w:pPr>
      <w:r>
        <w:t xml:space="preserve">सुधार be सस्ती स्वास्थ्य, दुर्घटना बीमा और वृद्धावस्था पेंशन जैसी सामाजिक सुरक्षा देना (1)</w:t>
      </w:r>
    </w:p>
    <w:p>
      <w:pPr>
        <w:pStyle w:val="WSKeyCont"/>
      </w:pPr>
      <w:r>
        <w:t xml:space="preserve">सुधार be स्वयं-सहायता समूह, सहकारी समिति और सरकारी रोजगार योजनाओं से वैकल्पिक सहारा देना (1)</w:t>
      </w:r>
    </w:p>
    <w:p>
      <w:pPr>
        <w:pStyle w:val="WSKeyQ"/>
      </w:pPr>
      <w:r>
        <w:t xml:space="preserve">Question 40</w:t>
      </w:r>
    </w:p>
    <w:p>
      <w:pPr>
        <w:pStyle w:val="WSKeyItem"/>
      </w:pPr>
      <w:r>
        <w:t xml:space="preserve">त्रुटि be निजीकरण को केवल लाभदायक मानना गलत है, लाभ के साथ रोजगार, कीमत और समानता पर हानि भी संभव है (1)</w:t>
      </w:r>
    </w:p>
    <w:p>
      <w:pPr>
        <w:pStyle w:val="WSKeyCont"/>
      </w:pPr>
      <w:r>
        <w:t xml:space="preserve">सकारात्मक प्रभाव be निजी निवेश और आधुनिक तकनीक से पत्तनों की क्षमता, गति और सेवा गुणवत्ता में सुधार (1)</w:t>
      </w:r>
    </w:p>
    <w:p>
      <w:pPr>
        <w:pStyle w:val="WSKeyCont"/>
      </w:pPr>
      <w:r>
        <w:t xml:space="preserve">सकारात्मक प्रभाव be प्रतिस्पर्धा और जवाबदेही बढ़ने से हानि कम होना और सरकारी राजकोषीय बोझ घटना (1)</w:t>
      </w:r>
    </w:p>
    <w:p>
      <w:pPr>
        <w:pStyle w:val="WSKeyCont"/>
      </w:pPr>
      <w:r>
        <w:t xml:space="preserve">नकारात्मक प्रभाव be छँटनी, अस्थायी ठेका-रोजगार और श्रमिकों की सुरक्षा में कमी (1)</w:t>
      </w:r>
    </w:p>
    <w:p>
      <w:pPr>
        <w:pStyle w:val="WSKeyCont"/>
      </w:pPr>
      <w:r>
        <w:t xml:space="preserve">नकारात्मक प्रभाव be शुल्क वृद्धि, दूरस्थ क्षेत्रों की उपेक्षा और निजी एकाधिकार से जनहित की हानि (1)</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भारत और आधुनिक विश्व का इतिहास — अभ्यास प्रश्न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18" Target="media/rId1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2026-09-15T08:25:59Z</dcterms:created>
  <dcterms:modified xsi:type="dcterms:W3CDTF">2026-09-15T08:25:59Z</dcterms:modified>
</cp:coreProperties>
</file>

<file path=docProps/custom.xml><?xml version="1.0" encoding="utf-8"?>
<Properties xmlns="http://schemas.openxmlformats.org/officeDocument/2006/custom-properties" xmlns:vt="http://schemas.openxmlformats.org/officeDocument/2006/docPropsVTypes"/>
</file>