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4.png" ContentType="image/png"/>
  <Override PartName="/word/media/rId27.png" ContentType="image/png"/>
  <Override PartName="/word/media/rId36.png" ContentType="image/png"/>
  <Override PartName="/word/media/rId21.png" ContentType="image/png"/>
  <Override PartName="/word/media/rId30.png" ContentType="image/png"/>
  <Override PartName="/word/media/rId33.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WSTitle"/>
      </w:pPr>
      <w:r>
        <w:rPr>
          <w:rFonts w:hint="eastAsia"/>
        </w:rPr>
        <w:t xml:space="preserve">中學數學創意解難練習</w:t>
      </w:r>
    </w:p>
    <w:p>
      <w:pPr>
        <w:pStyle w:val="WSIdent"/>
      </w:pPr>
      <w:r>
        <w:t xml:space="preserve">Name: </w:t>
      </w:r>
      <w:r>
        <w:rPr>
          <w:u w:val="single"/>
        </w:rPr>
        <w:tab/>
      </w:r>
      <w:r>
        <w:t xml:space="preserve">Class: </w:t>
      </w:r>
      <w:r>
        <w:rPr>
          <w:u w:val="single"/>
        </w:rPr>
        <w:tab/>
      </w:r>
      <w:r>
        <w:t xml:space="preserve">Date: </w:t>
      </w:r>
      <w:r>
        <w:rPr>
          <w:u w:val="single"/>
        </w:rPr>
        <w:tab/>
      </w:r>
    </w:p>
    <w:p>
      <w:pPr>
        <w:pStyle w:val="WSMeta"/>
      </w:pPr>
      <w:r>
        <w:t xml:space="preserve">21 questions</w:t>
      </w:r>
      <w:r>
        <w:tab/>
      </w:r>
      <w:r>
        <w:t xml:space="preserve">146 marks</w:t>
      </w:r>
    </w:p>
    <w:p>
      <w:pPr>
        <w:pStyle w:val="WSStim"/>
      </w:pPr>
      <w:r>
        <w:t xml:space="preserve">2024/25 </w:t>
      </w:r>
      <w:r>
        <w:rPr>
          <w:rFonts w:hint="eastAsia"/>
        </w:rPr>
        <w:t xml:space="preserve">第十五届香港中学数学创意解难比赛</w:t>
      </w:r>
    </w:p>
    <w:p>
      <w:pPr>
        <w:pStyle w:val="WSStim"/>
      </w:pPr>
      <w:r>
        <w:rPr>
          <w:rFonts w:hint="eastAsia"/>
        </w:rPr>
        <w:t xml:space="preserve">22/2/2025(星期六)</w:t>
      </w:r>
      <w:r>
        <w:t xml:space="preserve"> 10:25-11:30</w:t>
      </w:r>
    </w:p>
    <w:p>
      <w:pPr>
        <w:pStyle w:val="WSStim"/>
      </w:pPr>
      <w:r>
        <w:rPr>
          <w:rFonts w:hint="eastAsia"/>
        </w:rPr>
        <w:t xml:space="preserve">比赛时间：65分钟</w:t>
      </w:r>
    </w:p>
    <w:p>
      <w:pPr>
        <w:pStyle w:val="WSStim"/>
      </w:pPr>
      <w:r>
        <w:rPr>
          <w:rFonts w:hint="eastAsia"/>
        </w:rPr>
        <w:t xml:space="preserve">参赛者须知：</w:t>
      </w:r>
    </w:p>
    <w:p>
      <w:pPr>
        <w:pStyle w:val="WSStim"/>
        <w:numPr>
          <w:ilvl w:val="0"/>
          <w:numId w:val="1001"/>
        </w:numPr>
      </w:pPr>
      <w:r>
        <w:rPr>
          <w:rFonts w:hint="eastAsia"/>
        </w:rPr>
        <w:t xml:space="preserve">比赛时间：65分钟。建议在甲部用50分钟作答，在乙部用15分钟作答。</w:t>
      </w:r>
    </w:p>
    <w:p>
      <w:pPr>
        <w:pStyle w:val="WSStim"/>
        <w:numPr>
          <w:ilvl w:val="0"/>
          <w:numId w:val="1001"/>
        </w:numPr>
      </w:pPr>
      <w:r>
        <w:rPr>
          <w:rFonts w:hint="eastAsia"/>
        </w:rPr>
        <w:t xml:space="preserve">本问题卷共8页、答题纸5页，甲部有10题数学题，乙部有1题创意解难题。</w:t>
      </w:r>
    </w:p>
    <w:p>
      <w:pPr>
        <w:pStyle w:val="WSStim"/>
        <w:numPr>
          <w:ilvl w:val="0"/>
          <w:numId w:val="1001"/>
        </w:numPr>
      </w:pPr>
      <w:r>
        <w:rPr>
          <w:rFonts w:hint="eastAsia"/>
        </w:rPr>
        <w:t xml:space="preserve">每位参赛学生获派一份问题卷及一份答题纸。</w:t>
      </w:r>
    </w:p>
    <w:p>
      <w:pPr>
        <w:pStyle w:val="WSStim"/>
        <w:numPr>
          <w:ilvl w:val="0"/>
          <w:numId w:val="1001"/>
        </w:numPr>
      </w:pPr>
      <w:r>
        <w:rPr>
          <w:rFonts w:hint="eastAsia"/>
        </w:rPr>
        <w:t xml:space="preserve">比赛期间队员可以讨论题目，并于答题纸写上议定的答案。**只有写于队长的答题纸上的答案方可得到评分。</w:t>
      </w:r>
    </w:p>
    <w:p>
      <w:pPr>
        <w:pStyle w:val="WSStim"/>
        <w:numPr>
          <w:ilvl w:val="0"/>
          <w:numId w:val="1001"/>
        </w:numPr>
      </w:pPr>
      <w:r>
        <w:rPr>
          <w:rFonts w:hint="eastAsia"/>
        </w:rPr>
        <w:t xml:space="preserve">参赛队伍需自备文具及计算机。为公平起见，比赛中只可使用非图像计算机。本比赛中严禁使用电子字典、电脑、电话或其他有上网或通讯功能的工具。</w:t>
      </w:r>
    </w:p>
    <w:p>
      <w:pPr>
        <w:pStyle w:val="WSStim"/>
        <w:numPr>
          <w:ilvl w:val="0"/>
          <w:numId w:val="1001"/>
        </w:numPr>
      </w:pPr>
      <w:r>
        <w:rPr>
          <w:rFonts w:hint="eastAsia"/>
        </w:rPr>
        <w:t xml:space="preserve">本试卷每页的空白位置可作为草稿之用。每位参赛学生会获派三张草稿纸，如有需要，可要求额外草稿纸。</w:t>
      </w:r>
    </w:p>
    <w:p>
      <w:pPr>
        <w:pStyle w:val="WSStim"/>
        <w:numPr>
          <w:ilvl w:val="0"/>
          <w:numId w:val="1001"/>
        </w:numPr>
      </w:pPr>
      <w:r>
        <w:rPr>
          <w:rFonts w:hint="eastAsia"/>
        </w:rPr>
        <w:t xml:space="preserve">在笔试完结后，必须交回队长的答题纸。</w:t>
      </w:r>
    </w:p>
    <w:p>
      <w:pPr>
        <w:pStyle w:val="WSStim"/>
      </w:pPr>
      <w:r>
        <w:t xml:space="preserve">2024/25 The 15th Hong Kong Mathematics Creative Problem Solving Competition for Secondary Schools</w:t>
      </w:r>
    </w:p>
    <w:p>
      <w:pPr>
        <w:pStyle w:val="WSStim"/>
      </w:pPr>
      <w:r>
        <w:t xml:space="preserve">22/2/2025 (Saturday) 10:25-11:30</w:t>
      </w:r>
    </w:p>
    <w:p>
      <w:pPr>
        <w:pStyle w:val="WSStim"/>
      </w:pPr>
      <w:r>
        <w:t xml:space="preserve">Time allowed : 65 minutes</w:t>
      </w:r>
    </w:p>
    <w:p>
      <w:pPr>
        <w:pStyle w:val="WSStim"/>
      </w:pPr>
      <w:r>
        <w:t xml:space="preserve">Instructions for participants :</w:t>
      </w:r>
    </w:p>
    <w:p>
      <w:pPr>
        <w:pStyle w:val="WSStim"/>
        <w:numPr>
          <w:ilvl w:val="0"/>
          <w:numId w:val="1002"/>
        </w:numPr>
      </w:pPr>
      <w:r>
        <w:t xml:space="preserve">Time allowed: 65 minutes. It is advised to spend 50 minutes in Section A and 15 minutes in Section B.</w:t>
      </w:r>
    </w:p>
    <w:p>
      <w:pPr>
        <w:pStyle w:val="WSStim"/>
        <w:numPr>
          <w:ilvl w:val="0"/>
          <w:numId w:val="1002"/>
        </w:numPr>
      </w:pPr>
      <w:r>
        <w:t xml:space="preserve">The question paper consists of 8 pages, the answer sheet consists of 5 pages. There are 10 questions in Section A and 1 creative problem in Section B.</w:t>
      </w:r>
    </w:p>
    <w:p>
      <w:pPr>
        <w:pStyle w:val="WSStim"/>
        <w:numPr>
          <w:ilvl w:val="0"/>
          <w:numId w:val="1002"/>
        </w:numPr>
      </w:pPr>
      <w:r>
        <w:t xml:space="preserve">Each participant will get a set of question paper and a set of answer sheets.</w:t>
      </w:r>
    </w:p>
    <w:p>
      <w:pPr>
        <w:pStyle w:val="WSStim"/>
        <w:numPr>
          <w:ilvl w:val="0"/>
          <w:numId w:val="1002"/>
        </w:numPr>
      </w:pPr>
      <w:r>
        <w:t xml:space="preserve">Team members are allowed to discuss during the competition. The agreed answers should be written on the answer sheets. **Only the answers in the captain’s answer sheet will be marked.</w:t>
      </w:r>
    </w:p>
    <w:p>
      <w:pPr>
        <w:pStyle w:val="WSStim"/>
        <w:numPr>
          <w:ilvl w:val="0"/>
          <w:numId w:val="1002"/>
        </w:numPr>
      </w:pPr>
      <w:r>
        <w:t xml:space="preserve">Participating teams should bring their own stationery and calculators. For the purpose of fairness, please use only non-graphic calculators. Electronic dictionaries, computers, mobile phones and other online or communication devices are prohibited.</w:t>
      </w:r>
    </w:p>
    <w:p>
      <w:pPr>
        <w:pStyle w:val="WSStim"/>
        <w:numPr>
          <w:ilvl w:val="0"/>
          <w:numId w:val="1002"/>
        </w:numPr>
      </w:pPr>
      <w:r>
        <w:t xml:space="preserve">The blank space on each page of this question paper can be used for rough work. Each participant will get three rough work sheets. Extra rough work sheets will be provided upon request.</w:t>
      </w:r>
    </w:p>
    <w:p>
      <w:pPr>
        <w:pStyle w:val="WSStim"/>
        <w:numPr>
          <w:ilvl w:val="0"/>
          <w:numId w:val="1002"/>
        </w:numPr>
      </w:pPr>
      <w:r>
        <w:t xml:space="preserve">The captain’s answer sheets will be collected after the competition.</w:t>
      </w:r>
    </w:p>
    <w:p>
      <w:pPr>
        <w:pStyle w:val="WSStim"/>
      </w:pPr>
      <w:r>
        <w:rPr>
          <w:rFonts w:hint="eastAsia"/>
        </w:rPr>
        <w:t xml:space="preserve">甲部(建议此部用50分钟作答)</w:t>
      </w:r>
    </w:p>
    <w:p>
      <w:pPr>
        <w:pStyle w:val="WSStim"/>
      </w:pPr>
      <w:r>
        <w:t xml:space="preserve">Section A (Suggested to use 50 minutes in this Section)</w:t>
      </w:r>
    </w:p>
    <w:p>
      <w:pPr>
        <w:pStyle w:val="WSBand"/>
      </w:pPr>
      <w:r>
        <w:t xml:space="preserve">Question 1</w:t>
      </w:r>
    </w:p>
    <w:p>
      <w:pPr>
        <w:pStyle w:val="WSStim"/>
      </w:pPr>
      <w:r>
        <w:rPr>
          <w:rFonts w:hint="eastAsia"/>
        </w:rPr>
        <w:t xml:space="preserve">一個邊長為</w:t>
      </w:r>
      <m:oMath>
        <m:r>
          <m:rPr>
            <m:sty m:val="p"/>
          </m:rPr>
          <m:t>(</m:t>
        </m:r>
        <m:r>
          <m:t>k</m:t>
        </m:r>
        <m:r>
          <m:rPr>
            <m:sty m:val="p"/>
          </m:rPr>
          <m:t>+</m:t>
        </m:r>
        <m:r>
          <m:t>10</m:t>
        </m:r>
        <m:r>
          <m:rPr>
            <m:sty m:val="p"/>
          </m:rPr>
          <m:t>)</m:t>
        </m:r>
      </m:oMath>
      <w:r>
        <w:rPr>
          <w:rFonts w:hint="eastAsia"/>
        </w:rPr>
        <w:t xml:space="preserve">單位的正方形被切成四個相同的部分，然後以以下方式重新排列，使得新形成的圖形是一個更大的「正方形」，中間有空隙。設</w:t>
      </w:r>
      <m:oMath>
        <m:r>
          <m:t>k</m:t>
        </m:r>
        <m:r>
          <m:rPr>
            <m:sty m:val="p"/>
          </m:rPr>
          <m:t>&gt;</m:t>
        </m:r>
        <m:r>
          <m:t>10</m:t>
        </m:r>
      </m:oMath>
      <w:r>
        <w:t xml:space="preserve">。</w:t>
      </w:r>
    </w:p>
    <w:p>
      <w:pPr>
        <w:pStyle w:val="WSStim"/>
      </w:pPr>
      <w:r>
        <w:t xml:space="preserve">A square with side</w:t>
      </w:r>
      <w:r>
        <w:t xml:space="preserve"> </w:t>
      </w:r>
      <m:oMath>
        <m:r>
          <m:rPr>
            <m:sty m:val="p"/>
          </m:rPr>
          <m:t>(</m:t>
        </m:r>
        <m:r>
          <m:t>k</m:t>
        </m:r>
        <m:r>
          <m:rPr>
            <m:sty m:val="p"/>
          </m:rPr>
          <m:t>+</m:t>
        </m:r>
        <m:r>
          <m:t>10</m:t>
        </m:r>
        <m:r>
          <m:rPr>
            <m:sty m:val="p"/>
          </m:rPr>
          <m:t>)</m:t>
        </m:r>
      </m:oMath>
      <w:r>
        <w:t xml:space="preserve"> </w:t>
      </w:r>
      <w:r>
        <w:t xml:space="preserve">units is cut into four identical pieces, and then rearranged in the following way such that the newly formed figure is a larger “square” with empty space in the centre. Assume</w:t>
      </w:r>
      <w:r>
        <w:t xml:space="preserve"> </w:t>
      </w:r>
      <m:oMath>
        <m:r>
          <m:t>k</m:t>
        </m:r>
        <m:r>
          <m:rPr>
            <m:sty m:val="p"/>
          </m:rPr>
          <m:t>&gt;</m:t>
        </m:r>
        <m:r>
          <m:t>10</m:t>
        </m:r>
      </m:oMath>
      <w:r>
        <w:t xml:space="preserve">.</w:t>
      </w:r>
    </w:p>
    <w:p>
      <w:pPr>
        <w:pStyle w:val="WSStem"/>
      </w:pPr>
      <w:r>
        <w:rPr>
          <w:b/>
          <w:bCs/>
        </w:rPr>
        <w:t xml:space="preserve">(a)</w:t>
      </w:r>
      <w:r>
        <w:t xml:space="preserve"> </w:t>
      </w:r>
      <w:r>
        <w:rPr>
          <w:rFonts w:hint="eastAsia"/>
        </w:rPr>
        <w:t xml:space="preserve">有同學誤以為重排前後面積不變，可以忽略中間空隙。這一看法錯在哪裡？糾正後，若空隙的面積為16平方單位，求</w:t>
      </w:r>
      <m:oMath>
        <m:r>
          <m:t>k</m:t>
        </m:r>
      </m:oMath>
      <w:r>
        <w:rPr>
          <w:rFonts w:hint="eastAsia"/>
        </w:rPr>
        <w:t xml:space="preserve">的值。</w:t>
      </w:r>
    </w:p>
    <w:p>
      <w:pPr>
        <w:pStyle w:val="WSStem"/>
      </w:pPr>
      <w:r>
        <w:t xml:space="preserve">A student wrongly thinks the area stays the same and the empty space can be ignored. What is wrong with this view? After correction, if the area of the empty space is 16 square units, find the value of</w:t>
      </w:r>
      <w:r>
        <w:t xml:space="preserve"> </w:t>
      </w:r>
      <m:oMath>
        <m:r>
          <m:t>k</m:t>
        </m:r>
      </m:oMath>
      <w:r>
        <w:t xml:space="preserve">.</w:t>
      </w:r>
    </w:p>
    <w:p>
      <w:pPr>
        <w:pStyle w:val="WSAnswerLine"/>
      </w:pPr>
      <w:r>
        <w:t xml:space="preserve">Answer: ________________</w:t>
      </w:r>
    </w:p>
    <w:p>
      <w:pPr>
        <w:pStyle w:val="WSStem"/>
      </w:pPr>
      <w:r>
        <w:rPr>
          <w:b/>
          <w:bCs/>
        </w:rPr>
        <w:t xml:space="preserve">(b)</w:t>
      </w:r>
      <w:r>
        <w:t xml:space="preserve"> </w:t>
      </w:r>
      <w:r>
        <w:rPr>
          <w:rFonts w:hint="eastAsia"/>
        </w:rPr>
        <w:t xml:space="preserve">另一同學誤以為周長變為1.25倍則面積也變為1.25倍。這一看法錯在哪裡？糾正後，如果更大正方形的周長是原正方形的1.25倍，求</w:t>
      </w:r>
      <m:oMath>
        <m:r>
          <m:t>k</m:t>
        </m:r>
      </m:oMath>
      <w:r>
        <w:rPr>
          <w:rFonts w:hint="eastAsia"/>
        </w:rPr>
        <w:t xml:space="preserve">的值。</w:t>
      </w:r>
    </w:p>
    <w:p>
      <w:pPr>
        <w:pStyle w:val="WSStem"/>
      </w:pPr>
      <w:r>
        <w:t xml:space="preserve">Another student wrongly thinks that if the perimeter becomes 1.25 times, the area also becomes 1.25 times. What is wrong with this view? After correction, if the perimeter of the larger square is 1.25 times of the original square, find the value of</w:t>
      </w:r>
      <w:r>
        <w:t xml:space="preserve"> </w:t>
      </w:r>
      <m:oMath>
        <m:r>
          <m:t>k</m:t>
        </m:r>
      </m:oMath>
      <w:r>
        <w:t xml:space="preserve">.</w:t>
      </w:r>
    </w:p>
    <w:p>
      <w:pPr>
        <w:pStyle w:val="WSAnswerLine"/>
      </w:pPr>
      <w:r>
        <w:t xml:space="preserve">Answer: ________________</w:t>
      </w:r>
    </w:p>
    <w:p>
      <w:r>
        <w:br w:type="page"/>
      </w:r>
    </w:p>
    <w:p>
      <w:pPr>
        <w:pStyle w:val="WSBand"/>
      </w:pPr>
      <w:r>
        <w:t xml:space="preserve">Question 2</w:t>
      </w:r>
    </w:p>
    <w:p>
      <w:pPr>
        <w:pStyle w:val="WSStem"/>
      </w:pPr>
      <w:r>
        <w:rPr>
          <w:rFonts w:hint="eastAsia"/>
        </w:rPr>
        <w:t xml:space="preserve">小刚认为：若正整数</w:t>
      </w:r>
      <w:r>
        <w:t xml:space="preserve"> </w:t>
      </w:r>
      <m:oMath>
        <m:r>
          <m:t>N</m:t>
        </m:r>
      </m:oMath>
      <w:r>
        <w:t xml:space="preserve"> </w:t>
      </w:r>
      <w:r>
        <w:rPr>
          <w:rFonts w:hint="eastAsia"/>
        </w:rPr>
        <w:t xml:space="preserve">可以写成</w:t>
      </w:r>
      <w:r>
        <w:t xml:space="preserve"> </w:t>
      </w:r>
      <m:oMath>
        <m:r>
          <m:t>k</m:t>
        </m:r>
      </m:oMath>
      <w:r>
        <w:t xml:space="preserve"> </w:t>
      </w:r>
      <w:r>
        <w:rPr>
          <w:rFonts w:hint="eastAsia"/>
        </w:rPr>
        <w:t xml:space="preserve">个连续正整数之和，则</w:t>
      </w:r>
      <w:r>
        <w:t xml:space="preserve"> </w:t>
      </w:r>
      <m:oMath>
        <m:r>
          <m:t>k</m:t>
        </m:r>
      </m:oMath>
      <w:r>
        <w:t xml:space="preserve"> </w:t>
      </w:r>
      <w:r>
        <w:rPr>
          <w:rFonts w:hint="eastAsia"/>
        </w:rPr>
        <w:t xml:space="preserve">一定整除</w:t>
      </w:r>
      <w:r>
        <w:t xml:space="preserve"> </w:t>
      </w:r>
      <m:oMath>
        <m:r>
          <m:t>N</m:t>
        </m:r>
      </m:oMath>
      <w:r>
        <w:rPr>
          <w:rFonts w:hint="eastAsia"/>
        </w:rPr>
        <w:t xml:space="preserve">。他想用这个结论来求</w:t>
      </w:r>
      <w:r>
        <w:t xml:space="preserve"> </w:t>
      </w:r>
      <m:oMath>
        <m:r>
          <m:t>2031</m:t>
        </m:r>
      </m:oMath>
      <w:r>
        <w:t xml:space="preserve"> </w:t>
      </w:r>
      <w:r>
        <w:rPr>
          <w:rFonts w:hint="eastAsia"/>
        </w:rPr>
        <w:t xml:space="preserve">的最长表示。请指出他的错误在于混淆了奇数项和偶数项的条件，并求</w:t>
      </w:r>
      <w:r>
        <w:t xml:space="preserve"> </w:t>
      </w:r>
      <m:oMath>
        <m:r>
          <m:t>2031</m:t>
        </m:r>
      </m:oMath>
      <w:r>
        <w:t xml:space="preserve"> </w:t>
      </w:r>
      <w:r>
        <w:rPr>
          <w:rFonts w:hint="eastAsia"/>
        </w:rPr>
        <w:t xml:space="preserve">最多可以写成多少个连续正整数之和？</w:t>
      </w:r>
      <w:r>
        <w:t xml:space="preserve"> </w:t>
      </w:r>
      <w:r>
        <w:t xml:space="preserve">Xiao Gang claims that if</w:t>
      </w:r>
      <w:r>
        <w:t xml:space="preserve"> </w:t>
      </w:r>
      <m:oMath>
        <m:r>
          <m:t>N</m:t>
        </m:r>
      </m:oMath>
      <w:r>
        <w:t xml:space="preserve"> </w:t>
      </w:r>
      <w:r>
        <w:t xml:space="preserve">is a sum of</w:t>
      </w:r>
      <w:r>
        <w:t xml:space="preserve"> </w:t>
      </w:r>
      <m:oMath>
        <m:r>
          <m:t>k</m:t>
        </m:r>
      </m:oMath>
      <w:r>
        <w:t xml:space="preserve"> </w:t>
      </w:r>
      <w:r>
        <w:t xml:space="preserve">consecutive positive integers then</w:t>
      </w:r>
      <w:r>
        <w:t xml:space="preserve"> </w:t>
      </w:r>
      <m:oMath>
        <m:r>
          <m:t>k</m:t>
        </m:r>
      </m:oMath>
      <w:r>
        <w:t xml:space="preserve"> </w:t>
      </w:r>
      <w:r>
        <w:t xml:space="preserve">must divide</w:t>
      </w:r>
      <w:r>
        <w:t xml:space="preserve"> </w:t>
      </w:r>
      <m:oMath>
        <m:r>
          <m:t>N</m:t>
        </m:r>
      </m:oMath>
      <w:r>
        <w:t xml:space="preserve">. Point out his error about odd vs even</w:t>
      </w:r>
      <w:r>
        <w:t xml:space="preserve"> </w:t>
      </w:r>
      <m:oMath>
        <m:r>
          <m:t>k</m:t>
        </m:r>
      </m:oMath>
      <w:r>
        <w:t xml:space="preserve"> </w:t>
      </w:r>
      <w:r>
        <w:t xml:space="preserve">and find the maximum</w:t>
      </w:r>
      <w:r>
        <w:t xml:space="preserve"> </w:t>
      </w:r>
      <m:oMath>
        <m:r>
          <m:t>k</m:t>
        </m:r>
      </m:oMath>
      <w:r>
        <w:t xml:space="preserve"> </w:t>
      </w:r>
      <w:r>
        <w:t xml:space="preserve">such that</w:t>
      </w:r>
      <w:r>
        <w:t xml:space="preserve"> </w:t>
      </w:r>
      <m:oMath>
        <m:r>
          <m:t>2031</m:t>
        </m:r>
      </m:oMath>
      <w:r>
        <w:t xml:space="preserve"> </w:t>
      </w:r>
      <w:r>
        <w:t xml:space="preserve">is a sum of</w:t>
      </w:r>
      <w:r>
        <w:t xml:space="preserve"> </w:t>
      </w:r>
      <m:oMath>
        <m:r>
          <m:t>k</m:t>
        </m:r>
      </m:oMath>
      <w:r>
        <w:t xml:space="preserve"> </w:t>
      </w:r>
      <w:r>
        <w:t xml:space="preserve">consecutive positive integers.</w:t>
      </w:r>
    </w:p>
    <w:p>
      <w:pPr>
        <w:pStyle w:val="WSAnswerLine"/>
      </w:pPr>
      <w:r>
        <w:t xml:space="preserve">Answer: ________________</w:t>
      </w:r>
    </w:p>
    <w:p>
      <w:r>
        <w:br w:type="page"/>
      </w:r>
    </w:p>
    <w:p>
      <w:pPr>
        <w:pStyle w:val="WSBand"/>
      </w:pPr>
      <w:r>
        <w:t xml:space="preserve">Question 3</w:t>
      </w:r>
    </w:p>
    <w:p>
      <w:pPr>
        <w:pStyle w:val="WSStem"/>
      </w:pPr>
      <w:r>
        <w:rPr>
          <w:rFonts w:hint="eastAsia"/>
        </w:rPr>
        <w:t xml:space="preserve">小明认为：若</w:t>
      </w:r>
      <w:r>
        <w:t xml:space="preserve"> </w:t>
      </w:r>
      <m:oMath>
        <m:r>
          <m:t>9009</m:t>
        </m:r>
        <m:r>
          <m:t>p</m:t>
        </m:r>
      </m:oMath>
      <w:r>
        <w:t xml:space="preserve"> </w:t>
      </w:r>
      <w:r>
        <w:rPr>
          <w:rFonts w:hint="eastAsia"/>
        </w:rPr>
        <w:t xml:space="preserve">为完全平方数，则</w:t>
      </w:r>
      <w:r>
        <w:t xml:space="preserve"> </w:t>
      </w:r>
      <m:oMath>
        <m:r>
          <m:t>p</m:t>
        </m:r>
      </m:oMath>
      <w:r>
        <w:t xml:space="preserve"> </w:t>
      </w:r>
      <w:r>
        <w:rPr>
          <w:rFonts w:hint="eastAsia"/>
        </w:rPr>
        <w:t xml:space="preserve">一定是</w:t>
      </w:r>
      <w:r>
        <w:t xml:space="preserve"> </w:t>
      </w:r>
      <m:oMath>
        <m:r>
          <m:t>9009</m:t>
        </m:r>
      </m:oMath>
      <w:r>
        <w:t xml:space="preserve"> </w:t>
      </w:r>
      <w:r>
        <w:rPr>
          <w:rFonts w:hint="eastAsia"/>
        </w:rPr>
        <w:t xml:space="preserve">的倍数。请指出他的错误在于忽略了</w:t>
      </w:r>
      <w:r>
        <w:t xml:space="preserve"> </w:t>
      </w:r>
      <m:oMath>
        <m:r>
          <m:t>9009</m:t>
        </m:r>
      </m:oMath>
      <w:r>
        <w:t xml:space="preserve"> </w:t>
      </w:r>
      <w:r>
        <w:rPr>
          <w:rFonts w:hint="eastAsia"/>
        </w:rPr>
        <w:t xml:space="preserve">中含有平方因子，并求所有正四位数</w:t>
      </w:r>
      <w:r>
        <w:t xml:space="preserve"> </w:t>
      </w:r>
      <m:oMath>
        <m:r>
          <m:t>p</m:t>
        </m:r>
      </m:oMath>
      <w:r>
        <w:t xml:space="preserve"> </w:t>
      </w:r>
      <w:r>
        <w:rPr>
          <w:rFonts w:hint="eastAsia"/>
        </w:rPr>
        <w:t xml:space="preserve">使得</w:t>
      </w:r>
      <w:r>
        <w:t xml:space="preserve"> </w:t>
      </w:r>
      <m:oMath>
        <m:r>
          <m:t>9009</m:t>
        </m:r>
        <m:r>
          <m:t>p</m:t>
        </m:r>
      </m:oMath>
      <w:r>
        <w:t xml:space="preserve"> </w:t>
      </w:r>
      <w:r>
        <w:rPr>
          <w:rFonts w:hint="eastAsia"/>
        </w:rPr>
        <w:t xml:space="preserve">为完全平方数的所有</w:t>
      </w:r>
      <w:r>
        <w:t xml:space="preserve"> </w:t>
      </w:r>
      <m:oMath>
        <m:r>
          <m:t>p</m:t>
        </m:r>
      </m:oMath>
      <w:r>
        <w:t xml:space="preserve"> </w:t>
      </w:r>
      <w:r>
        <w:rPr>
          <w:rFonts w:hint="eastAsia"/>
        </w:rPr>
        <w:t xml:space="preserve">的可能值之和。</w:t>
      </w:r>
      <w:r>
        <w:t xml:space="preserve"> </w:t>
      </w:r>
      <w:r>
        <w:t xml:space="preserve">Xiao Ming claims that if</w:t>
      </w:r>
      <w:r>
        <w:t xml:space="preserve"> </w:t>
      </w:r>
      <m:oMath>
        <m:r>
          <m:t>9009</m:t>
        </m:r>
        <m:r>
          <m:t>p</m:t>
        </m:r>
      </m:oMath>
      <w:r>
        <w:t xml:space="preserve"> </w:t>
      </w:r>
      <w:r>
        <w:t xml:space="preserve">is a perfect square then</w:t>
      </w:r>
      <w:r>
        <w:t xml:space="preserve"> </w:t>
      </w:r>
      <m:oMath>
        <m:r>
          <m:t>p</m:t>
        </m:r>
      </m:oMath>
      <w:r>
        <w:t xml:space="preserve"> </w:t>
      </w:r>
      <w:r>
        <w:t xml:space="preserve">must be a multiple of</w:t>
      </w:r>
      <w:r>
        <w:t xml:space="preserve"> </w:t>
      </w:r>
      <m:oMath>
        <m:r>
          <m:t>9009</m:t>
        </m:r>
      </m:oMath>
      <w:r>
        <w:t xml:space="preserve">. Point out his error about the squared factor in</w:t>
      </w:r>
      <w:r>
        <w:t xml:space="preserve"> </w:t>
      </w:r>
      <m:oMath>
        <m:r>
          <m:t>9009</m:t>
        </m:r>
      </m:oMath>
      <w:r>
        <w:t xml:space="preserve"> </w:t>
      </w:r>
      <w:r>
        <w:t xml:space="preserve">and find the sum of all 4-digit</w:t>
      </w:r>
      <w:r>
        <w:t xml:space="preserve"> </w:t>
      </w:r>
      <m:oMath>
        <m:r>
          <m:t>p</m:t>
        </m:r>
      </m:oMath>
      <w:r>
        <w:t xml:space="preserve"> </w:t>
      </w:r>
      <w:r>
        <w:t xml:space="preserve">such that</w:t>
      </w:r>
      <w:r>
        <w:t xml:space="preserve"> </w:t>
      </w:r>
      <m:oMath>
        <m:r>
          <m:t>9009</m:t>
        </m:r>
        <m:r>
          <m:t>p</m:t>
        </m:r>
      </m:oMath>
      <w:r>
        <w:t xml:space="preserve"> </w:t>
      </w:r>
      <w:r>
        <w:t xml:space="preserve">is a perfect square.</w:t>
      </w:r>
    </w:p>
    <w:p>
      <w:pPr>
        <w:pStyle w:val="WSAnswerLine"/>
      </w:pPr>
      <w:r>
        <w:t xml:space="preserve">Answer: ________________</w:t>
      </w:r>
    </w:p>
    <w:p>
      <w:r>
        <w:br w:type="page"/>
      </w:r>
    </w:p>
    <w:p>
      <w:pPr>
        <w:pStyle w:val="WSBand"/>
      </w:pPr>
      <w:r>
        <w:t xml:space="preserve">Question 4</w:t>
      </w:r>
    </w:p>
    <w:p>
      <w:pPr>
        <w:pStyle w:val="WSStem"/>
      </w:pPr>
      <w:r>
        <w:rPr>
          <w:rFonts w:hint="eastAsia"/>
        </w:rPr>
        <w:t xml:space="preserve">有同学误以为</w:t>
      </w:r>
      <w:r>
        <w:t xml:space="preserve"> </w:t>
      </w:r>
      <m:oMath>
        <m:sSup>
          <m:e>
            <m:r>
              <m:t>a</m:t>
            </m:r>
          </m:e>
          <m:sup>
            <m:r>
              <m:t>2</m:t>
            </m:r>
          </m:sup>
        </m:sSup>
        <m:r>
          <m:rPr>
            <m:sty m:val="p"/>
          </m:rPr>
          <m:t>+</m:t>
        </m:r>
        <m:sSup>
          <m:e>
            <m:r>
              <m:t>b</m:t>
            </m:r>
          </m:e>
          <m:sup>
            <m:r>
              <m:t>2</m:t>
            </m:r>
          </m:sup>
        </m:sSup>
        <m:r>
          <m:rPr>
            <m:sty m:val="p"/>
          </m:rPr>
          <m:t>+</m:t>
        </m:r>
        <m:sSup>
          <m:e>
            <m:r>
              <m:t>c</m:t>
            </m:r>
          </m:e>
          <m:sup>
            <m:r>
              <m:t>2</m:t>
            </m:r>
          </m:sup>
        </m:sSup>
        <m:r>
          <m:rPr>
            <m:sty m:val="p"/>
          </m:rPr>
          <m:t>=</m:t>
        </m:r>
        <m:sSup>
          <m:e>
            <m:r>
              <m:rPr>
                <m:sty m:val="p"/>
              </m:rPr>
              <m:t>(</m:t>
            </m:r>
            <m:r>
              <m:t>a</m:t>
            </m:r>
            <m:r>
              <m:rPr>
                <m:sty m:val="p"/>
              </m:rPr>
              <m:t>+</m:t>
            </m:r>
            <m:r>
              <m:t>b</m:t>
            </m:r>
            <m:r>
              <m:rPr>
                <m:sty m:val="p"/>
              </m:rPr>
              <m:t>+</m:t>
            </m:r>
            <m:r>
              <m:t>c</m:t>
            </m:r>
            <m:r>
              <m:rPr>
                <m:sty m:val="p"/>
              </m:rPr>
              <m:t>)</m:t>
            </m:r>
          </m:e>
          <m:sup>
            <m:r>
              <m:t>2</m:t>
            </m:r>
          </m:sup>
        </m:sSup>
      </m:oMath>
      <w:r>
        <w:rPr>
          <w:rFonts w:hint="eastAsia"/>
        </w:rPr>
        <w:t xml:space="preserve">，于是认为由</w:t>
      </w:r>
      <w:r>
        <w:t xml:space="preserve"> </w:t>
      </w:r>
      <m:oMath>
        <m:r>
          <m:t>a</m:t>
        </m:r>
        <m:r>
          <m:rPr>
            <m:sty m:val="p"/>
          </m:rPr>
          <m:t>+</m:t>
        </m:r>
        <m:r>
          <m:t>b</m:t>
        </m:r>
        <m:r>
          <m:rPr>
            <m:sty m:val="p"/>
          </m:rPr>
          <m:t>+</m:t>
        </m:r>
        <m:r>
          <m:t>c</m:t>
        </m:r>
        <m:r>
          <m:rPr>
            <m:sty m:val="p"/>
          </m:rPr>
          <m:t>=</m:t>
        </m:r>
        <m:r>
          <m:t>13</m:t>
        </m:r>
      </m:oMath>
      <w:r>
        <w:t xml:space="preserve"> </w:t>
      </w:r>
      <w:r>
        <w:rPr>
          <w:rFonts w:hint="eastAsia"/>
        </w:rPr>
        <w:t xml:space="preserve">可得</w:t>
      </w:r>
      <w:r>
        <w:t xml:space="preserve"> </w:t>
      </w:r>
      <m:oMath>
        <m:r>
          <m:t>d</m:t>
        </m:r>
        <m:r>
          <m:rPr>
            <m:sty m:val="p"/>
          </m:rPr>
          <m:t>=</m:t>
        </m:r>
        <m:r>
          <m:t>13</m:t>
        </m:r>
      </m:oMath>
      <w:r>
        <w:rPr>
          <w:rFonts w:hint="eastAsia"/>
        </w:rPr>
        <w:t xml:space="preserve">。请纠正这个漏掉</w:t>
      </w:r>
      <w:r>
        <w:t xml:space="preserve"> </w:t>
      </w:r>
      <m:oMath>
        <m:r>
          <m:t>2</m:t>
        </m:r>
        <m:r>
          <m:rPr>
            <m:sty m:val="p"/>
          </m:rPr>
          <m:t>(</m:t>
        </m:r>
        <m:r>
          <m:t>a</m:t>
        </m:r>
        <m:r>
          <m:t>b</m:t>
        </m:r>
        <m:r>
          <m:rPr>
            <m:sty m:val="p"/>
          </m:rPr>
          <m:t>+</m:t>
        </m:r>
        <m:r>
          <m:t>b</m:t>
        </m:r>
        <m:r>
          <m:t>c</m:t>
        </m:r>
        <m:r>
          <m:rPr>
            <m:sty m:val="p"/>
          </m:rPr>
          <m:t>+</m:t>
        </m:r>
        <m:r>
          <m:t>c</m:t>
        </m:r>
        <m:r>
          <m:t>a</m:t>
        </m:r>
        <m:r>
          <m:rPr>
            <m:sty m:val="p"/>
          </m:rPr>
          <m:t>)</m:t>
        </m:r>
      </m:oMath>
      <w:r>
        <w:t xml:space="preserve"> </w:t>
      </w:r>
      <w:r>
        <w:rPr>
          <w:rFonts w:hint="eastAsia"/>
        </w:rPr>
        <w:t xml:space="preserve">的错误，并求满足</w:t>
      </w:r>
      <w:r>
        <w:t xml:space="preserve"> </w:t>
      </w:r>
      <m:oMath>
        <m:r>
          <m:t>a</m:t>
        </m:r>
        <m:r>
          <m:rPr>
            <m:sty m:val="p"/>
          </m:rPr>
          <m:t>+</m:t>
        </m:r>
        <m:r>
          <m:t>b</m:t>
        </m:r>
        <m:r>
          <m:rPr>
            <m:sty m:val="p"/>
          </m:rPr>
          <m:t>+</m:t>
        </m:r>
        <m:r>
          <m:t>c</m:t>
        </m:r>
        <m:r>
          <m:rPr>
            <m:sty m:val="p"/>
          </m:rPr>
          <m:t>=</m:t>
        </m:r>
        <m:r>
          <m:t>13</m:t>
        </m:r>
      </m:oMath>
      <w:r>
        <w:t xml:space="preserve"> </w:t>
      </w:r>
      <w:r>
        <w:rPr>
          <w:rFonts w:hint="eastAsia"/>
        </w:rPr>
        <w:t xml:space="preserve">及</w:t>
      </w:r>
      <w:r>
        <w:t xml:space="preserve"> </w:t>
      </w:r>
      <m:oMath>
        <m:r>
          <m:t>a</m:t>
        </m:r>
        <m:r>
          <m:t>b</m:t>
        </m:r>
        <m:r>
          <m:rPr>
            <m:sty m:val="p"/>
          </m:rPr>
          <m:t>+</m:t>
        </m:r>
        <m:r>
          <m:t>b</m:t>
        </m:r>
        <m:r>
          <m:t>c</m:t>
        </m:r>
        <m:r>
          <m:rPr>
            <m:sty m:val="p"/>
          </m:rPr>
          <m:t>+</m:t>
        </m:r>
        <m:r>
          <m:t>c</m:t>
        </m:r>
        <m:r>
          <m:t>a</m:t>
        </m:r>
        <m:r>
          <m:rPr>
            <m:sty m:val="p"/>
          </m:rPr>
          <m:t>+</m:t>
        </m:r>
        <m:r>
          <m:t>28</m:t>
        </m:r>
        <m:r>
          <m:rPr>
            <m:sty m:val="p"/>
          </m:rPr>
          <m:t>=</m:t>
        </m:r>
        <m:r>
          <m:t>0</m:t>
        </m:r>
      </m:oMath>
      <w:r>
        <w:rPr>
          <w:rFonts w:hint="eastAsia"/>
        </w:rPr>
        <w:t xml:space="preserve">，且</w:t>
      </w:r>
      <w:r>
        <w:t xml:space="preserve"> </w:t>
      </w:r>
      <m:oMath>
        <m:r>
          <m:t>d</m:t>
        </m:r>
        <m:r>
          <m:rPr>
            <m:sty m:val="p"/>
          </m:rPr>
          <m:t>&gt;</m:t>
        </m:r>
        <m:r>
          <m:t>0</m:t>
        </m:r>
      </m:oMath>
      <w:r>
        <w:rPr>
          <w:rFonts w:hint="eastAsia"/>
        </w:rPr>
        <w:t xml:space="preserve">，</w:t>
      </w:r>
      <m:oMath>
        <m:sSup>
          <m:e>
            <m:r>
              <m:t>d</m:t>
            </m:r>
          </m:e>
          <m:sup>
            <m:r>
              <m:t>2</m:t>
            </m:r>
          </m:sup>
        </m:sSup>
        <m:r>
          <m:rPr>
            <m:sty m:val="p"/>
          </m:rPr>
          <m:t>=</m:t>
        </m:r>
        <m:sSup>
          <m:e>
            <m:r>
              <m:t>a</m:t>
            </m:r>
          </m:e>
          <m:sup>
            <m:r>
              <m:t>2</m:t>
            </m:r>
          </m:sup>
        </m:sSup>
        <m:r>
          <m:rPr>
            <m:sty m:val="p"/>
          </m:rPr>
          <m:t>+</m:t>
        </m:r>
        <m:sSup>
          <m:e>
            <m:r>
              <m:t>b</m:t>
            </m:r>
          </m:e>
          <m:sup>
            <m:r>
              <m:t>2</m:t>
            </m:r>
          </m:sup>
        </m:sSup>
        <m:r>
          <m:rPr>
            <m:sty m:val="p"/>
          </m:rPr>
          <m:t>+</m:t>
        </m:r>
        <m:sSup>
          <m:e>
            <m:r>
              <m:t>c</m:t>
            </m:r>
          </m:e>
          <m:sup>
            <m:r>
              <m:t>2</m:t>
            </m:r>
          </m:sup>
        </m:sSup>
      </m:oMath>
      <w:r>
        <w:t xml:space="preserve"> </w:t>
      </w:r>
      <w:r>
        <w:rPr>
          <w:rFonts w:hint="eastAsia"/>
        </w:rPr>
        <w:t xml:space="preserve">的</w:t>
      </w:r>
      <w:r>
        <w:t xml:space="preserve"> </w:t>
      </w:r>
      <m:oMath>
        <m:r>
          <m:t>d</m:t>
        </m:r>
      </m:oMath>
      <w:r>
        <w:t xml:space="preserve">。</w:t>
      </w:r>
      <w:r>
        <w:t xml:space="preserve"> </w:t>
      </w:r>
      <w:r>
        <w:t xml:space="preserve">A student wrongly thinks</w:t>
      </w:r>
      <w:r>
        <w:t xml:space="preserve"> </w:t>
      </w:r>
      <m:oMath>
        <m:sSup>
          <m:e>
            <m:r>
              <m:t>a</m:t>
            </m:r>
          </m:e>
          <m:sup>
            <m:r>
              <m:t>2</m:t>
            </m:r>
          </m:sup>
        </m:sSup>
        <m:r>
          <m:rPr>
            <m:sty m:val="p"/>
          </m:rPr>
          <m:t>+</m:t>
        </m:r>
        <m:sSup>
          <m:e>
            <m:r>
              <m:t>b</m:t>
            </m:r>
          </m:e>
          <m:sup>
            <m:r>
              <m:t>2</m:t>
            </m:r>
          </m:sup>
        </m:sSup>
        <m:r>
          <m:rPr>
            <m:sty m:val="p"/>
          </m:rPr>
          <m:t>+</m:t>
        </m:r>
        <m:sSup>
          <m:e>
            <m:r>
              <m:t>c</m:t>
            </m:r>
          </m:e>
          <m:sup>
            <m:r>
              <m:t>2</m:t>
            </m:r>
          </m:sup>
        </m:sSup>
        <m:r>
          <m:rPr>
            <m:sty m:val="p"/>
          </m:rPr>
          <m:t>=</m:t>
        </m:r>
        <m:sSup>
          <m:e>
            <m:r>
              <m:rPr>
                <m:sty m:val="p"/>
              </m:rPr>
              <m:t>(</m:t>
            </m:r>
            <m:r>
              <m:t>a</m:t>
            </m:r>
            <m:r>
              <m:rPr>
                <m:sty m:val="p"/>
              </m:rPr>
              <m:t>+</m:t>
            </m:r>
            <m:r>
              <m:t>b</m:t>
            </m:r>
            <m:r>
              <m:rPr>
                <m:sty m:val="p"/>
              </m:rPr>
              <m:t>+</m:t>
            </m:r>
            <m:r>
              <m:t>c</m:t>
            </m:r>
            <m:r>
              <m:rPr>
                <m:sty m:val="p"/>
              </m:rPr>
              <m:t>)</m:t>
            </m:r>
          </m:e>
          <m:sup>
            <m:r>
              <m:t>2</m:t>
            </m:r>
          </m:sup>
        </m:sSup>
      </m:oMath>
      <w:r>
        <w:t xml:space="preserve"> </w:t>
      </w:r>
      <w:r>
        <w:t xml:space="preserve">and gets</w:t>
      </w:r>
      <w:r>
        <w:t xml:space="preserve"> </w:t>
      </w:r>
      <m:oMath>
        <m:r>
          <m:t>d</m:t>
        </m:r>
        <m:r>
          <m:rPr>
            <m:sty m:val="p"/>
          </m:rPr>
          <m:t>=</m:t>
        </m:r>
        <m:r>
          <m:t>13</m:t>
        </m:r>
      </m:oMath>
      <w:r>
        <w:t xml:space="preserve"> </w:t>
      </w:r>
      <w:r>
        <w:t xml:space="preserve">from</w:t>
      </w:r>
      <w:r>
        <w:t xml:space="preserve"> </w:t>
      </w:r>
      <m:oMath>
        <m:r>
          <m:t>a</m:t>
        </m:r>
        <m:r>
          <m:rPr>
            <m:sty m:val="p"/>
          </m:rPr>
          <m:t>+</m:t>
        </m:r>
        <m:r>
          <m:t>b</m:t>
        </m:r>
        <m:r>
          <m:rPr>
            <m:sty m:val="p"/>
          </m:rPr>
          <m:t>+</m:t>
        </m:r>
        <m:r>
          <m:t>c</m:t>
        </m:r>
        <m:r>
          <m:rPr>
            <m:sty m:val="p"/>
          </m:rPr>
          <m:t>=</m:t>
        </m:r>
        <m:r>
          <m:t>13</m:t>
        </m:r>
      </m:oMath>
      <w:r>
        <w:t xml:space="preserve">. Correct the missing</w:t>
      </w:r>
      <w:r>
        <w:t xml:space="preserve"> </w:t>
      </w:r>
      <m:oMath>
        <m:r>
          <m:t>2</m:t>
        </m:r>
        <m:r>
          <m:rPr>
            <m:sty m:val="p"/>
          </m:rPr>
          <m:t>(</m:t>
        </m:r>
        <m:r>
          <m:t>a</m:t>
        </m:r>
        <m:r>
          <m:t>b</m:t>
        </m:r>
        <m:r>
          <m:rPr>
            <m:sty m:val="p"/>
          </m:rPr>
          <m:t>+</m:t>
        </m:r>
        <m:r>
          <m:t>b</m:t>
        </m:r>
        <m:r>
          <m:t>c</m:t>
        </m:r>
        <m:r>
          <m:rPr>
            <m:sty m:val="p"/>
          </m:rPr>
          <m:t>+</m:t>
        </m:r>
        <m:r>
          <m:t>c</m:t>
        </m:r>
        <m:r>
          <m:t>a</m:t>
        </m:r>
        <m:r>
          <m:rPr>
            <m:sty m:val="p"/>
          </m:rPr>
          <m:t>)</m:t>
        </m:r>
      </m:oMath>
      <w:r>
        <w:t xml:space="preserve"> </w:t>
      </w:r>
      <w:r>
        <w:t xml:space="preserve">error and find</w:t>
      </w:r>
      <w:r>
        <w:t xml:space="preserve"> </w:t>
      </w:r>
      <m:oMath>
        <m:r>
          <m:t>d</m:t>
        </m:r>
        <m:r>
          <m:rPr>
            <m:sty m:val="p"/>
          </m:rPr>
          <m:t>&gt;</m:t>
        </m:r>
        <m:r>
          <m:t>0</m:t>
        </m:r>
      </m:oMath>
      <w:r>
        <w:t xml:space="preserve"> </w:t>
      </w:r>
      <w:r>
        <w:t xml:space="preserve">with</w:t>
      </w:r>
      <w:r>
        <w:t xml:space="preserve"> </w:t>
      </w:r>
      <m:oMath>
        <m:sSup>
          <m:e>
            <m:r>
              <m:t>d</m:t>
            </m:r>
          </m:e>
          <m:sup>
            <m:r>
              <m:t>2</m:t>
            </m:r>
          </m:sup>
        </m:sSup>
        <m:r>
          <m:rPr>
            <m:sty m:val="p"/>
          </m:rPr>
          <m:t>=</m:t>
        </m:r>
        <m:sSup>
          <m:e>
            <m:r>
              <m:t>a</m:t>
            </m:r>
          </m:e>
          <m:sup>
            <m:r>
              <m:t>2</m:t>
            </m:r>
          </m:sup>
        </m:sSup>
        <m:r>
          <m:rPr>
            <m:sty m:val="p"/>
          </m:rPr>
          <m:t>+</m:t>
        </m:r>
        <m:sSup>
          <m:e>
            <m:r>
              <m:t>b</m:t>
            </m:r>
          </m:e>
          <m:sup>
            <m:r>
              <m:t>2</m:t>
            </m:r>
          </m:sup>
        </m:sSup>
        <m:r>
          <m:rPr>
            <m:sty m:val="p"/>
          </m:rPr>
          <m:t>+</m:t>
        </m:r>
        <m:sSup>
          <m:e>
            <m:r>
              <m:t>c</m:t>
            </m:r>
          </m:e>
          <m:sup>
            <m:r>
              <m:t>2</m:t>
            </m:r>
          </m:sup>
        </m:sSup>
      </m:oMath>
      <w:r>
        <w:t xml:space="preserve"> </w:t>
      </w:r>
      <w:r>
        <w:t xml:space="preserve">given</w:t>
      </w:r>
      <w:r>
        <w:t xml:space="preserve"> </w:t>
      </w:r>
      <m:oMath>
        <m:r>
          <m:t>a</m:t>
        </m:r>
        <m:r>
          <m:rPr>
            <m:sty m:val="p"/>
          </m:rPr>
          <m:t>+</m:t>
        </m:r>
        <m:r>
          <m:t>b</m:t>
        </m:r>
        <m:r>
          <m:rPr>
            <m:sty m:val="p"/>
          </m:rPr>
          <m:t>+</m:t>
        </m:r>
        <m:r>
          <m:t>c</m:t>
        </m:r>
        <m:r>
          <m:rPr>
            <m:sty m:val="p"/>
          </m:rPr>
          <m:t>=</m:t>
        </m:r>
        <m:r>
          <m:t>13</m:t>
        </m:r>
      </m:oMath>
      <w:r>
        <w:t xml:space="preserve"> </w:t>
      </w:r>
      <w:r>
        <w:t xml:space="preserve">and</w:t>
      </w:r>
      <w:r>
        <w:t xml:space="preserve"> </w:t>
      </w:r>
      <m:oMath>
        <m:r>
          <m:t>a</m:t>
        </m:r>
        <m:r>
          <m:t>b</m:t>
        </m:r>
        <m:r>
          <m:rPr>
            <m:sty m:val="p"/>
          </m:rPr>
          <m:t>+</m:t>
        </m:r>
        <m:r>
          <m:t>b</m:t>
        </m:r>
        <m:r>
          <m:t>c</m:t>
        </m:r>
        <m:r>
          <m:rPr>
            <m:sty m:val="p"/>
          </m:rPr>
          <m:t>+</m:t>
        </m:r>
        <m:r>
          <m:t>c</m:t>
        </m:r>
        <m:r>
          <m:t>a</m:t>
        </m:r>
        <m:r>
          <m:rPr>
            <m:sty m:val="p"/>
          </m:rPr>
          <m:t>+</m:t>
        </m:r>
        <m:r>
          <m:t>28</m:t>
        </m:r>
        <m:r>
          <m:rPr>
            <m:sty m:val="p"/>
          </m:rPr>
          <m:t>=</m:t>
        </m:r>
        <m:r>
          <m:t>0</m:t>
        </m:r>
      </m:oMath>
      <w:r>
        <w:t xml:space="preserve">.</w:t>
      </w:r>
    </w:p>
    <w:p>
      <w:pPr>
        <w:pStyle w:val="WSAnswerLine"/>
      </w:pPr>
      <w:r>
        <w:t xml:space="preserve">Answer: ________________</w:t>
      </w:r>
    </w:p>
    <w:p>
      <w:r>
        <w:br w:type="page"/>
      </w:r>
    </w:p>
    <w:p>
      <w:pPr>
        <w:pStyle w:val="WSBand"/>
      </w:pPr>
      <w:r>
        <w:t xml:space="preserve">Question 5</w:t>
      </w:r>
    </w:p>
    <w:p>
      <w:pPr>
        <w:pStyle w:val="WSStem"/>
      </w:pPr>
      <w:r>
        <w:rPr>
          <w:rFonts w:hint="eastAsia"/>
        </w:rPr>
        <w:t xml:space="preserve">有同學誤以為要求</w:t>
      </w:r>
      <w:r>
        <w:t xml:space="preserve"> </w:t>
      </w:r>
      <m:oMath>
        <m:sSup>
          <m:e>
            <m:r>
              <m:t>2023</m:t>
            </m:r>
          </m:e>
          <m:sup>
            <m:r>
              <m:t>2</m:t>
            </m:r>
          </m:sup>
        </m:sSup>
        <m:r>
          <m:rPr>
            <m:sty m:val="p"/>
          </m:rPr>
          <m:t>+</m:t>
        </m:r>
        <m:sSup>
          <m:e>
            <m:r>
              <m:t>2024</m:t>
            </m:r>
          </m:e>
          <m:sup>
            <m:r>
              <m:t>2</m:t>
            </m:r>
          </m:sup>
        </m:sSup>
      </m:oMath>
      <w:r>
        <w:t xml:space="preserve"> </w:t>
      </w:r>
      <w:r>
        <w:rPr>
          <w:rFonts w:hint="eastAsia"/>
        </w:rPr>
        <w:t xml:space="preserve">除以</w:t>
      </w:r>
      <w:r>
        <w:t xml:space="preserve"> </w:t>
      </w:r>
      <m:oMath>
        <m:r>
          <m:t>12</m:t>
        </m:r>
      </m:oMath>
      <w:r>
        <w:t xml:space="preserve"> </w:t>
      </w:r>
      <w:r>
        <w:rPr>
          <w:rFonts w:hint="eastAsia"/>
        </w:rPr>
        <w:t xml:space="preserve">的餘數，可以先算</w:t>
      </w:r>
      <w:r>
        <w:t xml:space="preserve"> </w:t>
      </w:r>
      <m:oMath>
        <m:r>
          <m:t>2023</m:t>
        </m:r>
        <m:r>
          <m:rPr>
            <m:sty m:val="p"/>
          </m:rPr>
          <m:t>+</m:t>
        </m:r>
        <m:r>
          <m:t>2024</m:t>
        </m:r>
      </m:oMath>
      <w:r>
        <w:t xml:space="preserve"> </w:t>
      </w:r>
      <w:r>
        <w:rPr>
          <w:rFonts w:hint="eastAsia"/>
        </w:rPr>
        <w:t xml:space="preserve">再平方。請指出</w:t>
      </w:r>
      <w:r>
        <w:t xml:space="preserve"> </w:t>
      </w:r>
      <m:oMath>
        <m:r>
          <m:rPr>
            <m:sty m:val="p"/>
          </m:rPr>
          <m:t>(</m:t>
        </m:r>
        <m:sSup>
          <m:e>
            <m:r>
              <m:t>a</m:t>
            </m:r>
          </m:e>
          <m:sup>
            <m:r>
              <m:t>2</m:t>
            </m:r>
          </m:sup>
        </m:sSup>
        <m:r>
          <m:rPr>
            <m:sty m:val="p"/>
          </m:rPr>
          <m:t>+</m:t>
        </m:r>
        <m:sSup>
          <m:e>
            <m:r>
              <m:t>b</m:t>
            </m:r>
          </m:e>
          <m:sup>
            <m:r>
              <m:t>2</m:t>
            </m:r>
          </m:sup>
        </m:sSup>
        <m:r>
          <m:rPr>
            <m:sty m:val="p"/>
          </m:rPr>
          <m:t>)</m:t>
        </m:r>
        <m:r>
          <m:rPr>
            <m:sty m:val="p"/>
          </m:rPr>
          <m:t>≠</m:t>
        </m:r>
        <m:sSup>
          <m:e>
            <m:r>
              <m:rPr>
                <m:sty m:val="p"/>
              </m:rPr>
              <m:t>(</m:t>
            </m:r>
            <m:r>
              <m:t>a</m:t>
            </m:r>
            <m:r>
              <m:rPr>
                <m:sty m:val="p"/>
              </m:rPr>
              <m:t>+</m:t>
            </m:r>
            <m:r>
              <m:t>b</m:t>
            </m:r>
            <m:r>
              <m:rPr>
                <m:sty m:val="p"/>
              </m:rPr>
              <m:t>)</m:t>
            </m:r>
          </m:e>
          <m:sup>
            <m:r>
              <m:t>2</m:t>
            </m:r>
          </m:sup>
        </m:sSup>
      </m:oMath>
      <w:r>
        <w:t xml:space="preserve"> </w:t>
      </w:r>
      <w:r>
        <w:rPr>
          <w:rFonts w:hint="eastAsia"/>
        </w:rPr>
        <w:t xml:space="preserve">的錯誤，並求：現在的時間為上午十時，當過了</w:t>
      </w:r>
      <w:r>
        <w:t xml:space="preserve"> </w:t>
      </w:r>
      <m:oMath>
        <m:sSup>
          <m:e>
            <m:r>
              <m:t>2023</m:t>
            </m:r>
          </m:e>
          <m:sup>
            <m:r>
              <m:t>2</m:t>
            </m:r>
          </m:sup>
        </m:sSup>
        <m:r>
          <m:rPr>
            <m:sty m:val="p"/>
          </m:rPr>
          <m:t>+</m:t>
        </m:r>
        <m:sSup>
          <m:e>
            <m:r>
              <m:t>2024</m:t>
            </m:r>
          </m:e>
          <m:sup>
            <m:r>
              <m:t>2</m:t>
            </m:r>
          </m:sup>
        </m:sSup>
      </m:oMath>
      <w:r>
        <w:t xml:space="preserve"> </w:t>
      </w:r>
      <w:r>
        <w:rPr>
          <w:rFonts w:hint="eastAsia"/>
        </w:rPr>
        <w:t xml:space="preserve">小時後，時間是什麼？</w:t>
      </w:r>
      <w:r>
        <w:t xml:space="preserve"> </w:t>
      </w:r>
      <w:r>
        <w:t xml:space="preserve">A student wrongly finds the remainder of</w:t>
      </w:r>
      <w:r>
        <w:t xml:space="preserve"> </w:t>
      </w:r>
      <m:oMath>
        <m:sSup>
          <m:e>
            <m:r>
              <m:t>2023</m:t>
            </m:r>
          </m:e>
          <m:sup>
            <m:r>
              <m:t>2</m:t>
            </m:r>
          </m:sup>
        </m:sSup>
        <m:r>
          <m:rPr>
            <m:sty m:val="p"/>
          </m:rPr>
          <m:t>+</m:t>
        </m:r>
        <m:sSup>
          <m:e>
            <m:r>
              <m:t>2024</m:t>
            </m:r>
          </m:e>
          <m:sup>
            <m:r>
              <m:t>2</m:t>
            </m:r>
          </m:sup>
        </m:sSup>
      </m:oMath>
      <w:r>
        <w:t xml:space="preserve"> </w:t>
      </w:r>
      <w:r>
        <w:t xml:space="preserve">by squaring</w:t>
      </w:r>
      <w:r>
        <w:t xml:space="preserve"> </w:t>
      </w:r>
      <m:oMath>
        <m:r>
          <m:t>2023</m:t>
        </m:r>
        <m:r>
          <m:rPr>
            <m:sty m:val="p"/>
          </m:rPr>
          <m:t>+</m:t>
        </m:r>
        <m:r>
          <m:t>2024</m:t>
        </m:r>
      </m:oMath>
      <w:r>
        <w:t xml:space="preserve"> </w:t>
      </w:r>
      <w:r>
        <w:t xml:space="preserve">first. Point out the</w:t>
      </w:r>
      <w:r>
        <w:t xml:space="preserve"> </w:t>
      </w:r>
      <m:oMath>
        <m:r>
          <m:rPr>
            <m:sty m:val="p"/>
          </m:rPr>
          <m:t>(</m:t>
        </m:r>
        <m:sSup>
          <m:e>
            <m:r>
              <m:t>a</m:t>
            </m:r>
          </m:e>
          <m:sup>
            <m:r>
              <m:t>2</m:t>
            </m:r>
          </m:sup>
        </m:sSup>
        <m:r>
          <m:rPr>
            <m:sty m:val="p"/>
          </m:rPr>
          <m:t>+</m:t>
        </m:r>
        <m:sSup>
          <m:e>
            <m:r>
              <m:t>b</m:t>
            </m:r>
          </m:e>
          <m:sup>
            <m:r>
              <m:t>2</m:t>
            </m:r>
          </m:sup>
        </m:sSup>
        <m:r>
          <m:rPr>
            <m:sty m:val="p"/>
          </m:rPr>
          <m:t>)</m:t>
        </m:r>
        <m:r>
          <m:rPr>
            <m:sty m:val="p"/>
          </m:rPr>
          <m:t>≠</m:t>
        </m:r>
        <m:sSup>
          <m:e>
            <m:r>
              <m:rPr>
                <m:sty m:val="p"/>
              </m:rPr>
              <m:t>(</m:t>
            </m:r>
            <m:r>
              <m:t>a</m:t>
            </m:r>
            <m:r>
              <m:rPr>
                <m:sty m:val="p"/>
              </m:rPr>
              <m:t>+</m:t>
            </m:r>
            <m:r>
              <m:t>b</m:t>
            </m:r>
            <m:r>
              <m:rPr>
                <m:sty m:val="p"/>
              </m:rPr>
              <m:t>)</m:t>
            </m:r>
          </m:e>
          <m:sup>
            <m:r>
              <m:t>2</m:t>
            </m:r>
          </m:sup>
        </m:sSup>
      </m:oMath>
      <w:r>
        <w:t xml:space="preserve"> </w:t>
      </w:r>
      <w:r>
        <w:t xml:space="preserve">error and find: the time now is 10:00 am. What is the time after</w:t>
      </w:r>
      <w:r>
        <w:t xml:space="preserve"> </w:t>
      </w:r>
      <m:oMath>
        <m:sSup>
          <m:e>
            <m:r>
              <m:t>2023</m:t>
            </m:r>
          </m:e>
          <m:sup>
            <m:r>
              <m:t>2</m:t>
            </m:r>
          </m:sup>
        </m:sSup>
        <m:r>
          <m:rPr>
            <m:sty m:val="p"/>
          </m:rPr>
          <m:t>+</m:t>
        </m:r>
        <m:sSup>
          <m:e>
            <m:r>
              <m:t>2024</m:t>
            </m:r>
          </m:e>
          <m:sup>
            <m:r>
              <m:t>2</m:t>
            </m:r>
          </m:sup>
        </m:sSup>
      </m:oMath>
      <w:r>
        <w:t xml:space="preserve"> </w:t>
      </w:r>
      <w:r>
        <w:t xml:space="preserve">hours?</w:t>
      </w:r>
    </w:p>
    <w:p>
      <w:pPr>
        <w:pStyle w:val="WSRule"/>
      </w:pPr>
      <w:r>
        <w:rPr>
          <w:u w:val="single" w:color="9AA3B2"/>
        </w:rPr>
        <w:tab/>
      </w:r>
    </w:p>
    <w:p>
      <w:pPr>
        <w:pStyle w:val="WSRule"/>
      </w:pPr>
      <w:r>
        <w:rPr>
          <w:u w:val="single" w:color="9AA3B2"/>
        </w:rPr>
        <w:tab/>
      </w:r>
    </w:p>
    <w:p>
      <w:r>
        <w:br w:type="page"/>
      </w:r>
    </w:p>
    <w:p>
      <w:pPr>
        <w:pStyle w:val="WSBand"/>
      </w:pPr>
      <w:r>
        <w:t xml:space="preserve">Question 6</w:t>
      </w:r>
    </w:p>
    <w:p>
      <w:pPr>
        <w:pStyle w:val="WSStem"/>
      </w:pPr>
      <w:r>
        <w:rPr>
          <w:rFonts w:hint="eastAsia"/>
        </w:rPr>
        <w:t xml:space="preserve">有同學誤以為</w:t>
      </w:r>
      <w:r>
        <w:t xml:space="preserve"> </w:t>
      </w:r>
      <m:oMath>
        <m:sSup>
          <m:e>
            <m:r>
              <m:t>n</m:t>
            </m:r>
          </m:e>
          <m:sup>
            <m:r>
              <m:t>2</m:t>
            </m:r>
          </m:sup>
        </m:sSup>
        <m:r>
          <m:rPr>
            <m:sty m:val="p"/>
          </m:rPr>
          <m:t>+</m:t>
        </m:r>
        <m:r>
          <m:t>n</m:t>
        </m:r>
      </m:oMath>
      <w:r>
        <w:t xml:space="preserve"> </w:t>
      </w:r>
      <w:r>
        <w:rPr>
          <w:rFonts w:hint="eastAsia"/>
        </w:rPr>
        <w:t xml:space="preserve">就是</w:t>
      </w:r>
      <w:r>
        <w:t xml:space="preserve"> </w:t>
      </w:r>
      <m:oMath>
        <m:sSup>
          <m:e>
            <m:r>
              <m:t>n</m:t>
            </m:r>
          </m:e>
          <m:sup>
            <m:r>
              <m:t>2</m:t>
            </m:r>
          </m:sup>
        </m:sSup>
      </m:oMath>
      <w:r>
        <w:rPr>
          <w:rFonts w:hint="eastAsia"/>
        </w:rPr>
        <w:t xml:space="preserve">，只解</w:t>
      </w:r>
      <w:r>
        <w:t xml:space="preserve"> </w:t>
      </w:r>
      <m:oMath>
        <m:sSup>
          <m:e>
            <m:r>
              <m:t>n</m:t>
            </m:r>
          </m:e>
          <m:sup>
            <m:r>
              <m:t>2</m:t>
            </m:r>
          </m:sup>
        </m:sSup>
        <m:r>
          <m:rPr>
            <m:sty m:val="p"/>
          </m:rPr>
          <m:t>=</m:t>
        </m:r>
        <m:r>
          <m:t>420</m:t>
        </m:r>
      </m:oMath>
      <w:r>
        <w:t xml:space="preserve"> </w:t>
      </w:r>
      <w:r>
        <w:rPr>
          <w:rFonts w:hint="eastAsia"/>
        </w:rPr>
        <w:t xml:space="preserve">來求整數解。請指出忽略一次項的錯誤，並求一個正整數</w:t>
      </w:r>
      <w:r>
        <w:t xml:space="preserve"> </w:t>
      </w:r>
      <m:oMath>
        <m:r>
          <m:t>n</m:t>
        </m:r>
      </m:oMath>
      <w:r>
        <w:rPr>
          <w:rFonts w:hint="eastAsia"/>
        </w:rPr>
        <w:t xml:space="preserve">，使得該整數的平方與它自身的和等於</w:t>
      </w:r>
      <w:r>
        <w:t xml:space="preserve"> </w:t>
      </w:r>
      <m:oMath>
        <m:r>
          <m:t>420</m:t>
        </m:r>
      </m:oMath>
      <w:r>
        <w:t xml:space="preserve">。</w:t>
      </w:r>
      <w:r>
        <w:t xml:space="preserve"> </w:t>
      </w:r>
      <w:r>
        <w:t xml:space="preserve">A student wrongly treats</w:t>
      </w:r>
      <w:r>
        <w:t xml:space="preserve"> </w:t>
      </w:r>
      <m:oMath>
        <m:sSup>
          <m:e>
            <m:r>
              <m:t>n</m:t>
            </m:r>
          </m:e>
          <m:sup>
            <m:r>
              <m:t>2</m:t>
            </m:r>
          </m:sup>
        </m:sSup>
        <m:r>
          <m:rPr>
            <m:sty m:val="p"/>
          </m:rPr>
          <m:t>+</m:t>
        </m:r>
        <m:r>
          <m:t>n</m:t>
        </m:r>
      </m:oMath>
      <w:r>
        <w:t xml:space="preserve"> </w:t>
      </w:r>
      <w:r>
        <w:t xml:space="preserve">as</w:t>
      </w:r>
      <w:r>
        <w:t xml:space="preserve"> </w:t>
      </w:r>
      <m:oMath>
        <m:sSup>
          <m:e>
            <m:r>
              <m:t>n</m:t>
            </m:r>
          </m:e>
          <m:sup>
            <m:r>
              <m:t>2</m:t>
            </m:r>
          </m:sup>
        </m:sSup>
      </m:oMath>
      <w:r>
        <w:t xml:space="preserve"> </w:t>
      </w:r>
      <w:r>
        <w:t xml:space="preserve">and solves</w:t>
      </w:r>
      <w:r>
        <w:t xml:space="preserve"> </w:t>
      </w:r>
      <m:oMath>
        <m:sSup>
          <m:e>
            <m:r>
              <m:t>n</m:t>
            </m:r>
          </m:e>
          <m:sup>
            <m:r>
              <m:t>2</m:t>
            </m:r>
          </m:sup>
        </m:sSup>
        <m:r>
          <m:rPr>
            <m:sty m:val="p"/>
          </m:rPr>
          <m:t>=</m:t>
        </m:r>
        <m:r>
          <m:t>420</m:t>
        </m:r>
      </m:oMath>
      <w:r>
        <w:t xml:space="preserve">. Point out the error of dropping the linear term and find a positive integer</w:t>
      </w:r>
      <w:r>
        <w:t xml:space="preserve"> </w:t>
      </w:r>
      <m:oMath>
        <m:r>
          <m:t>n</m:t>
        </m:r>
      </m:oMath>
      <w:r>
        <w:t xml:space="preserve"> </w:t>
      </w:r>
      <w:r>
        <w:t xml:space="preserve">such that</w:t>
      </w:r>
      <w:r>
        <w:t xml:space="preserve"> </w:t>
      </w:r>
      <m:oMath>
        <m:sSup>
          <m:e>
            <m:r>
              <m:t>n</m:t>
            </m:r>
          </m:e>
          <m:sup>
            <m:r>
              <m:t>2</m:t>
            </m:r>
          </m:sup>
        </m:sSup>
        <m:r>
          <m:rPr>
            <m:sty m:val="p"/>
          </m:rPr>
          <m:t>+</m:t>
        </m:r>
        <m:r>
          <m:t>n</m:t>
        </m:r>
        <m:r>
          <m:rPr>
            <m:sty m:val="p"/>
          </m:rPr>
          <m:t>=</m:t>
        </m:r>
        <m:r>
          <m:t>420</m:t>
        </m:r>
      </m:oMath>
      <w:r>
        <w:t xml:space="preserve">.</w:t>
      </w:r>
    </w:p>
    <w:p>
      <w:pPr>
        <w:pStyle w:val="WSAnswerLine"/>
      </w:pPr>
      <w:r>
        <w:t xml:space="preserve">Answer: ________________</w:t>
      </w:r>
    </w:p>
    <w:p>
      <w:r>
        <w:br w:type="page"/>
      </w:r>
    </w:p>
    <w:p>
      <w:pPr>
        <w:pStyle w:val="WSBand"/>
      </w:pPr>
      <w:r>
        <w:t xml:space="preserve">Question 7</w:t>
      </w:r>
    </w:p>
    <w:p>
      <w:pPr>
        <w:pStyle w:val="WSStem"/>
      </w:pPr>
      <w:r>
        <w:rPr>
          <w:rFonts w:hint="eastAsia"/>
        </w:rPr>
        <w:t xml:space="preserve">你有一個朋友想慶祝他的</w:t>
      </w:r>
      <w:r>
        <w:t xml:space="preserve"> </w:t>
      </w:r>
      <m:oMath>
        <m:r>
          <m:t>50</m:t>
        </m:r>
      </m:oMath>
      <w:r>
        <w:t xml:space="preserve"> </w:t>
      </w:r>
      <w:r>
        <w:rPr>
          <w:rFonts w:hint="eastAsia"/>
        </w:rPr>
        <w:t xml:space="preserve">歲生日，但你只有六根蠟燭。有同學建議要用</w:t>
      </w:r>
      <w:r>
        <w:t xml:space="preserve"> </w:t>
      </w:r>
      <m:oMath>
        <m:r>
          <m:t>50</m:t>
        </m:r>
      </m:oMath>
      <w:r>
        <w:t xml:space="preserve"> </w:t>
      </w:r>
      <w:r>
        <w:rPr>
          <w:rFonts w:hint="eastAsia"/>
        </w:rPr>
        <w:t xml:space="preserve">根蠟燭（一歲一根）或把蠟燭擺成</w:t>
      </w:r>
      <w:r>
        <w:t xml:space="preserve"> “</w:t>
      </w:r>
      <m:oMath>
        <m:r>
          <m:t>50</m:t>
        </m:r>
      </m:oMath>
      <w:r>
        <w:t xml:space="preserve">” </w:t>
      </w:r>
      <w:r>
        <w:rPr>
          <w:rFonts w:hint="eastAsia"/>
        </w:rPr>
        <w:t xml:space="preserve">的形狀。請指出十進制／一歲一根的錯誤，並說明如何只用這六根蠟燭的亮滅來表示</w:t>
      </w:r>
      <w:r>
        <w:t xml:space="preserve"> </w:t>
      </w:r>
      <m:oMath>
        <m:r>
          <m:t>50</m:t>
        </m:r>
      </m:oMath>
      <w:r>
        <w:t xml:space="preserve"> </w:t>
      </w:r>
      <w:r>
        <w:rPr>
          <w:rFonts w:hint="eastAsia"/>
        </w:rPr>
        <w:t xml:space="preserve">歲生日？</w:t>
      </w:r>
      <w:r>
        <w:t xml:space="preserve"> </w:t>
      </w:r>
      <w:r>
        <w:t xml:space="preserve">Your friend wants to celebrate his 50th birthday but you have only six candles. A classmate suggests needing 50 candles or arranging them into the shape “50”. Point out the decimal/one-per-year error and explain how to represent the 50th birthday with just these six candles on or off?</w:t>
      </w:r>
    </w:p>
    <w:p>
      <w:pPr>
        <w:pStyle w:val="WSRule"/>
      </w:pPr>
      <w:r>
        <w:rPr>
          <w:u w:val="single" w:color="9AA3B2"/>
        </w:rPr>
        <w:tab/>
      </w:r>
    </w:p>
    <w:p>
      <w:pPr>
        <w:pStyle w:val="WSRule"/>
      </w:pPr>
      <w:r>
        <w:rPr>
          <w:u w:val="single" w:color="9AA3B2"/>
        </w:rPr>
        <w:tab/>
      </w:r>
    </w:p>
    <w:p>
      <w:r>
        <w:br w:type="page"/>
      </w:r>
    </w:p>
    <w:p>
      <w:pPr>
        <w:pStyle w:val="WSBand"/>
      </w:pPr>
      <w:r>
        <w:t xml:space="preserve">Question 8</w:t>
      </w:r>
    </w:p>
    <w:p>
      <w:pPr>
        <w:pStyle w:val="WSStem"/>
      </w:pPr>
      <w:r>
        <w:rPr>
          <w:rFonts w:hint="eastAsia"/>
        </w:rPr>
        <w:t xml:space="preserve">给定边长为</w:t>
      </w:r>
      <w:r>
        <w:t xml:space="preserve"> 12 cm </w:t>
      </w:r>
      <w:r>
        <w:rPr>
          <w:rFonts w:hint="eastAsia"/>
        </w:rPr>
        <w:t xml:space="preserve">的等边三角形。底边中点</w:t>
      </w:r>
      <w:r>
        <w:t xml:space="preserve"> </w:t>
      </w:r>
      <m:oMath>
        <m:r>
          <m:t>M</m:t>
        </m:r>
      </m:oMath>
      <w:r>
        <w:t xml:space="preserve"> </w:t>
      </w:r>
      <w:r>
        <w:rPr>
          <w:rFonts w:hint="eastAsia"/>
        </w:rPr>
        <w:t xml:space="preserve">出发的一条直线连到底边对面的边上，与底边形成夹角</w:t>
      </w:r>
      <w:r>
        <w:t xml:space="preserve"> </w:t>
      </w:r>
      <m:oMath>
        <m:r>
          <m:t>θ</m:t>
        </m:r>
      </m:oMath>
      <w:r>
        <w:t xml:space="preserve"> </w:t>
      </w:r>
      <w:r>
        <w:rPr>
          <w:rFonts w:hint="eastAsia"/>
        </w:rPr>
        <w:t xml:space="preserve">和</w:t>
      </w:r>
      <w:r>
        <w:t xml:space="preserve"> </w:t>
      </w:r>
      <m:oMath>
        <m:r>
          <m:t>ϕ</m:t>
        </m:r>
      </m:oMath>
      <w:r>
        <w:rPr>
          <w:rFonts w:hint="eastAsia"/>
        </w:rPr>
        <w:t xml:space="preserve">，如图所示。左图小三角形阴影面积为</w:t>
      </w:r>
      <w:r>
        <w:t xml:space="preserve"> </w:t>
      </w:r>
      <m:oMath>
        <m:r>
          <m:t>A</m:t>
        </m:r>
      </m:oMath>
      <w:r>
        <w:rPr>
          <w:rFonts w:hint="eastAsia"/>
        </w:rPr>
        <w:t xml:space="preserve">，右图除一个小三角形外其余阴影面积为</w:t>
      </w:r>
      <w:r>
        <w:t xml:space="preserve"> </w:t>
      </w:r>
      <m:oMath>
        <m:r>
          <m:t>7</m:t>
        </m:r>
        <m:r>
          <m:t>A</m:t>
        </m:r>
      </m:oMath>
      <w:r>
        <w:rPr>
          <w:rFonts w:hint="eastAsia"/>
        </w:rPr>
        <w:t xml:space="preserve">，即全三角形面积为</w:t>
      </w:r>
      <w:r>
        <w:t xml:space="preserve"> </w:t>
      </w:r>
      <m:oMath>
        <m:r>
          <m:t>8</m:t>
        </m:r>
        <m:r>
          <m:t>A</m:t>
        </m:r>
      </m:oMath>
      <w:r>
        <w:rPr>
          <w:rFonts w:hint="eastAsia"/>
        </w:rPr>
        <w:t xml:space="preserve">。小陈认为因为阴影占全三角形的</w:t>
      </w:r>
      <w:r>
        <w:t xml:space="preserve"> </w:t>
      </w:r>
      <m:oMath>
        <m:r>
          <m:t>1</m:t>
        </m:r>
        <m:r>
          <m:rPr>
            <m:sty m:val="p"/>
          </m:rPr>
          <m:t>/</m:t>
        </m:r>
        <m:r>
          <m:t>8</m:t>
        </m:r>
      </m:oMath>
      <w:r>
        <w:rPr>
          <w:rFonts w:hint="eastAsia"/>
        </w:rPr>
        <w:t xml:space="preserve">，所以</w:t>
      </w:r>
      <w:r>
        <w:t xml:space="preserve"> </w:t>
      </w:r>
      <m:oMath>
        <m:r>
          <m:t>θ</m:t>
        </m:r>
        <m:r>
          <m:rPr>
            <m:sty m:val="p"/>
          </m:rPr>
          <m:t>=</m:t>
        </m:r>
        <m:sSup>
          <m:e>
            <m:r>
              <m:t>60</m:t>
            </m:r>
          </m:e>
          <m:sup>
            <m:r>
              <m:rPr>
                <m:sty m:val="p"/>
              </m:rPr>
              <m:t>∘</m:t>
            </m:r>
          </m:sup>
        </m:sSup>
        <m:r>
          <m:rPr>
            <m:sty m:val="p"/>
          </m:rPr>
          <m:t>×</m:t>
        </m:r>
        <m:r>
          <m:t>1</m:t>
        </m:r>
        <m:r>
          <m:rPr>
            <m:sty m:val="p"/>
          </m:rPr>
          <m:t>/</m:t>
        </m:r>
        <m:r>
          <m:t>8</m:t>
        </m:r>
        <m:r>
          <m:rPr>
            <m:sty m:val="p"/>
          </m:rPr>
          <m:t>=</m:t>
        </m:r>
        <m:sSup>
          <m:e>
            <m:r>
              <m:t>7.5</m:t>
            </m:r>
          </m:e>
          <m:sup>
            <m:r>
              <m:rPr>
                <m:sty m:val="p"/>
              </m:rPr>
              <m:t>∘</m:t>
            </m:r>
          </m:sup>
        </m:sSup>
      </m:oMath>
      <w:r>
        <w:rPr>
          <w:rFonts w:hint="eastAsia"/>
        </w:rPr>
        <w:t xml:space="preserve">。指出他的错误，并求</w:t>
      </w:r>
      <w:r>
        <w:t xml:space="preserve"> </w:t>
      </w:r>
      <m:oMath>
        <m:r>
          <m:t>θ</m:t>
        </m:r>
      </m:oMath>
      <w:r>
        <w:t xml:space="preserve"> </w:t>
      </w:r>
      <w:r>
        <w:rPr>
          <w:rFonts w:hint="eastAsia"/>
        </w:rPr>
        <w:t xml:space="preserve">和</w:t>
      </w:r>
      <w:r>
        <w:t xml:space="preserve"> </w:t>
      </w:r>
      <m:oMath>
        <m:r>
          <m:t>ϕ</m:t>
        </m:r>
      </m:oMath>
      <w:r>
        <w:t xml:space="preserve"> </w:t>
      </w:r>
      <w:r>
        <w:rPr>
          <w:rFonts w:hint="eastAsia"/>
        </w:rPr>
        <w:t xml:space="preserve">的正确值。</w:t>
      </w:r>
      <w:r>
        <w:t xml:space="preserve"> </w:t>
      </w:r>
      <w:r>
        <w:t xml:space="preserve">Given an equilateral triangle of side 12 cm. A ray from the midpoint</w:t>
      </w:r>
      <w:r>
        <w:t xml:space="preserve"> </w:t>
      </w:r>
      <m:oMath>
        <m:r>
          <m:t>M</m:t>
        </m:r>
      </m:oMath>
      <w:r>
        <w:t xml:space="preserve"> </w:t>
      </w:r>
      <w:r>
        <w:t xml:space="preserve">of the base meets the side with angle</w:t>
      </w:r>
      <w:r>
        <w:t xml:space="preserve"> </w:t>
      </w:r>
      <m:oMath>
        <m:r>
          <m:t>θ</m:t>
        </m:r>
      </m:oMath>
      <w:r>
        <w:t xml:space="preserve"> </w:t>
      </w:r>
      <w:r>
        <w:t xml:space="preserve">and</w:t>
      </w:r>
      <w:r>
        <w:t xml:space="preserve"> </w:t>
      </w:r>
      <m:oMath>
        <m:r>
          <m:t>ϕ</m:t>
        </m:r>
      </m:oMath>
      <w:r>
        <w:t xml:space="preserve"> </w:t>
      </w:r>
      <w:r>
        <w:t xml:space="preserve">as shown. The small shaded triangle on the left is</w:t>
      </w:r>
      <w:r>
        <w:t xml:space="preserve"> </w:t>
      </w:r>
      <m:oMath>
        <m:r>
          <m:t>A</m:t>
        </m:r>
      </m:oMath>
      <w:r>
        <w:t xml:space="preserve"> </w:t>
      </w:r>
      <w:r>
        <w:t xml:space="preserve">and the large shaded region on the right is</w:t>
      </w:r>
      <w:r>
        <w:t xml:space="preserve"> </w:t>
      </w:r>
      <m:oMath>
        <m:r>
          <m:t>7</m:t>
        </m:r>
        <m:r>
          <m:t>A</m:t>
        </m:r>
      </m:oMath>
      <w:r>
        <w:t xml:space="preserve">, so the whole is</w:t>
      </w:r>
      <w:r>
        <w:t xml:space="preserve"> </w:t>
      </w:r>
      <m:oMath>
        <m:r>
          <m:t>8</m:t>
        </m:r>
        <m:r>
          <m:t>A</m:t>
        </m:r>
      </m:oMath>
      <w:r>
        <w:t xml:space="preserve">. Xiaocheng claims since the shade is</w:t>
      </w:r>
      <w:r>
        <w:t xml:space="preserve"> </w:t>
      </w:r>
      <m:oMath>
        <m:r>
          <m:t>1</m:t>
        </m:r>
        <m:r>
          <m:rPr>
            <m:sty m:val="p"/>
          </m:rPr>
          <m:t>/</m:t>
        </m:r>
        <m:r>
          <m:t>8</m:t>
        </m:r>
      </m:oMath>
      <w:r>
        <w:t xml:space="preserve"> </w:t>
      </w:r>
      <w:r>
        <w:t xml:space="preserve">of the whole,</w:t>
      </w:r>
      <w:r>
        <w:t xml:space="preserve"> </w:t>
      </w:r>
      <m:oMath>
        <m:r>
          <m:t>θ</m:t>
        </m:r>
        <m:r>
          <m:rPr>
            <m:sty m:val="p"/>
          </m:rPr>
          <m:t>=</m:t>
        </m:r>
        <m:sSup>
          <m:e>
            <m:r>
              <m:t>60</m:t>
            </m:r>
          </m:e>
          <m:sup>
            <m:r>
              <m:rPr>
                <m:sty m:val="p"/>
              </m:rPr>
              <m:t>∘</m:t>
            </m:r>
          </m:sup>
        </m:sSup>
        <m:r>
          <m:rPr>
            <m:sty m:val="p"/>
          </m:rPr>
          <m:t>×</m:t>
        </m:r>
        <m:r>
          <m:t>1</m:t>
        </m:r>
        <m:r>
          <m:rPr>
            <m:sty m:val="p"/>
          </m:rPr>
          <m:t>/</m:t>
        </m:r>
        <m:r>
          <m:t>8</m:t>
        </m:r>
        <m:r>
          <m:rPr>
            <m:sty m:val="p"/>
          </m:rPr>
          <m:t>=</m:t>
        </m:r>
        <m:sSup>
          <m:e>
            <m:r>
              <m:t>7.5</m:t>
            </m:r>
          </m:e>
          <m:sup>
            <m:r>
              <m:rPr>
                <m:sty m:val="p"/>
              </m:rPr>
              <m:t>∘</m:t>
            </m:r>
          </m:sup>
        </m:sSup>
      </m:oMath>
      <w:r>
        <w:t xml:space="preserve">. Point out his error and find the correct</w:t>
      </w:r>
      <w:r>
        <w:t xml:space="preserve"> </w:t>
      </w:r>
      <m:oMath>
        <m:r>
          <m:t>θ</m:t>
        </m:r>
      </m:oMath>
      <w:r>
        <w:t xml:space="preserve"> </w:t>
      </w:r>
      <w:r>
        <w:t xml:space="preserve">and</w:t>
      </w:r>
      <w:r>
        <w:t xml:space="preserve"> </w:t>
      </w:r>
      <m:oMath>
        <m:r>
          <m:t>ϕ</m:t>
        </m:r>
      </m:oMath>
      <w:r>
        <w:t xml:space="preserve">.</w:t>
      </w:r>
    </w:p>
    <w:p>
      <w:pPr>
        <w:pStyle w:val="WSFig"/>
      </w:pPr>
      <w:r>
        <w:drawing>
          <wp:inline>
            <wp:extent cx="3310128" cy="3017520"/>
            <wp:effectExtent b="0" l="0" r="0" t="0"/>
            <wp:docPr descr="" title="" id="19" name="Picture"/>
            <a:graphic>
              <a:graphicData uri="http://schemas.openxmlformats.org/drawingml/2006/picture">
                <pic:pic>
                  <pic:nvPicPr>
                    <pic:cNvPr descr="/scratch/samples/_work/chinese-traditional/f962a600-0fe0-40d1-b35f-3a498b977024.png" id="20" name="Picture"/>
                    <pic:cNvPicPr>
                      <a:picLocks noChangeArrowheads="1" noChangeAspect="1"/>
                    </pic:cNvPicPr>
                  </pic:nvPicPr>
                  <pic:blipFill>
                    <a:blip r:embed="rId18"/>
                    <a:stretch>
                      <a:fillRect/>
                    </a:stretch>
                  </pic:blipFill>
                  <pic:spPr bwMode="auto">
                    <a:xfrm>
                      <a:off x="0" y="0"/>
                      <a:ext cx="3310128" cy="3017520"/>
                    </a:xfrm>
                    <a:prstGeom prst="rect">
                      <a:avLst/>
                    </a:prstGeom>
                    <a:noFill/>
                    <a:ln w="9525">
                      <a:noFill/>
                      <a:headEnd/>
                      <a:tailEnd/>
                    </a:ln>
                  </pic:spPr>
                </pic:pic>
              </a:graphicData>
            </a:graphic>
          </wp:inline>
        </w:drawing>
      </w:r>
    </w:p>
    <w:p>
      <w:pPr>
        <w:pStyle w:val="WSCaption"/>
      </w:pPr>
      <w:r>
        <w:rPr>
          <w:i/>
          <w:iCs/>
        </w:rPr>
        <w:t xml:space="preserve">Left triangle with angle theta and shaded area A</w:t>
      </w:r>
    </w:p>
    <w:p>
      <w:pPr>
        <w:pStyle w:val="WSFig"/>
      </w:pPr>
      <w:r>
        <w:drawing>
          <wp:inline>
            <wp:extent cx="3310128" cy="3017520"/>
            <wp:effectExtent b="0" l="0" r="0" t="0"/>
            <wp:docPr descr="" title="" id="22" name="Picture"/>
            <a:graphic>
              <a:graphicData uri="http://schemas.openxmlformats.org/drawingml/2006/picture">
                <pic:pic>
                  <pic:nvPicPr>
                    <pic:cNvPr descr="/scratch/samples/_work/chinese-traditional/8c61d14e-c5da-4131-a314-98e68256bc8c.png" id="23" name="Picture"/>
                    <pic:cNvPicPr>
                      <a:picLocks noChangeArrowheads="1" noChangeAspect="1"/>
                    </pic:cNvPicPr>
                  </pic:nvPicPr>
                  <pic:blipFill>
                    <a:blip r:embed="rId21"/>
                    <a:stretch>
                      <a:fillRect/>
                    </a:stretch>
                  </pic:blipFill>
                  <pic:spPr bwMode="auto">
                    <a:xfrm>
                      <a:off x="0" y="0"/>
                      <a:ext cx="3310128" cy="3017520"/>
                    </a:xfrm>
                    <a:prstGeom prst="rect">
                      <a:avLst/>
                    </a:prstGeom>
                    <a:noFill/>
                    <a:ln w="9525">
                      <a:noFill/>
                      <a:headEnd/>
                      <a:tailEnd/>
                    </a:ln>
                  </pic:spPr>
                </pic:pic>
              </a:graphicData>
            </a:graphic>
          </wp:inline>
        </w:drawing>
      </w:r>
    </w:p>
    <w:p>
      <w:pPr>
        <w:pStyle w:val="WSCaption"/>
      </w:pPr>
      <w:r>
        <w:rPr>
          <w:i/>
          <w:iCs/>
        </w:rPr>
        <w:t xml:space="preserve">Right triangle with angle phi and shaded area 7A</w:t>
      </w:r>
    </w:p>
    <w:p>
      <w:pPr>
        <w:pStyle w:val="WSRule"/>
      </w:pPr>
      <w:r>
        <w:rPr>
          <w:u w:val="single" w:color="9AA3B2"/>
        </w:rPr>
        <w:tab/>
      </w:r>
    </w:p>
    <w:p>
      <w:pPr>
        <w:pStyle w:val="WSRule"/>
      </w:pPr>
      <w:r>
        <w:rPr>
          <w:u w:val="single" w:color="9AA3B2"/>
        </w:rPr>
        <w:tab/>
      </w:r>
    </w:p>
    <w:p>
      <w:r>
        <w:br w:type="page"/>
      </w:r>
    </w:p>
    <w:p>
      <w:pPr>
        <w:pStyle w:val="WSBand"/>
      </w:pPr>
      <w:r>
        <w:t xml:space="preserve">Question 9</w:t>
      </w:r>
    </w:p>
    <w:p>
      <w:pPr>
        <w:pStyle w:val="WSStem"/>
      </w:pPr>
      <w:r>
        <w:rPr>
          <w:rFonts w:hint="eastAsia"/>
        </w:rPr>
        <w:t xml:space="preserve">小林想用四个“8”凑成</w:t>
      </w:r>
      <w:r>
        <w:t xml:space="preserve"> </w:t>
      </w:r>
      <w:r>
        <w:rPr>
          <w:rFonts w:hint="eastAsia"/>
        </w:rPr>
        <w:t xml:space="preserve">0，他写出</w:t>
      </w:r>
      <w:r>
        <w:t xml:space="preserve"> </w:t>
      </w:r>
      <m:oMath>
        <m:r>
          <m:rPr>
            <m:sty m:val="p"/>
          </m:rPr>
          <m:t>(</m:t>
        </m:r>
        <m:r>
          <m:t>8</m:t>
        </m:r>
        <m:r>
          <m:rPr>
            <m:sty m:val="p"/>
          </m:rPr>
          <m:t>+</m:t>
        </m:r>
        <m:r>
          <m:t>8</m:t>
        </m:r>
        <m:r>
          <m:rPr>
            <m:sty m:val="p"/>
          </m:rPr>
          <m:t>)</m:t>
        </m:r>
        <m:r>
          <m:rPr>
            <m:sty m:val="p"/>
          </m:rPr>
          <m:t>/</m:t>
        </m:r>
        <m:r>
          <m:rPr>
            <m:sty m:val="p"/>
          </m:rPr>
          <m:t>(</m:t>
        </m:r>
        <m:r>
          <m:t>8</m:t>
        </m:r>
        <m:r>
          <m:rPr>
            <m:sty m:val="p"/>
          </m:rPr>
          <m:t>+</m:t>
        </m:r>
        <m:r>
          <m:t>8</m:t>
        </m:r>
        <m:r>
          <m:rPr>
            <m:sty m:val="p"/>
          </m:rPr>
          <m:t>)</m:t>
        </m:r>
        <m:r>
          <m:rPr>
            <m:sty m:val="p"/>
          </m:rPr>
          <m:t>=</m:t>
        </m:r>
        <m:r>
          <m:t>0</m:t>
        </m:r>
      </m:oMath>
      <w:r>
        <w:rPr>
          <w:rFonts w:hint="eastAsia"/>
        </w:rPr>
        <w:t xml:space="preserve">，认为分子分母相同相减得</w:t>
      </w:r>
      <w:r>
        <w:t xml:space="preserve"> </w:t>
      </w:r>
      <w:r>
        <w:rPr>
          <w:rFonts w:hint="eastAsia"/>
        </w:rPr>
        <w:t xml:space="preserve">0。请指出他的错误，并写出三个用四个“8”凑成</w:t>
      </w:r>
      <w:r>
        <w:t xml:space="preserve"> 0 </w:t>
      </w:r>
      <w:r>
        <w:rPr>
          <w:rFonts w:hint="eastAsia"/>
        </w:rPr>
        <w:t xml:space="preserve">的正确算式，其中至少一个要用乘法或除法。</w:t>
      </w:r>
      <w:r>
        <w:t xml:space="preserve"> </w:t>
      </w:r>
      <w:r>
        <w:t xml:space="preserve">Xiaolin wants to make 0 with four “8”s. He writes</w:t>
      </w:r>
      <w:r>
        <w:t xml:space="preserve"> </w:t>
      </w:r>
      <m:oMath>
        <m:r>
          <m:rPr>
            <m:sty m:val="p"/>
          </m:rPr>
          <m:t>(</m:t>
        </m:r>
        <m:r>
          <m:t>8</m:t>
        </m:r>
        <m:r>
          <m:rPr>
            <m:sty m:val="p"/>
          </m:rPr>
          <m:t>+</m:t>
        </m:r>
        <m:r>
          <m:t>8</m:t>
        </m:r>
        <m:r>
          <m:rPr>
            <m:sty m:val="p"/>
          </m:rPr>
          <m:t>)</m:t>
        </m:r>
        <m:r>
          <m:rPr>
            <m:sty m:val="p"/>
          </m:rPr>
          <m:t>/</m:t>
        </m:r>
        <m:r>
          <m:rPr>
            <m:sty m:val="p"/>
          </m:rPr>
          <m:t>(</m:t>
        </m:r>
        <m:r>
          <m:t>8</m:t>
        </m:r>
        <m:r>
          <m:rPr>
            <m:sty m:val="p"/>
          </m:rPr>
          <m:t>+</m:t>
        </m:r>
        <m:r>
          <m:t>8</m:t>
        </m:r>
        <m:r>
          <m:rPr>
            <m:sty m:val="p"/>
          </m:rPr>
          <m:t>)</m:t>
        </m:r>
        <m:r>
          <m:rPr>
            <m:sty m:val="p"/>
          </m:rPr>
          <m:t>=</m:t>
        </m:r>
        <m:r>
          <m:t>0</m:t>
        </m:r>
      </m:oMath>
      <w:r>
        <w:t xml:space="preserve">. Point out his error and write three correct expressions making 0 with four “8”s, at least one using × or ÷。</w:t>
      </w:r>
      <w:r>
        <w:t xml:space="preserve"> </w:t>
      </w:r>
      <w:r>
        <w:rPr>
          <w:rFonts w:hint="eastAsia"/>
        </w:rPr>
        <w:t xml:space="preserve">例子</w:t>
      </w:r>
      <w:r>
        <w:t xml:space="preserve"> </w:t>
      </w:r>
      <w:r>
        <w:rPr>
          <w:rFonts w:hint="eastAsia"/>
        </w:rPr>
        <w:t xml:space="preserve">Example：</w:t>
      </w:r>
      <m:oMath>
        <m:r>
          <m:t>4</m:t>
        </m:r>
        <m:r>
          <m:rPr>
            <m:sty m:val="p"/>
          </m:rPr>
          <m:t>−</m:t>
        </m:r>
        <m:r>
          <m:t>4</m:t>
        </m:r>
        <m:r>
          <m:rPr>
            <m:sty m:val="p"/>
          </m:rPr>
          <m:t>+</m:t>
        </m:r>
        <m:f>
          <m:fPr>
            <m:type m:val="bar"/>
          </m:fPr>
          <m:num>
            <m:r>
              <m:t>4</m:t>
            </m:r>
          </m:num>
          <m:den>
            <m:r>
              <m:t>4</m:t>
            </m:r>
          </m:den>
        </m:f>
        <m:r>
          <m:rPr>
            <m:sty m:val="p"/>
          </m:rPr>
          <m:t>=</m:t>
        </m:r>
        <m:r>
          <m:t>1</m:t>
        </m:r>
      </m:oMath>
      <w:r>
        <w:t xml:space="preserve"> </w:t>
      </w:r>
      <w:r>
        <w:rPr>
          <w:rFonts w:hint="eastAsia"/>
        </w:rPr>
        <w:t xml:space="preserve">是用四个“4”凑成</w:t>
      </w:r>
      <w:r>
        <w:t xml:space="preserve"> 1 </w:t>
      </w:r>
      <w:r>
        <w:rPr>
          <w:rFonts w:hint="eastAsia"/>
        </w:rPr>
        <w:t xml:space="preserve">的一个例子。</w:t>
      </w:r>
    </w:p>
    <w:p>
      <w:pPr>
        <w:pStyle w:val="WSRule"/>
      </w:pPr>
      <w:r>
        <w:rPr>
          <w:u w:val="single" w:color="9AA3B2"/>
        </w:rPr>
        <w:tab/>
      </w:r>
    </w:p>
    <w:p>
      <w:pPr>
        <w:pStyle w:val="WSRule"/>
      </w:pPr>
      <w:r>
        <w:rPr>
          <w:u w:val="single" w:color="9AA3B2"/>
        </w:rPr>
        <w:tab/>
      </w:r>
    </w:p>
    <w:p>
      <w:r>
        <w:br w:type="page"/>
      </w:r>
    </w:p>
    <w:p>
      <w:pPr>
        <w:pStyle w:val="WSBand"/>
      </w:pPr>
      <w:r>
        <w:t xml:space="preserve">Question 10</w:t>
      </w:r>
    </w:p>
    <w:p>
      <w:pPr>
        <w:pStyle w:val="WSStim"/>
      </w:pPr>
      <w:r>
        <w:rPr>
          <w:rFonts w:hint="eastAsia"/>
        </w:rPr>
        <w:t xml:space="preserve">提供了如图所示的计算器。小力说按</w:t>
      </w:r>
      <w:r>
        <w:t xml:space="preserve"> 9 9 ^ 9 EXE </w:t>
      </w:r>
      <w:r>
        <w:rPr>
          <w:rFonts w:hint="eastAsia"/>
        </w:rPr>
        <w:t xml:space="preserve">就超过</w:t>
      </w:r>
      <w:r>
        <w:t xml:space="preserve"> </w:t>
      </w:r>
      <m:oMath>
        <m:sSup>
          <m:e>
            <m:r>
              <m:t>10</m:t>
            </m:r>
          </m:e>
          <m:sup>
            <m:r>
              <m:t>92</m:t>
            </m:r>
          </m:sup>
        </m:sSup>
      </m:oMath>
      <w:r>
        <w:t xml:space="preserve"> </w:t>
      </w:r>
      <w:r>
        <w:rPr>
          <w:rFonts w:hint="eastAsia"/>
        </w:rPr>
        <w:t xml:space="preserve">了，实际上</w:t>
      </w:r>
      <w:r>
        <w:t xml:space="preserve"> </w:t>
      </w:r>
      <m:oMath>
        <m:sSup>
          <m:e>
            <m:r>
              <m:t>99</m:t>
            </m:r>
          </m:e>
          <m:sup>
            <m:r>
              <m:t>9</m:t>
            </m:r>
          </m:sup>
        </m:sSup>
        <m:r>
          <m:rPr>
            <m:sty m:val="p"/>
          </m:rPr>
          <m:t>≈</m:t>
        </m:r>
        <m:r>
          <m:t>9</m:t>
        </m:r>
        <m:r>
          <m:rPr>
            <m:sty m:val="p"/>
          </m:rPr>
          <m:t>×</m:t>
        </m:r>
        <m:sSup>
          <m:e>
            <m:r>
              <m:t>10</m:t>
            </m:r>
          </m:e>
          <m:sup>
            <m:r>
              <m:t>17</m:t>
            </m:r>
          </m:sup>
        </m:sSup>
      </m:oMath>
      <w:r>
        <w:t xml:space="preserve"> </w:t>
      </w:r>
      <w:r>
        <w:rPr>
          <w:rFonts w:hint="eastAsia"/>
        </w:rPr>
        <w:t xml:space="preserve">远不够，他把指数的位数弄错了。注意</w:t>
      </w:r>
      <w:r>
        <w:t xml:space="preserve"> EXP </w:t>
      </w:r>
      <w:r>
        <w:rPr>
          <w:rFonts w:hint="eastAsia"/>
        </w:rPr>
        <w:t xml:space="preserve">表示</w:t>
      </w:r>
      <w:r>
        <w:t xml:space="preserve"> </w:t>
      </w:r>
      <m:oMath>
        <m:r>
          <m:rPr>
            <m:nor/>
            <m:sty m:val="p"/>
          </m:rPr>
          <m:t/>
        </m:r>
        <m:r>
          <m:rPr>
            <m:sty m:val="p"/>
          </m:rPr>
          <m:t>×</m:t>
        </m:r>
        <m:sSup>
          <m:e>
            <m:r>
              <m:t>10</m:t>
            </m:r>
          </m:e>
          <m:sup>
            <m:r>
              <m:t>n</m:t>
            </m:r>
          </m:sup>
        </m:sSup>
      </m:oMath>
      <w:r>
        <w:rPr>
          <w:rFonts w:hint="eastAsia"/>
        </w:rPr>
        <w:t xml:space="preserve">，不是乘方</w:t>
      </w:r>
      <w:r>
        <w:t xml:space="preserve"> </w:t>
      </w:r>
      <m:oMath>
        <m:r>
          <m:rPr>
            <m:sty m:val="p"/>
          </m:rPr>
          <m:t>∧</m:t>
        </m:r>
      </m:oMath>
      <w:r>
        <w:rPr>
          <w:rFonts w:hint="eastAsia"/>
        </w:rPr>
        <w:t xml:space="preserve">。包括</w:t>
      </w:r>
      <w:r>
        <w:t xml:space="preserve"> EXE </w:t>
      </w:r>
      <w:r>
        <w:rPr>
          <w:rFonts w:hint="eastAsia"/>
        </w:rPr>
        <w:t xml:space="preserve">在内，用恰好</w:t>
      </w:r>
      <w:r>
        <w:t xml:space="preserve"> 5 </w:t>
      </w:r>
      <w:r>
        <w:rPr>
          <w:rFonts w:hint="eastAsia"/>
        </w:rPr>
        <w:t xml:space="preserve">个按键（含</w:t>
      </w:r>
      <w:r>
        <w:t xml:space="preserve"> </w:t>
      </w:r>
      <w:r>
        <w:rPr>
          <w:rFonts w:hint="eastAsia"/>
        </w:rPr>
        <w:t xml:space="preserve">EXE）给出三种达到大于或等于</w:t>
      </w:r>
      <w:r>
        <w:t xml:space="preserve"> </w:t>
      </w:r>
      <m:oMath>
        <m:sSup>
          <m:e>
            <m:r>
              <m:t>10</m:t>
            </m:r>
          </m:e>
          <m:sup>
            <m:r>
              <m:t>92</m:t>
            </m:r>
          </m:sup>
        </m:sSup>
      </m:oMath>
      <w:r>
        <w:t xml:space="preserve"> </w:t>
      </w:r>
      <w:r>
        <w:rPr>
          <w:rFonts w:hint="eastAsia"/>
        </w:rPr>
        <w:t xml:space="preserve">的结果的方法。</w:t>
      </w:r>
      <w:r>
        <w:t xml:space="preserve"> </w:t>
      </w:r>
      <w:r>
        <w:t xml:space="preserve">A calculator as shown is provided. Xiaoli claims 9 9 ^ 9 EXE exceeds</w:t>
      </w:r>
      <w:r>
        <w:t xml:space="preserve"> </w:t>
      </w:r>
      <m:oMath>
        <m:sSup>
          <m:e>
            <m:r>
              <m:t>10</m:t>
            </m:r>
          </m:e>
          <m:sup>
            <m:r>
              <m:t>92</m:t>
            </m:r>
          </m:sup>
        </m:sSup>
      </m:oMath>
      <w:r>
        <w:t xml:space="preserve">, but</w:t>
      </w:r>
      <w:r>
        <w:t xml:space="preserve"> </w:t>
      </w:r>
      <m:oMath>
        <m:sSup>
          <m:e>
            <m:r>
              <m:t>99</m:t>
            </m:r>
          </m:e>
          <m:sup>
            <m:r>
              <m:t>9</m:t>
            </m:r>
          </m:sup>
        </m:sSup>
        <m:r>
          <m:rPr>
            <m:sty m:val="p"/>
          </m:rPr>
          <m:t>≈</m:t>
        </m:r>
        <m:r>
          <m:t>9</m:t>
        </m:r>
        <m:r>
          <m:rPr>
            <m:sty m:val="p"/>
          </m:rPr>
          <m:t>×</m:t>
        </m:r>
        <m:sSup>
          <m:e>
            <m:r>
              <m:t>10</m:t>
            </m:r>
          </m:e>
          <m:sup>
            <m:r>
              <m:t>17</m:t>
            </m:r>
          </m:sup>
        </m:sSup>
      </m:oMath>
      <w:r>
        <w:t xml:space="preserve">. Note EXP means</w:t>
      </w:r>
      <w:r>
        <w:t xml:space="preserve"> </w:t>
      </w:r>
      <m:oMath>
        <m:r>
          <m:rPr>
            <m:nor/>
            <m:sty m:val="p"/>
          </m:rPr>
          <m:t/>
        </m:r>
        <m:r>
          <m:rPr>
            <m:sty m:val="p"/>
          </m:rPr>
          <m:t>×</m:t>
        </m:r>
        <m:sSup>
          <m:e>
            <m:r>
              <m:t>10</m:t>
            </m:r>
          </m:e>
          <m:sup>
            <m:r>
              <m:t>n</m:t>
            </m:r>
          </m:sup>
        </m:sSup>
      </m:oMath>
      <w:r>
        <w:t xml:space="preserve">, not power. Including the EXE button, give 3 ways to reach a result greater than or equal to</w:t>
      </w:r>
      <w:r>
        <w:t xml:space="preserve"> </w:t>
      </w:r>
      <m:oMath>
        <m:sSup>
          <m:e>
            <m:r>
              <m:t>10</m:t>
            </m:r>
          </m:e>
          <m:sup>
            <m:r>
              <m:t>92</m:t>
            </m:r>
          </m:sup>
        </m:sSup>
      </m:oMath>
      <w:r>
        <w:t xml:space="preserve"> </w:t>
      </w:r>
      <w:r>
        <w:t xml:space="preserve">by pressing exactly 5 buttons including EXE.</w:t>
      </w:r>
    </w:p>
    <w:p>
      <w:pPr>
        <w:pStyle w:val="WSFig"/>
      </w:pPr>
      <w:r>
        <w:drawing>
          <wp:inline>
            <wp:extent cx="1153058" cy="3017520"/>
            <wp:effectExtent b="0" l="0" r="0" t="0"/>
            <wp:docPr descr="" title="" id="25" name="Picture"/>
            <a:graphic>
              <a:graphicData uri="http://schemas.openxmlformats.org/drawingml/2006/picture">
                <pic:pic>
                  <pic:nvPicPr>
                    <pic:cNvPr descr="/scratch/samples/_work/chinese-traditional/03452584-78a8-4e9d-97c9-79b11f9842f0.png" id="26" name="Picture"/>
                    <pic:cNvPicPr>
                      <a:picLocks noChangeArrowheads="1" noChangeAspect="1"/>
                    </pic:cNvPicPr>
                  </pic:nvPicPr>
                  <pic:blipFill>
                    <a:blip r:embed="rId24"/>
                    <a:stretch>
                      <a:fillRect/>
                    </a:stretch>
                  </pic:blipFill>
                  <pic:spPr bwMode="auto">
                    <a:xfrm>
                      <a:off x="0" y="0"/>
                      <a:ext cx="1153058" cy="3017520"/>
                    </a:xfrm>
                    <a:prstGeom prst="rect">
                      <a:avLst/>
                    </a:prstGeom>
                    <a:noFill/>
                    <a:ln w="9525">
                      <a:noFill/>
                      <a:headEnd/>
                      <a:tailEnd/>
                    </a:ln>
                  </pic:spPr>
                </pic:pic>
              </a:graphicData>
            </a:graphic>
          </wp:inline>
        </w:drawing>
      </w:r>
    </w:p>
    <w:p>
      <w:pPr>
        <w:pStyle w:val="WSCaption"/>
      </w:pPr>
      <w:r>
        <w:rPr>
          <w:i/>
          <w:iCs/>
        </w:rPr>
        <w:t xml:space="preserve">CASIO fx-50FH II calculator</w:t>
      </w:r>
    </w:p>
    <w:p>
      <w:pPr>
        <w:pStyle w:val="WSStemFlow"/>
      </w:pPr>
      <w:r>
        <w:rPr>
          <w:b/>
          <w:bCs/>
        </w:rPr>
        <w:t xml:space="preserve">(a)</w:t>
      </w:r>
      <w:r>
        <w:t xml:space="preserve"> </w:t>
      </w:r>
      <w:r>
        <w:rPr>
          <w:rFonts w:hint="eastAsia"/>
        </w:rPr>
        <w:t xml:space="preserve">方法一</w:t>
      </w:r>
      <w:r>
        <w:t xml:space="preserve"> Method </w:t>
      </w:r>
      <w:r>
        <w:rPr>
          <w:rFonts w:hint="eastAsia"/>
        </w:rPr>
        <w:t xml:space="preserve">1：________________</w:t>
      </w:r>
      <w:r>
        <w:t xml:space="preserve"> ________________ ________________ ________________ EXE</w:t>
      </w:r>
    </w:p>
    <w:p>
      <w:pPr>
        <w:pStyle w:val="WSStemFlow"/>
      </w:pPr>
      <w:r>
        <w:rPr>
          <w:b/>
          <w:bCs/>
        </w:rPr>
        <w:t xml:space="preserve">(b)</w:t>
      </w:r>
      <w:r>
        <w:t xml:space="preserve"> </w:t>
      </w:r>
      <w:r>
        <w:rPr>
          <w:rFonts w:hint="eastAsia"/>
        </w:rPr>
        <w:t xml:space="preserve">方法二</w:t>
      </w:r>
      <w:r>
        <w:t xml:space="preserve"> Method </w:t>
      </w:r>
      <w:r>
        <w:rPr>
          <w:rFonts w:hint="eastAsia"/>
        </w:rPr>
        <w:t xml:space="preserve">2：________________</w:t>
      </w:r>
      <w:r>
        <w:t xml:space="preserve"> ________________ ________________ ________________ EXE</w:t>
      </w:r>
    </w:p>
    <w:p>
      <w:pPr>
        <w:pStyle w:val="WSStemFlow"/>
      </w:pPr>
      <w:r>
        <w:rPr>
          <w:b/>
          <w:bCs/>
        </w:rPr>
        <w:t xml:space="preserve">(c)</w:t>
      </w:r>
      <w:r>
        <w:t xml:space="preserve"> </w:t>
      </w:r>
      <w:r>
        <w:rPr>
          <w:rFonts w:hint="eastAsia"/>
        </w:rPr>
        <w:t xml:space="preserve">方法三</w:t>
      </w:r>
      <w:r>
        <w:t xml:space="preserve"> Method </w:t>
      </w:r>
      <w:r>
        <w:rPr>
          <w:rFonts w:hint="eastAsia"/>
        </w:rPr>
        <w:t xml:space="preserve">3：________________</w:t>
      </w:r>
      <w:r>
        <w:t xml:space="preserve"> ________________ ________________ ________________ EXE</w:t>
      </w:r>
    </w:p>
    <w:p>
      <w:r>
        <w:br w:type="page"/>
      </w:r>
    </w:p>
    <w:p>
      <w:pPr>
        <w:pStyle w:val="WSStim"/>
      </w:pPr>
      <w:r>
        <w:rPr>
          <w:rFonts w:hint="eastAsia"/>
        </w:rPr>
        <w:t xml:space="preserve">乙部（建議此部用15分鐘作答）</w:t>
      </w:r>
      <w:r>
        <w:t xml:space="preserve"> </w:t>
      </w:r>
      <w:r>
        <w:t xml:space="preserve">Section B (Suggested to use 15 minutes in this Section)</w:t>
      </w:r>
    </w:p>
    <w:p>
      <w:pPr>
        <w:pStyle w:val="WSBand"/>
      </w:pPr>
      <w:r>
        <w:t xml:space="preserve">Question 11</w:t>
      </w:r>
      <w:r>
        <w:tab/>
      </w:r>
      <w:r>
        <w:t xml:space="preserve">13 marks</w:t>
      </w:r>
    </w:p>
    <w:p>
      <w:pPr>
        <w:pStyle w:val="WSStim"/>
      </w:pPr>
      <w:r>
        <w:rPr>
          <w:rFonts w:hint="eastAsia"/>
        </w:rPr>
        <w:t xml:space="preserve">摺疊與切割</w:t>
      </w:r>
      <w:r>
        <w:t xml:space="preserve"> Fold and Cut</w:t>
      </w:r>
    </w:p>
    <w:p>
      <w:pPr>
        <w:pStyle w:val="WSStem"/>
      </w:pPr>
      <w:r>
        <w:rPr>
          <w:b/>
          <w:bCs/>
        </w:rPr>
        <w:t xml:space="preserve">(a)</w:t>
      </w:r>
      <w:r>
        <w:t xml:space="preserve"> </w:t>
      </w:r>
      <w:r>
        <w:rPr>
          <w:rFonts w:hint="eastAsia"/>
        </w:rPr>
        <w:t xml:space="preserve">給定一張長</w:t>
      </w:r>
      <w:r>
        <w:t xml:space="preserve"> 12 </w:t>
      </w:r>
      <w:r>
        <w:rPr>
          <w:rFonts w:hint="eastAsia"/>
        </w:rPr>
        <w:t xml:space="preserve">cm、寬</w:t>
      </w:r>
      <w:r>
        <w:t xml:space="preserve"> 8 cm </w:t>
      </w:r>
      <w:r>
        <w:rPr>
          <w:rFonts w:hint="eastAsia"/>
        </w:rPr>
        <w:t xml:space="preserve">的長方形紙</w:t>
      </w:r>
      <w:r>
        <w:t xml:space="preserve"> </w:t>
      </w:r>
      <m:oMath>
        <m:r>
          <m:t>A</m:t>
        </m:r>
        <m:r>
          <m:t>B</m:t>
        </m:r>
        <m:r>
          <m:t>C</m:t>
        </m:r>
        <m:r>
          <m:t>D</m:t>
        </m:r>
      </m:oMath>
      <w:r>
        <w:rPr>
          <w:rFonts w:hint="eastAsia"/>
        </w:rPr>
        <w:t xml:space="preserve">。按照以下步驟摺疊和切割。</w:t>
      </w:r>
      <w:r>
        <w:t xml:space="preserve"> </w:t>
      </w:r>
      <w:r>
        <w:rPr>
          <w:rFonts w:hint="eastAsia"/>
        </w:rPr>
        <w:t xml:space="preserve">步驟1：</w:t>
      </w:r>
      <m:oMath>
        <m:r>
          <m:t>M</m:t>
        </m:r>
      </m:oMath>
      <w:r>
        <w:t xml:space="preserve">、</w:t>
      </w:r>
      <m:oMath>
        <m:r>
          <m:t>N</m:t>
        </m:r>
      </m:oMath>
      <w:r>
        <w:t xml:space="preserve"> </w:t>
      </w:r>
      <w:r>
        <w:rPr>
          <w:rFonts w:hint="eastAsia"/>
        </w:rPr>
        <w:t xml:space="preserve">是</w:t>
      </w:r>
      <w:r>
        <w:t xml:space="preserve"> </w:t>
      </w:r>
      <m:oMath>
        <m:r>
          <m:t>A</m:t>
        </m:r>
        <m:r>
          <m:t>D</m:t>
        </m:r>
      </m:oMath>
      <w:r>
        <w:t xml:space="preserve">、</w:t>
      </w:r>
      <m:oMath>
        <m:r>
          <m:t>B</m:t>
        </m:r>
        <m:r>
          <m:t>C</m:t>
        </m:r>
      </m:oMath>
      <w:r>
        <w:t xml:space="preserve"> </w:t>
      </w:r>
      <w:r>
        <w:rPr>
          <w:rFonts w:hint="eastAsia"/>
        </w:rPr>
        <w:t xml:space="preserve">的中點，沿</w:t>
      </w:r>
      <w:r>
        <w:t xml:space="preserve"> </w:t>
      </w:r>
      <m:oMath>
        <m:r>
          <m:t>M</m:t>
        </m:r>
        <m:r>
          <m:t>N</m:t>
        </m:r>
      </m:oMath>
      <w:r>
        <w:t xml:space="preserve"> </w:t>
      </w:r>
      <w:r>
        <w:rPr>
          <w:rFonts w:hint="eastAsia"/>
        </w:rPr>
        <w:t xml:space="preserve">對摺。</w:t>
      </w:r>
      <w:r>
        <w:t xml:space="preserve"> </w:t>
      </w:r>
      <w:r>
        <w:rPr>
          <w:rFonts w:hint="eastAsia"/>
        </w:rPr>
        <w:t xml:space="preserve">步驟2：</w:t>
      </w:r>
      <m:oMath>
        <m:r>
          <m:t>P</m:t>
        </m:r>
      </m:oMath>
      <w:r>
        <w:t xml:space="preserve">、</w:t>
      </w:r>
      <m:oMath>
        <m:r>
          <m:t>Q</m:t>
        </m:r>
      </m:oMath>
      <w:r>
        <w:t xml:space="preserve"> </w:t>
      </w:r>
      <w:r>
        <w:rPr>
          <w:rFonts w:hint="eastAsia"/>
        </w:rPr>
        <w:t xml:space="preserve">是</w:t>
      </w:r>
      <w:r>
        <w:t xml:space="preserve"> </w:t>
      </w:r>
      <m:oMath>
        <m:r>
          <m:t>A</m:t>
        </m:r>
        <m:r>
          <m:t>B</m:t>
        </m:r>
      </m:oMath>
      <w:r>
        <w:t xml:space="preserve">、</w:t>
      </w:r>
      <m:oMath>
        <m:r>
          <m:t>C</m:t>
        </m:r>
        <m:r>
          <m:t>D</m:t>
        </m:r>
      </m:oMath>
      <w:r>
        <w:t xml:space="preserve"> </w:t>
      </w:r>
      <w:r>
        <w:rPr>
          <w:rFonts w:hint="eastAsia"/>
        </w:rPr>
        <w:t xml:space="preserve">的中點，設</w:t>
      </w:r>
      <w:r>
        <w:t xml:space="preserve"> </w:t>
      </w:r>
      <m:oMath>
        <m:r>
          <m:t>O</m:t>
        </m:r>
      </m:oMath>
      <w:r>
        <w:t xml:space="preserve"> </w:t>
      </w:r>
      <w:r>
        <w:rPr>
          <w:rFonts w:hint="eastAsia"/>
        </w:rPr>
        <w:t xml:space="preserve">為</w:t>
      </w:r>
      <w:r>
        <w:t xml:space="preserve"> </w:t>
      </w:r>
      <m:oMath>
        <m:r>
          <m:t>M</m:t>
        </m:r>
        <m:r>
          <m:t>N</m:t>
        </m:r>
      </m:oMath>
      <w:r>
        <w:t xml:space="preserve"> </w:t>
      </w:r>
      <w:r>
        <w:rPr>
          <w:rFonts w:hint="eastAsia"/>
        </w:rPr>
        <w:t xml:space="preserve">與</w:t>
      </w:r>
      <w:r>
        <w:t xml:space="preserve"> </w:t>
      </w:r>
      <m:oMath>
        <m:r>
          <m:t>P</m:t>
        </m:r>
        <m:r>
          <m:t>Q</m:t>
        </m:r>
      </m:oMath>
      <w:r>
        <w:t xml:space="preserve"> </w:t>
      </w:r>
      <w:r>
        <w:rPr>
          <w:rFonts w:hint="eastAsia"/>
        </w:rPr>
        <w:t xml:space="preserve">的交點，沿</w:t>
      </w:r>
      <w:r>
        <w:t xml:space="preserve"> </w:t>
      </w:r>
      <m:oMath>
        <m:r>
          <m:t>P</m:t>
        </m:r>
        <m:r>
          <m:t>Q</m:t>
        </m:r>
      </m:oMath>
      <w:r>
        <w:t xml:space="preserve"> </w:t>
      </w:r>
      <w:r>
        <w:rPr>
          <w:rFonts w:hint="eastAsia"/>
        </w:rPr>
        <w:t xml:space="preserve">再對摺成</w:t>
      </w:r>
      <w:r>
        <w:t xml:space="preserve"> 4 </w:t>
      </w:r>
      <w:r>
        <w:rPr>
          <w:rFonts w:hint="eastAsia"/>
        </w:rPr>
        <w:t xml:space="preserve">層，此時</w:t>
      </w:r>
      <w:r>
        <w:t xml:space="preserve"> </w:t>
      </w:r>
      <m:oMath>
        <m:r>
          <m:t>O</m:t>
        </m:r>
      </m:oMath>
      <w:r>
        <w:t xml:space="preserve"> </w:t>
      </w:r>
      <w:r>
        <w:rPr>
          <w:rFonts w:hint="eastAsia"/>
        </w:rPr>
        <w:t xml:space="preserve">成為有兩條摺邊的角。</w:t>
      </w:r>
      <w:r>
        <w:t xml:space="preserve"> </w:t>
      </w:r>
      <w:r>
        <w:rPr>
          <w:rFonts w:hint="eastAsia"/>
        </w:rPr>
        <w:t xml:space="preserve">步驟3：在</w:t>
      </w:r>
      <w:r>
        <w:t xml:space="preserve"> </w:t>
      </w:r>
      <m:oMath>
        <m:r>
          <m:t>M</m:t>
        </m:r>
        <m:r>
          <m:t>N</m:t>
        </m:r>
      </m:oMath>
      <w:r>
        <w:t xml:space="preserve"> </w:t>
      </w:r>
      <w:r>
        <w:rPr>
          <w:rFonts w:hint="eastAsia"/>
        </w:rPr>
        <w:t xml:space="preserve">上取</w:t>
      </w:r>
      <w:r>
        <w:t xml:space="preserve"> </w:t>
      </w:r>
      <m:oMath>
        <m:r>
          <m:t>T</m:t>
        </m:r>
      </m:oMath>
      <w:r>
        <w:t xml:space="preserve"> </w:t>
      </w:r>
      <w:r>
        <w:rPr>
          <w:rFonts w:hint="eastAsia"/>
        </w:rPr>
        <w:t xml:space="preserve">使</w:t>
      </w:r>
      <w:r>
        <w:t xml:space="preserve"> </w:t>
      </w:r>
      <m:oMath>
        <m:r>
          <m:t>O</m:t>
        </m:r>
        <m:r>
          <m:t>T</m:t>
        </m:r>
        <m:r>
          <m:rPr>
            <m:sty m:val="p"/>
          </m:rPr>
          <m:t>=</m:t>
        </m:r>
        <m:r>
          <m:t>2</m:t>
        </m:r>
      </m:oMath>
      <w:r>
        <w:t xml:space="preserve"> </w:t>
      </w:r>
      <w:r>
        <w:rPr>
          <w:rFonts w:hint="eastAsia"/>
        </w:rPr>
        <w:t xml:space="preserve">cm，在</w:t>
      </w:r>
      <w:r>
        <w:t xml:space="preserve"> </w:t>
      </w:r>
      <m:oMath>
        <m:r>
          <m:t>P</m:t>
        </m:r>
        <m:r>
          <m:t>Q</m:t>
        </m:r>
      </m:oMath>
      <w:r>
        <w:t xml:space="preserve"> </w:t>
      </w:r>
      <w:r>
        <w:rPr>
          <w:rFonts w:hint="eastAsia"/>
        </w:rPr>
        <w:t xml:space="preserve">上取</w:t>
      </w:r>
      <w:r>
        <w:t xml:space="preserve"> </w:t>
      </w:r>
      <m:oMath>
        <m:r>
          <m:t>U</m:t>
        </m:r>
      </m:oMath>
      <w:r>
        <w:t xml:space="preserve"> </w:t>
      </w:r>
      <w:r>
        <w:rPr>
          <w:rFonts w:hint="eastAsia"/>
        </w:rPr>
        <w:t xml:space="preserve">使</w:t>
      </w:r>
      <w:r>
        <w:t xml:space="preserve"> </w:t>
      </w:r>
      <m:oMath>
        <m:r>
          <m:t>O</m:t>
        </m:r>
        <m:r>
          <m:t>U</m:t>
        </m:r>
        <m:r>
          <m:rPr>
            <m:sty m:val="p"/>
          </m:rPr>
          <m:t>=</m:t>
        </m:r>
        <m:r>
          <m:t>1</m:t>
        </m:r>
      </m:oMath>
      <w:r>
        <w:t xml:space="preserve"> </w:t>
      </w:r>
      <w:r>
        <w:rPr>
          <w:rFonts w:hint="eastAsia"/>
        </w:rPr>
        <w:t xml:space="preserve">cm，沿</w:t>
      </w:r>
      <w:r>
        <w:t xml:space="preserve"> </w:t>
      </w:r>
      <m:oMath>
        <m:r>
          <m:t>T</m:t>
        </m:r>
        <m:r>
          <m:t>U</m:t>
        </m:r>
      </m:oMath>
      <w:r>
        <w:t xml:space="preserve"> </w:t>
      </w:r>
      <w:r>
        <w:rPr>
          <w:rFonts w:hint="eastAsia"/>
        </w:rPr>
        <w:t xml:space="preserve">直剪一刀，剪下角上的小三角形。</w:t>
      </w:r>
      <w:r>
        <w:t xml:space="preserve"> </w:t>
      </w:r>
      <w:r>
        <w:rPr>
          <w:rFonts w:hint="eastAsia"/>
        </w:rPr>
        <w:t xml:space="preserve">小明說剪下的部分展開後還是一個直角三角形。指出他的錯誤，展開剪下的部分，在答題紙上繪畫並標明其形狀和尺寸。</w:t>
      </w:r>
      <w:r>
        <w:t xml:space="preserve"> </w:t>
      </w:r>
      <w:r>
        <w:t xml:space="preserve">Given a 12 cm by 8 cm rectangle. Fold along</w:t>
      </w:r>
      <w:r>
        <w:t xml:space="preserve"> </w:t>
      </w:r>
      <m:oMath>
        <m:r>
          <m:t>M</m:t>
        </m:r>
        <m:r>
          <m:t>N</m:t>
        </m:r>
      </m:oMath>
      <w:r>
        <w:t xml:space="preserve">, then along</w:t>
      </w:r>
      <w:r>
        <w:t xml:space="preserve"> </w:t>
      </w:r>
      <m:oMath>
        <m:r>
          <m:t>P</m:t>
        </m:r>
        <m:r>
          <m:t>Q</m:t>
        </m:r>
      </m:oMath>
      <w:r>
        <w:t xml:space="preserve"> </w:t>
      </w:r>
      <w:r>
        <w:t xml:space="preserve">to 4 layers, cut off triangle</w:t>
      </w:r>
      <w:r>
        <w:t xml:space="preserve"> </w:t>
      </w:r>
      <m:oMath>
        <m:r>
          <m:t>O</m:t>
        </m:r>
        <m:r>
          <m:t>T</m:t>
        </m:r>
        <m:r>
          <m:t>U</m:t>
        </m:r>
      </m:oMath>
      <w:r>
        <w:t xml:space="preserve"> </w:t>
      </w:r>
      <w:r>
        <w:t xml:space="preserve">with</w:t>
      </w:r>
      <w:r>
        <w:t xml:space="preserve"> </w:t>
      </w:r>
      <m:oMath>
        <m:r>
          <m:t>O</m:t>
        </m:r>
        <m:r>
          <m:t>T</m:t>
        </m:r>
        <m:r>
          <m:rPr>
            <m:sty m:val="p"/>
          </m:rPr>
          <m:t>=</m:t>
        </m:r>
        <m:r>
          <m:t>2</m:t>
        </m:r>
      </m:oMath>
      <w:r>
        <w:t xml:space="preserve"> </w:t>
      </w:r>
      <w:r>
        <w:t xml:space="preserve">cm,</w:t>
      </w:r>
      <w:r>
        <w:t xml:space="preserve"> </w:t>
      </w:r>
      <m:oMath>
        <m:r>
          <m:t>O</m:t>
        </m:r>
        <m:r>
          <m:t>U</m:t>
        </m:r>
        <m:r>
          <m:rPr>
            <m:sty m:val="p"/>
          </m:rPr>
          <m:t>=</m:t>
        </m:r>
        <m:r>
          <m:t>1</m:t>
        </m:r>
      </m:oMath>
      <w:r>
        <w:t xml:space="preserve"> </w:t>
      </w:r>
      <w:r>
        <w:t xml:space="preserve">cm. Xiaoming says the unfolded cut-out is still a triangle. Point out his error and draw the unfolded cut-out with dimensions.</w:t>
      </w:r>
      <w:r>
        <w:t xml:space="preserve"> </w:t>
      </w:r>
      <w:r>
        <w:rPr>
          <w:i/>
          <w:iCs/>
        </w:rPr>
        <w:t xml:space="preserve">(4)</w:t>
      </w:r>
    </w:p>
    <w:p>
      <w:pPr>
        <w:pStyle w:val="WSFig"/>
      </w:pPr>
      <w:r>
        <w:drawing>
          <wp:inline>
            <wp:extent cx="4206240" cy="2948940"/>
            <wp:effectExtent b="0" l="0" r="0" t="0"/>
            <wp:docPr descr="" title="" id="28" name="Picture"/>
            <a:graphic>
              <a:graphicData uri="http://schemas.openxmlformats.org/drawingml/2006/picture">
                <pic:pic>
                  <pic:nvPicPr>
                    <pic:cNvPr descr="/scratch/samples/_work/chinese-traditional/06f72aff-f1c8-43fe-bc57-b8454a8f47a2.png" id="29" name="Picture"/>
                    <pic:cNvPicPr>
                      <a:picLocks noChangeArrowheads="1" noChangeAspect="1"/>
                    </pic:cNvPicPr>
                  </pic:nvPicPr>
                  <pic:blipFill>
                    <a:blip r:embed="rId27"/>
                    <a:stretch>
                      <a:fillRect/>
                    </a:stretch>
                  </pic:blipFill>
                  <pic:spPr bwMode="auto">
                    <a:xfrm>
                      <a:off x="0" y="0"/>
                      <a:ext cx="4206240" cy="2948940"/>
                    </a:xfrm>
                    <a:prstGeom prst="rect">
                      <a:avLst/>
                    </a:prstGeom>
                    <a:noFill/>
                    <a:ln w="9525">
                      <a:noFill/>
                      <a:headEnd/>
                      <a:tailEnd/>
                    </a:ln>
                  </pic:spPr>
                </pic:pic>
              </a:graphicData>
            </a:graphic>
          </wp:inline>
        </w:drawing>
      </w:r>
    </w:p>
    <w:p>
      <w:pPr>
        <w:pStyle w:val="WSCaption"/>
      </w:pPr>
      <w:r>
        <w:rPr>
          <w:i/>
          <w:iCs/>
        </w:rPr>
        <w:t xml:space="preserve">Rectangle ABCD with fold lines and cut TU</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(b)</w:t>
      </w:r>
      <w:r>
        <w:t xml:space="preserve"> </w:t>
      </w:r>
      <w:r>
        <w:rPr>
          <w:rFonts w:hint="eastAsia"/>
        </w:rPr>
        <w:t xml:space="preserve">在一張紙上印有字母「H」，尺寸如下圖所示。所有線條都是垂直或水平的。字母「H」的筆畫厚度均為</w:t>
      </w:r>
      <w:r>
        <w:t xml:space="preserve"> 3 </w:t>
      </w:r>
      <w:r>
        <w:rPr>
          <w:rFonts w:hint="eastAsia"/>
        </w:rPr>
        <w:t xml:space="preserve">cm，紙張每邊留</w:t>
      </w:r>
      <w:r>
        <w:t xml:space="preserve"> 1 cm </w:t>
      </w:r>
      <w:r>
        <w:rPr>
          <w:rFonts w:hint="eastAsia"/>
        </w:rPr>
        <w:t xml:space="preserve">邊距。</w:t>
      </w:r>
      <w:r>
        <w:t xml:space="preserve"> </w:t>
      </w:r>
      <w:r>
        <w:rPr>
          <w:rFonts w:hint="eastAsia"/>
        </w:rPr>
        <w:t xml:space="preserve">小強說沿對角線對摺一次，再一刀就能剪出「H」。指出他的錯誤，並說明若要直剪次數最少，應如何摺疊和剪裁，在下面描述你的步驟。你可以用文字表達，並附上插圖。</w:t>
      </w:r>
      <w:r>
        <w:t xml:space="preserve"> </w:t>
      </w:r>
      <w:r>
        <w:t xml:space="preserve">A letter H is printed with uniform thickness 3 cm and 1 cm margin. Xiaoqiang says fold along the diagonal once and cut once. Point out his error and describe steps with fewest straight cuts.</w:t>
      </w:r>
      <w:r>
        <w:t xml:space="preserve"> </w:t>
      </w:r>
      <w:r>
        <w:rPr>
          <w:i/>
          <w:iCs/>
        </w:rPr>
        <w:t xml:space="preserve">(6)</w:t>
      </w:r>
    </w:p>
    <w:p>
      <w:pPr>
        <w:pStyle w:val="WSFig"/>
      </w:pPr>
      <w:r>
        <w:drawing>
          <wp:inline>
            <wp:extent cx="2840126" cy="3017520"/>
            <wp:effectExtent b="0" l="0" r="0" t="0"/>
            <wp:docPr descr="" title="" id="31" name="Picture"/>
            <a:graphic>
              <a:graphicData uri="http://schemas.openxmlformats.org/drawingml/2006/picture">
                <pic:pic>
                  <pic:nvPicPr>
                    <pic:cNvPr descr="/scratch/samples/_work/chinese-traditional/aa509bbc-3d8c-40d4-bf7d-3d8c33993baf.png" id="32" name="Picture"/>
                    <pic:cNvPicPr>
                      <a:picLocks noChangeArrowheads="1" noChangeAspect="1"/>
                    </pic:cNvPicPr>
                  </pic:nvPicPr>
                  <pic:blipFill>
                    <a:blip r:embed="rId30"/>
                    <a:stretch>
                      <a:fillRect/>
                    </a:stretch>
                  </pic:blipFill>
                  <pic:spPr bwMode="auto">
                    <a:xfrm>
                      <a:off x="0" y="0"/>
                      <a:ext cx="2840126" cy="3017520"/>
                    </a:xfrm>
                    <a:prstGeom prst="rect">
                      <a:avLst/>
                    </a:prstGeom>
                    <a:noFill/>
                    <a:ln w="9525">
                      <a:noFill/>
                      <a:headEnd/>
                      <a:tailEnd/>
                    </a:ln>
                  </pic:spPr>
                </pic:pic>
              </a:graphicData>
            </a:graphic>
          </wp:inline>
        </w:drawing>
      </w:r>
    </w:p>
    <w:p>
      <w:pPr>
        <w:pStyle w:val="WSCaption"/>
      </w:pPr>
      <w:r>
        <w:rPr>
          <w:i/>
          <w:iCs/>
        </w:rPr>
        <w:t xml:space="preserve">Letter H with dimensions</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(c)</w:t>
      </w:r>
      <w:r>
        <w:t xml:space="preserve"> 2016 </w:t>
      </w:r>
      <w:r>
        <w:rPr>
          <w:rFonts w:hint="eastAsia"/>
        </w:rPr>
        <w:t xml:space="preserve">最多可以寫成多少個連續非負整數（包括</w:t>
      </w:r>
      <w:r>
        <w:t xml:space="preserve"> </w:t>
      </w:r>
      <w:r>
        <w:rPr>
          <w:rFonts w:hint="eastAsia"/>
        </w:rPr>
        <w:t xml:space="preserve">0）之和？小明說最多</w:t>
      </w:r>
      <w:r>
        <w:t xml:space="preserve"> 63 </w:t>
      </w:r>
      <w:r>
        <w:rPr>
          <w:rFonts w:hint="eastAsia"/>
        </w:rPr>
        <w:t xml:space="preserve">個，因為</w:t>
      </w:r>
      <w:r>
        <w:t xml:space="preserve"> </w:t>
      </w:r>
      <m:oMath>
        <m:r>
          <m:t>1</m:t>
        </m:r>
        <m:r>
          <m:rPr>
            <m:sty m:val="p"/>
          </m:rPr>
          <m:t>+</m:t>
        </m:r>
        <m:r>
          <m:t>2</m:t>
        </m:r>
        <m:r>
          <m:rPr>
            <m:sty m:val="p"/>
          </m:rPr>
          <m:t>+</m:t>
        </m:r>
        <m:r>
          <m:rPr>
            <m:sty m:val="p"/>
          </m:rPr>
          <m:t>⋯</m:t>
        </m:r>
        <m:r>
          <m:rPr>
            <m:sty m:val="p"/>
          </m:rPr>
          <m:t>+</m:t>
        </m:r>
        <m:r>
          <m:t>63</m:t>
        </m:r>
        <m:r>
          <m:rPr>
            <m:sty m:val="p"/>
          </m:rPr>
          <m:t>=</m:t>
        </m:r>
        <m:r>
          <m:t>2016</m:t>
        </m:r>
      </m:oMath>
      <w:r>
        <w:rPr>
          <w:rFonts w:hint="eastAsia"/>
        </w:rPr>
        <w:t xml:space="preserve">，認為必須從</w:t>
      </w:r>
      <w:r>
        <w:t xml:space="preserve"> 1 </w:t>
      </w:r>
      <w:r>
        <w:rPr>
          <w:rFonts w:hint="eastAsia"/>
        </w:rPr>
        <w:t xml:space="preserve">開始。指出他的錯誤，並求正確的最大個數。</w:t>
      </w:r>
      <w:r>
        <w:t xml:space="preserve"> </w:t>
      </w:r>
      <w:r>
        <w:t xml:space="preserve">What is the maximum number of consecutive non-negative integers including 0 that sum to 2016? Xiaoming says 63 starting from 1. Point out his error and find the correct maximum.</w:t>
      </w:r>
      <w:r>
        <w:t xml:space="preserve"> </w:t>
      </w:r>
      <w:r>
        <w:rPr>
          <w:rFonts w:hint="eastAsia"/>
        </w:rPr>
        <w:t xml:space="preserve">答案</w:t>
      </w:r>
      <w:r>
        <w:t xml:space="preserve"> </w:t>
      </w:r>
      <w:r>
        <w:rPr>
          <w:rFonts w:hint="eastAsia"/>
        </w:rPr>
        <w:t xml:space="preserve">Answer：</w:t>
      </w:r>
      <w:r>
        <w:t xml:space="preserve"> </w:t>
      </w:r>
      <w:r>
        <w:rPr>
          <w:i/>
          <w:iCs/>
        </w:rPr>
        <w:t xml:space="preserve">(3)</w:t>
      </w:r>
    </w:p>
    <w:p>
      <w:pPr>
        <w:pStyle w:val="WSAnswerLine"/>
      </w:pPr>
      <w:r>
        <w:t xml:space="preserve">Answer: ________________</w:t>
      </w:r>
    </w:p>
    <w:p>
      <w:r>
        <w:br w:type="page"/>
      </w:r>
    </w:p>
    <w:p>
      <w:pPr>
        <w:pStyle w:val="WSBand"/>
      </w:pPr>
      <w:r>
        <w:t xml:space="preserve">Question 12</w:t>
      </w:r>
      <w:r>
        <w:tab/>
      </w:r>
      <w:r>
        <w:t xml:space="preserve">3 marks</w:t>
      </w:r>
    </w:p>
    <w:p>
      <w:pPr>
        <w:pStyle w:val="WSStem"/>
      </w:pPr>
      <w:r>
        <w:rPr>
          <w:rFonts w:hint="eastAsia"/>
        </w:rPr>
        <w:t xml:space="preserve">設</w:t>
      </w:r>
      <w:r>
        <w:t xml:space="preserve"> </w:t>
      </w:r>
      <m:oMath>
        <m:r>
          <m:t>p</m:t>
        </m:r>
        <m:r>
          <m:rPr>
            <m:sty m:val="p"/>
          </m:rPr>
          <m:t>&gt;</m:t>
        </m:r>
        <m:r>
          <m:t>0</m:t>
        </m:r>
      </m:oMath>
      <w:r>
        <w:rPr>
          <w:rFonts w:hint="eastAsia"/>
        </w:rPr>
        <w:t xml:space="preserve">，且方程</w:t>
      </w:r>
      <w:r>
        <w:t xml:space="preserve"> </w:t>
      </w:r>
      <m:oMath>
        <m:sSup>
          <m:e>
            <m:r>
              <m:t>x</m:t>
            </m:r>
          </m:e>
          <m:sup>
            <m:r>
              <m:t>2</m:t>
            </m:r>
          </m:sup>
        </m:sSup>
        <m:r>
          <m:rPr>
            <m:sty m:val="p"/>
          </m:rPr>
          <m:t>+</m:t>
        </m:r>
        <m:r>
          <m:t>p</m:t>
        </m:r>
        <m:r>
          <m:t>x</m:t>
        </m:r>
        <m:r>
          <m:rPr>
            <m:sty m:val="p"/>
          </m:rPr>
          <m:t>+</m:t>
        </m:r>
        <m:r>
          <m:t>24</m:t>
        </m:r>
        <m:r>
          <m:rPr>
            <m:sty m:val="p"/>
          </m:rPr>
          <m:t>=</m:t>
        </m:r>
        <m:r>
          <m:t>0</m:t>
        </m:r>
      </m:oMath>
      <w:r>
        <w:t xml:space="preserve"> </w:t>
      </w:r>
      <w:r>
        <w:rPr>
          <w:rFonts w:hint="eastAsia"/>
        </w:rPr>
        <w:t xml:space="preserve">有整數根。小華只列出</w:t>
      </w:r>
      <w:r>
        <w:t xml:space="preserve"> </w:t>
      </w:r>
      <m:oMath>
        <m:r>
          <m:t>2</m:t>
        </m:r>
        <m:r>
          <m:rPr>
            <m:sty m:val="p"/>
          </m:rPr>
          <m:t>×</m:t>
        </m:r>
        <m:r>
          <m:t>12</m:t>
        </m:r>
      </m:oMath>
      <w:r>
        <w:t xml:space="preserve"> </w:t>
      </w:r>
      <w:r>
        <w:rPr>
          <w:rFonts w:hint="eastAsia"/>
        </w:rPr>
        <w:t xml:space="preserve">和</w:t>
      </w:r>
      <w:r>
        <w:t xml:space="preserve"> </w:t>
      </w:r>
      <m:oMath>
        <m:r>
          <m:t>3</m:t>
        </m:r>
        <m:r>
          <m:rPr>
            <m:sty m:val="p"/>
          </m:rPr>
          <m:t>×</m:t>
        </m:r>
        <m:r>
          <m:t>8</m:t>
        </m:r>
      </m:oMath>
      <w:r>
        <w:rPr>
          <w:rFonts w:hint="eastAsia"/>
        </w:rPr>
        <w:t xml:space="preserve">，認為</w:t>
      </w:r>
      <w:r>
        <w:t xml:space="preserve"> </w:t>
      </w:r>
      <m:oMath>
        <m:r>
          <m:t>p</m:t>
        </m:r>
      </m:oMath>
      <w:r>
        <w:t xml:space="preserve"> </w:t>
      </w:r>
      <w:r>
        <w:rPr>
          <w:rFonts w:hint="eastAsia"/>
        </w:rPr>
        <w:t xml:space="preserve">只有兩種可能。指出他的錯誤，並求所有</w:t>
      </w:r>
      <w:r>
        <w:t xml:space="preserve"> </w:t>
      </w:r>
      <m:oMath>
        <m:r>
          <m:t>p</m:t>
        </m:r>
      </m:oMath>
      <w:r>
        <w:t xml:space="preserve"> </w:t>
      </w:r>
      <w:r>
        <w:rPr>
          <w:rFonts w:hint="eastAsia"/>
        </w:rPr>
        <w:t xml:space="preserve">的可能值之和。</w:t>
      </w:r>
      <w:r>
        <w:t xml:space="preserve"> </w:t>
      </w:r>
      <w:r>
        <w:t xml:space="preserve">Let</w:t>
      </w:r>
      <w:r>
        <w:t xml:space="preserve"> </w:t>
      </w:r>
      <m:oMath>
        <m:r>
          <m:t>p</m:t>
        </m:r>
        <m:r>
          <m:rPr>
            <m:sty m:val="p"/>
          </m:rPr>
          <m:t>&gt;</m:t>
        </m:r>
        <m:r>
          <m:t>0</m:t>
        </m:r>
      </m:oMath>
      <w:r>
        <w:t xml:space="preserve"> </w:t>
      </w:r>
      <w:r>
        <w:t xml:space="preserve">such that</w:t>
      </w:r>
      <w:r>
        <w:t xml:space="preserve"> </w:t>
      </w:r>
      <m:oMath>
        <m:sSup>
          <m:e>
            <m:r>
              <m:t>x</m:t>
            </m:r>
          </m:e>
          <m:sup>
            <m:r>
              <m:t>2</m:t>
            </m:r>
          </m:sup>
        </m:sSup>
        <m:r>
          <m:rPr>
            <m:sty m:val="p"/>
          </m:rPr>
          <m:t>+</m:t>
        </m:r>
        <m:r>
          <m:t>p</m:t>
        </m:r>
        <m:r>
          <m:t>x</m:t>
        </m:r>
        <m:r>
          <m:rPr>
            <m:sty m:val="p"/>
          </m:rPr>
          <m:t>+</m:t>
        </m:r>
        <m:r>
          <m:t>24</m:t>
        </m:r>
        <m:r>
          <m:rPr>
            <m:sty m:val="p"/>
          </m:rPr>
          <m:t>=</m:t>
        </m:r>
        <m:r>
          <m:t>0</m:t>
        </m:r>
      </m:oMath>
      <w:r>
        <w:t xml:space="preserve"> </w:t>
      </w:r>
      <w:r>
        <w:t xml:space="preserve">has integer roots. Xiaohua only lists</w:t>
      </w:r>
      <w:r>
        <w:t xml:space="preserve"> </w:t>
      </w:r>
      <m:oMath>
        <m:r>
          <m:t>2</m:t>
        </m:r>
        <m:r>
          <m:rPr>
            <m:sty m:val="p"/>
          </m:rPr>
          <m:t>×</m:t>
        </m:r>
        <m:r>
          <m:t>12</m:t>
        </m:r>
      </m:oMath>
      <w:r>
        <w:t xml:space="preserve"> </w:t>
      </w:r>
      <w:r>
        <w:t xml:space="preserve">and</w:t>
      </w:r>
      <w:r>
        <w:t xml:space="preserve"> </w:t>
      </w:r>
      <m:oMath>
        <m:r>
          <m:t>3</m:t>
        </m:r>
        <m:r>
          <m:rPr>
            <m:sty m:val="p"/>
          </m:rPr>
          <m:t>×</m:t>
        </m:r>
        <m:r>
          <m:t>8</m:t>
        </m:r>
      </m:oMath>
      <w:r>
        <w:t xml:space="preserve">. Point out his error and find the sum of all possible</w:t>
      </w:r>
      <w:r>
        <w:t xml:space="preserve"> </w:t>
      </w:r>
      <m:oMath>
        <m:r>
          <m:t>p</m:t>
        </m:r>
      </m:oMath>
      <w:r>
        <w:t xml:space="preserve">.</w:t>
      </w:r>
      <w:r>
        <w:t xml:space="preserve"> </w:t>
      </w:r>
      <w:r>
        <w:rPr>
          <w:rFonts w:hint="eastAsia"/>
        </w:rPr>
        <w:t xml:space="preserve">答案</w:t>
      </w:r>
      <w:r>
        <w:t xml:space="preserve"> </w:t>
      </w:r>
      <w:r>
        <w:rPr>
          <w:rFonts w:hint="eastAsia"/>
        </w:rPr>
        <w:t xml:space="preserve">Answer：</w:t>
      </w:r>
      <w:r>
        <w:t xml:space="preserve"> </w:t>
      </w:r>
      <w:r>
        <w:rPr>
          <w:i/>
          <w:iCs/>
        </w:rPr>
        <w:t xml:space="preserve">(3)</w:t>
      </w:r>
    </w:p>
    <w:p>
      <w:pPr>
        <w:pStyle w:val="WSAnswerLine"/>
      </w:pPr>
      <w:r>
        <w:t xml:space="preserve">Answer: ________________</w:t>
      </w:r>
    </w:p>
    <w:p>
      <w:r>
        <w:br w:type="page"/>
      </w:r>
    </w:p>
    <w:p>
      <w:pPr>
        <w:pStyle w:val="WSBand"/>
      </w:pPr>
      <w:r>
        <w:t xml:space="preserve">Question 13</w:t>
      </w:r>
      <w:r>
        <w:tab/>
      </w:r>
      <w:r>
        <w:t xml:space="preserve">3 marks</w:t>
      </w:r>
    </w:p>
    <w:p>
      <w:pPr>
        <w:pStyle w:val="WSStem"/>
      </w:pPr>
      <w:r>
        <w:rPr>
          <w:rFonts w:hint="eastAsia"/>
        </w:rPr>
        <w:t xml:space="preserve">已知</w:t>
      </w:r>
      <w:r>
        <w:t xml:space="preserve"> </w:t>
      </w:r>
      <m:oMath>
        <m:r>
          <m:t>a</m:t>
        </m:r>
        <m:r>
          <m:rPr>
            <m:sty m:val="p"/>
          </m:rPr>
          <m:t>=</m:t>
        </m:r>
        <m:r>
          <m:t>3</m:t>
        </m:r>
      </m:oMath>
      <w:r>
        <w:rPr>
          <w:rFonts w:hint="eastAsia"/>
        </w:rPr>
        <w:t xml:space="preserve">，</w:t>
      </w:r>
      <m:oMath>
        <m:r>
          <m:t>b</m:t>
        </m:r>
        <m:r>
          <m:rPr>
            <m:sty m:val="p"/>
          </m:rPr>
          <m:t>=</m:t>
        </m:r>
        <m:r>
          <m:t>4</m:t>
        </m:r>
      </m:oMath>
      <w:r>
        <w:rPr>
          <w:rFonts w:hint="eastAsia"/>
        </w:rPr>
        <w:t xml:space="preserve">，</w:t>
      </w:r>
      <m:oMath>
        <m:r>
          <m:t>c</m:t>
        </m:r>
        <m:r>
          <m:rPr>
            <m:sty m:val="p"/>
          </m:rPr>
          <m:t>=</m:t>
        </m:r>
        <m:r>
          <m:t>12</m:t>
        </m:r>
      </m:oMath>
      <w:r>
        <w:rPr>
          <w:rFonts w:hint="eastAsia"/>
        </w:rPr>
        <w:t xml:space="preserve">。若</w:t>
      </w:r>
      <w:r>
        <w:t xml:space="preserve"> </w:t>
      </w:r>
      <m:oMath>
        <m:r>
          <m:t>d</m:t>
        </m:r>
        <m:r>
          <m:rPr>
            <m:sty m:val="p"/>
          </m:rPr>
          <m:t>&gt;</m:t>
        </m:r>
        <m:r>
          <m:t>0</m:t>
        </m:r>
      </m:oMath>
      <w:r>
        <w:t xml:space="preserve"> </w:t>
      </w:r>
      <w:r>
        <w:rPr>
          <w:rFonts w:hint="eastAsia"/>
        </w:rPr>
        <w:t xml:space="preserve">且</w:t>
      </w:r>
      <w:r>
        <w:t xml:space="preserve"> </w:t>
      </w:r>
      <m:oMath>
        <m:sSup>
          <m:e>
            <m:r>
              <m:t>d</m:t>
            </m:r>
          </m:e>
          <m:sup>
            <m:r>
              <m:t>2</m:t>
            </m:r>
          </m:sup>
        </m:sSup>
        <m:r>
          <m:rPr>
            <m:sty m:val="p"/>
          </m:rPr>
          <m:t>=</m:t>
        </m:r>
        <m:sSup>
          <m:e>
            <m:r>
              <m:t>a</m:t>
            </m:r>
          </m:e>
          <m:sup>
            <m:r>
              <m:t>2</m:t>
            </m:r>
          </m:sup>
        </m:sSup>
        <m:r>
          <m:rPr>
            <m:sty m:val="p"/>
          </m:rPr>
          <m:t>+</m:t>
        </m:r>
        <m:sSup>
          <m:e>
            <m:r>
              <m:t>b</m:t>
            </m:r>
          </m:e>
          <m:sup>
            <m:r>
              <m:t>2</m:t>
            </m:r>
          </m:sup>
        </m:sSup>
        <m:r>
          <m:rPr>
            <m:sty m:val="p"/>
          </m:rPr>
          <m:t>+</m:t>
        </m:r>
        <m:sSup>
          <m:e>
            <m:r>
              <m:t>c</m:t>
            </m:r>
          </m:e>
          <m:sup>
            <m:r>
              <m:t>2</m:t>
            </m:r>
          </m:sup>
        </m:sSup>
      </m:oMath>
      <w:r>
        <w:rPr>
          <w:rFonts w:hint="eastAsia"/>
        </w:rPr>
        <w:t xml:space="preserve">，小強說</w:t>
      </w:r>
      <w:r>
        <w:t xml:space="preserve"> </w:t>
      </w:r>
      <m:oMath>
        <m:r>
          <m:t>d</m:t>
        </m:r>
        <m:r>
          <m:rPr>
            <m:sty m:val="p"/>
          </m:rPr>
          <m:t>=</m:t>
        </m:r>
        <m:r>
          <m:t>a</m:t>
        </m:r>
        <m:r>
          <m:rPr>
            <m:sty m:val="p"/>
          </m:rPr>
          <m:t>+</m:t>
        </m:r>
        <m:r>
          <m:t>b</m:t>
        </m:r>
        <m:r>
          <m:rPr>
            <m:sty m:val="p"/>
          </m:rPr>
          <m:t>+</m:t>
        </m:r>
        <m:r>
          <m:t>c</m:t>
        </m:r>
        <m:r>
          <m:rPr>
            <m:sty m:val="p"/>
          </m:rPr>
          <m:t>=</m:t>
        </m:r>
        <m:r>
          <m:t>19</m:t>
        </m:r>
      </m:oMath>
      <w:r>
        <w:rPr>
          <w:rFonts w:hint="eastAsia"/>
        </w:rPr>
        <w:t xml:space="preserve">。指出他的錯誤，並求</w:t>
      </w:r>
      <w:r>
        <w:t xml:space="preserve"> </w:t>
      </w:r>
      <m:oMath>
        <m:r>
          <m:t>d</m:t>
        </m:r>
      </m:oMath>
      <w:r>
        <w:t xml:space="preserve">。</w:t>
      </w:r>
      <w:r>
        <w:t xml:space="preserve"> </w:t>
      </w:r>
      <w:r>
        <w:t xml:space="preserve">Given</w:t>
      </w:r>
      <w:r>
        <w:t xml:space="preserve"> </w:t>
      </w:r>
      <m:oMath>
        <m:r>
          <m:t>a</m:t>
        </m:r>
        <m:r>
          <m:rPr>
            <m:sty m:val="p"/>
          </m:rPr>
          <m:t>=</m:t>
        </m:r>
        <m:r>
          <m:t>3</m:t>
        </m:r>
      </m:oMath>
      <w:r>
        <w:t xml:space="preserve">,</w:t>
      </w:r>
      <w:r>
        <w:t xml:space="preserve"> </w:t>
      </w:r>
      <m:oMath>
        <m:r>
          <m:t>b</m:t>
        </m:r>
        <m:r>
          <m:rPr>
            <m:sty m:val="p"/>
          </m:rPr>
          <m:t>=</m:t>
        </m:r>
        <m:r>
          <m:t>4</m:t>
        </m:r>
      </m:oMath>
      <w:r>
        <w:t xml:space="preserve">,</w:t>
      </w:r>
      <w:r>
        <w:t xml:space="preserve"> </w:t>
      </w:r>
      <m:oMath>
        <m:r>
          <m:t>c</m:t>
        </m:r>
        <m:r>
          <m:rPr>
            <m:sty m:val="p"/>
          </m:rPr>
          <m:t>=</m:t>
        </m:r>
        <m:r>
          <m:t>12</m:t>
        </m:r>
      </m:oMath>
      <w:r>
        <w:t xml:space="preserve">. If</w:t>
      </w:r>
      <w:r>
        <w:t xml:space="preserve"> </w:t>
      </w:r>
      <m:oMath>
        <m:r>
          <m:t>d</m:t>
        </m:r>
        <m:r>
          <m:rPr>
            <m:sty m:val="p"/>
          </m:rPr>
          <m:t>&gt;</m:t>
        </m:r>
        <m:r>
          <m:t>0</m:t>
        </m:r>
      </m:oMath>
      <w:r>
        <w:t xml:space="preserve"> </w:t>
      </w:r>
      <w:r>
        <w:t xml:space="preserve">and</w:t>
      </w:r>
      <w:r>
        <w:t xml:space="preserve"> </w:t>
      </w:r>
      <m:oMath>
        <m:sSup>
          <m:e>
            <m:r>
              <m:t>d</m:t>
            </m:r>
          </m:e>
          <m:sup>
            <m:r>
              <m:t>2</m:t>
            </m:r>
          </m:sup>
        </m:sSup>
        <m:r>
          <m:rPr>
            <m:sty m:val="p"/>
          </m:rPr>
          <m:t>=</m:t>
        </m:r>
        <m:sSup>
          <m:e>
            <m:r>
              <m:t>a</m:t>
            </m:r>
          </m:e>
          <m:sup>
            <m:r>
              <m:t>2</m:t>
            </m:r>
          </m:sup>
        </m:sSup>
        <m:r>
          <m:rPr>
            <m:sty m:val="p"/>
          </m:rPr>
          <m:t>+</m:t>
        </m:r>
        <m:sSup>
          <m:e>
            <m:r>
              <m:t>b</m:t>
            </m:r>
          </m:e>
          <m:sup>
            <m:r>
              <m:t>2</m:t>
            </m:r>
          </m:sup>
        </m:sSup>
        <m:r>
          <m:rPr>
            <m:sty m:val="p"/>
          </m:rPr>
          <m:t>+</m:t>
        </m:r>
        <m:sSup>
          <m:e>
            <m:r>
              <m:t>c</m:t>
            </m:r>
          </m:e>
          <m:sup>
            <m:r>
              <m:t>2</m:t>
            </m:r>
          </m:sup>
        </m:sSup>
      </m:oMath>
      <w:r>
        <w:t xml:space="preserve">, Xiaoqiang says</w:t>
      </w:r>
      <w:r>
        <w:t xml:space="preserve"> </w:t>
      </w:r>
      <m:oMath>
        <m:r>
          <m:t>d</m:t>
        </m:r>
        <m:r>
          <m:rPr>
            <m:sty m:val="p"/>
          </m:rPr>
          <m:t>=</m:t>
        </m:r>
        <m:r>
          <m:t>19</m:t>
        </m:r>
      </m:oMath>
      <w:r>
        <w:t xml:space="preserve">. Point out his error and find</w:t>
      </w:r>
      <w:r>
        <w:t xml:space="preserve"> </w:t>
      </w:r>
      <m:oMath>
        <m:r>
          <m:t>d</m:t>
        </m:r>
      </m:oMath>
      <w:r>
        <w:t xml:space="preserve">.</w:t>
      </w:r>
      <w:r>
        <w:t xml:space="preserve"> </w:t>
      </w:r>
      <w:r>
        <w:rPr>
          <w:rFonts w:hint="eastAsia"/>
        </w:rPr>
        <w:t xml:space="preserve">答案</w:t>
      </w:r>
      <w:r>
        <w:t xml:space="preserve"> </w:t>
      </w:r>
      <w:r>
        <w:rPr>
          <w:rFonts w:hint="eastAsia"/>
        </w:rPr>
        <w:t xml:space="preserve">Answer：</w:t>
      </w:r>
      <w:r>
        <w:t xml:space="preserve"> </w:t>
      </w:r>
      <w:r>
        <w:rPr>
          <w:i/>
          <w:iCs/>
        </w:rPr>
        <w:t xml:space="preserve">(3)</w:t>
      </w:r>
    </w:p>
    <w:p>
      <w:pPr>
        <w:pStyle w:val="WSAnswerLine"/>
      </w:pPr>
      <w:r>
        <w:t xml:space="preserve">Answer: ________________</w:t>
      </w:r>
    </w:p>
    <w:p>
      <w:r>
        <w:br w:type="page"/>
      </w:r>
    </w:p>
    <w:p>
      <w:pPr>
        <w:pStyle w:val="WSBand"/>
      </w:pPr>
      <w:r>
        <w:t xml:space="preserve">Question 14</w:t>
      </w:r>
      <w:r>
        <w:tab/>
      </w:r>
      <w:r>
        <w:t xml:space="preserve">3 marks</w:t>
      </w:r>
    </w:p>
    <w:p>
      <w:pPr>
        <w:pStyle w:val="WSStem"/>
      </w:pPr>
      <w:r>
        <w:rPr>
          <w:rFonts w:hint="eastAsia"/>
        </w:rPr>
        <w:t xml:space="preserve">简体：现在是星期四下午3点。小文声称：经过</w:t>
      </w:r>
      <w:r>
        <w:t xml:space="preserve"> </w:t>
      </w:r>
      <m:oMath>
        <m:sSup>
          <m:e>
            <m:r>
              <m:t>2025</m:t>
            </m:r>
          </m:e>
          <m:sup>
            <m:r>
              <m:t>2</m:t>
            </m:r>
          </m:sup>
        </m:sSup>
        <m:r>
          <m:rPr>
            <m:sty m:val="p"/>
          </m:rPr>
          <m:t>+</m:t>
        </m:r>
        <m:sSup>
          <m:e>
            <m:r>
              <m:t>2026</m:t>
            </m:r>
          </m:e>
          <m:sup>
            <m:r>
              <m:t>2</m:t>
            </m:r>
          </m:sup>
        </m:sSup>
      </m:oMath>
      <w:r>
        <w:t xml:space="preserve"> </w:t>
      </w:r>
      <w:r>
        <w:rPr>
          <w:rFonts w:hint="eastAsia"/>
        </w:rPr>
        <w:t xml:space="preserve">小时后仍然是星期四下午3点，因为“平方和一定是7的倍数”。请指出他推理中的错误，并求出正确的星期和时刻（12小时制）。</w:t>
      </w:r>
      <w:r>
        <w:t xml:space="preserve"> </w:t>
      </w:r>
      <w:r>
        <w:rPr>
          <w:rFonts w:hint="eastAsia"/>
        </w:rPr>
        <w:t xml:space="preserve">繁體：現在是星期四下午3點。小文聲稱：經過</w:t>
      </w:r>
      <w:r>
        <w:t xml:space="preserve"> </w:t>
      </w:r>
      <m:oMath>
        <m:sSup>
          <m:e>
            <m:r>
              <m:t>2025</m:t>
            </m:r>
          </m:e>
          <m:sup>
            <m:r>
              <m:t>2</m:t>
            </m:r>
          </m:sup>
        </m:sSup>
        <m:r>
          <m:rPr>
            <m:sty m:val="p"/>
          </m:rPr>
          <m:t>+</m:t>
        </m:r>
        <m:sSup>
          <m:e>
            <m:r>
              <m:t>2026</m:t>
            </m:r>
          </m:e>
          <m:sup>
            <m:r>
              <m:t>2</m:t>
            </m:r>
          </m:sup>
        </m:sSup>
      </m:oMath>
      <w:r>
        <w:t xml:space="preserve"> </w:t>
      </w:r>
      <w:r>
        <w:rPr>
          <w:rFonts w:hint="eastAsia"/>
        </w:rPr>
        <w:t xml:space="preserve">小時後仍然是星期四下午3點，因為“平方和一定是7的倍數”。請指出他推理中的錯誤，並求出正確的星期和時刻（12小時制）。</w:t>
      </w:r>
      <w:r>
        <w:t xml:space="preserve"> </w:t>
      </w:r>
      <w:r>
        <w:t xml:space="preserve">English: It is 3 p.m. Thursday. Xiaowen claims after</w:t>
      </w:r>
      <w:r>
        <w:t xml:space="preserve"> </w:t>
      </w:r>
      <m:oMath>
        <m:sSup>
          <m:e>
            <m:r>
              <m:t>2025</m:t>
            </m:r>
          </m:e>
          <m:sup>
            <m:r>
              <m:t>2</m:t>
            </m:r>
          </m:sup>
        </m:sSup>
        <m:r>
          <m:rPr>
            <m:sty m:val="p"/>
          </m:rPr>
          <m:t>+</m:t>
        </m:r>
        <m:sSup>
          <m:e>
            <m:r>
              <m:t>2026</m:t>
            </m:r>
          </m:e>
          <m:sup>
            <m:r>
              <m:t>2</m:t>
            </m:r>
          </m:sup>
        </m:sSup>
      </m:oMath>
      <w:r>
        <w:t xml:space="preserve"> </w:t>
      </w:r>
      <w:r>
        <w:t xml:space="preserve">hours it is still 3 p.m. Thursday because “a sum of squares is always a multiple of 7”. Point out the error and give the correct weekday and time.</w:t>
      </w:r>
      <w:r>
        <w:t xml:space="preserve"> </w:t>
      </w:r>
      <w:r>
        <w:rPr>
          <w:i/>
          <w:iCs/>
        </w:rPr>
        <w:t xml:space="preserve">(3)</w:t>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15</w:t>
      </w:r>
      <w:r>
        <w:tab/>
      </w:r>
      <w:r>
        <w:t xml:space="preserve">3 marks</w:t>
      </w:r>
    </w:p>
    <w:p>
      <w:pPr>
        <w:pStyle w:val="WSStem"/>
      </w:pPr>
      <w:r>
        <w:rPr>
          <w:rFonts w:hint="eastAsia"/>
        </w:rPr>
        <w:t xml:space="preserve">简体：一个长方形的长比宽多</w:t>
      </w:r>
      <w:r>
        <w:t xml:space="preserve"> </w:t>
      </w:r>
      <m:oMath>
        <m:r>
          <m:t>1</m:t>
        </m:r>
      </m:oMath>
      <w:r>
        <w:t xml:space="preserve"> </w:t>
      </w:r>
      <w:r>
        <w:rPr>
          <w:rFonts w:hint="eastAsia"/>
        </w:rPr>
        <w:t xml:space="preserve">厘米，面积是</w:t>
      </w:r>
      <w:r>
        <w:t xml:space="preserve"> </w:t>
      </w:r>
      <m:oMath>
        <m:r>
          <m:t>420</m:t>
        </m:r>
      </m:oMath>
      <w:r>
        <w:t xml:space="preserve"> </w:t>
      </w:r>
      <w:r>
        <w:rPr>
          <w:rFonts w:hint="eastAsia"/>
        </w:rPr>
        <w:t xml:space="preserve">平方厘米。小刚误认为面积等于</w:t>
      </w:r>
      <w:r>
        <w:t xml:space="preserve"> </w:t>
      </w:r>
      <m:oMath>
        <m:sSup>
          <m:e>
            <m:r>
              <m:rPr>
                <m:sty m:val="p"/>
              </m:rPr>
              <m:t>(</m:t>
            </m:r>
            <m:r>
              <m:t>宽</m:t>
            </m:r>
            <m:r>
              <m:rPr>
                <m:sty m:val="p"/>
              </m:rPr>
              <m:t>+</m:t>
            </m:r>
            <m:r>
              <m:t>1</m:t>
            </m:r>
            <m:r>
              <m:rPr>
                <m:sty m:val="p"/>
              </m:rPr>
              <m:t>)</m:t>
            </m:r>
          </m:e>
          <m:sup>
            <m:r>
              <m:t>2</m:t>
            </m:r>
          </m:sup>
        </m:sSup>
      </m:oMath>
      <w:r>
        <w:rPr>
          <w:rFonts w:hint="eastAsia"/>
        </w:rPr>
        <w:t xml:space="preserve">，想直接开方求解。请按正确的长宽关系求出宽的厘米数。</w:t>
      </w:r>
      <w:r>
        <w:t xml:space="preserve"> </w:t>
      </w:r>
      <w:r>
        <w:rPr>
          <w:rFonts w:hint="eastAsia"/>
        </w:rPr>
        <w:t xml:space="preserve">繁體：一個長方形的長比寬多</w:t>
      </w:r>
      <w:r>
        <w:t xml:space="preserve"> </w:t>
      </w:r>
      <m:oMath>
        <m:r>
          <m:t>1</m:t>
        </m:r>
      </m:oMath>
      <w:r>
        <w:t xml:space="preserve"> </w:t>
      </w:r>
      <w:r>
        <w:rPr>
          <w:rFonts w:hint="eastAsia"/>
        </w:rPr>
        <w:t xml:space="preserve">厘米，面積是</w:t>
      </w:r>
      <w:r>
        <w:t xml:space="preserve"> </w:t>
      </w:r>
      <m:oMath>
        <m:r>
          <m:t>420</m:t>
        </m:r>
      </m:oMath>
      <w:r>
        <w:t xml:space="preserve"> </w:t>
      </w:r>
      <w:r>
        <w:rPr>
          <w:rFonts w:hint="eastAsia"/>
        </w:rPr>
        <w:t xml:space="preserve">平方厘米。小剛誤認為面積等於</w:t>
      </w:r>
      <w:r>
        <w:t xml:space="preserve"> </w:t>
      </w:r>
      <m:oMath>
        <m:sSup>
          <m:e>
            <m:r>
              <m:rPr>
                <m:sty m:val="p"/>
              </m:rPr>
              <m:t>(</m:t>
            </m:r>
            <m:r>
              <m:t>寬</m:t>
            </m:r>
            <m:r>
              <m:rPr>
                <m:sty m:val="p"/>
              </m:rPr>
              <m:t>+</m:t>
            </m:r>
            <m:r>
              <m:t>1</m:t>
            </m:r>
            <m:r>
              <m:rPr>
                <m:sty m:val="p"/>
              </m:rPr>
              <m:t>)</m:t>
            </m:r>
          </m:e>
          <m:sup>
            <m:r>
              <m:t>2</m:t>
            </m:r>
          </m:sup>
        </m:sSup>
      </m:oMath>
      <w:r>
        <w:rPr>
          <w:rFonts w:hint="eastAsia"/>
        </w:rPr>
        <w:t xml:space="preserve">，想直接開方求解。請按正確的長寬關係求出寬的厘米數。</w:t>
      </w:r>
      <w:r>
        <w:t xml:space="preserve"> </w:t>
      </w:r>
      <w:r>
        <w:t xml:space="preserve">English: A rectangle is</w:t>
      </w:r>
      <w:r>
        <w:t xml:space="preserve"> </w:t>
      </w:r>
      <m:oMath>
        <m:r>
          <m:t>1</m:t>
        </m:r>
      </m:oMath>
      <w:r>
        <w:t xml:space="preserve"> </w:t>
      </w:r>
      <w:r>
        <w:t xml:space="preserve">cm longer than it is wide, area</w:t>
      </w:r>
      <w:r>
        <w:t xml:space="preserve"> </w:t>
      </w:r>
      <m:oMath>
        <m:r>
          <m:t>420</m:t>
        </m:r>
      </m:oMath>
      <w:r>
        <w:t xml:space="preserve"> </w:t>
      </w:r>
      <w:r>
        <w:t xml:space="preserve">cm². Someone mistakes the area for</w:t>
      </w:r>
      <w:r>
        <w:t xml:space="preserve"> </w:t>
      </w:r>
      <m:oMath>
        <m:sSup>
          <m:e>
            <m:r>
              <m:rPr>
                <m:sty m:val="p"/>
              </m:rPr>
              <m:t>(</m:t>
            </m:r>
            <m:r>
              <m:t>w</m:t>
            </m:r>
            <m:r>
              <m:t>i</m:t>
            </m:r>
            <m:r>
              <m:t>d</m:t>
            </m:r>
            <m:r>
              <m:t>t</m:t>
            </m:r>
            <m:r>
              <m:t>h</m:t>
            </m:r>
            <m:r>
              <m:rPr>
                <m:sty m:val="p"/>
              </m:rPr>
              <m:t>+</m:t>
            </m:r>
            <m:r>
              <m:t>1</m:t>
            </m:r>
            <m:r>
              <m:rPr>
                <m:sty m:val="p"/>
              </m:rPr>
              <m:t>)</m:t>
            </m:r>
          </m:e>
          <m:sup>
            <m:r>
              <m:t>2</m:t>
            </m:r>
          </m:sup>
        </m:sSup>
      </m:oMath>
      <w:r>
        <w:t xml:space="preserve">. Find the correct width in cm.</w:t>
      </w:r>
      <w:r>
        <w:t xml:space="preserve"> </w:t>
      </w:r>
      <w:r>
        <w:rPr>
          <w:i/>
          <w:iCs/>
        </w:rPr>
        <w:t xml:space="preserve">(3)</w:t>
      </w:r>
    </w:p>
    <w:p>
      <w:pPr>
        <w:pStyle w:val="WSAnswerLine"/>
      </w:pPr>
      <w:r>
        <w:t xml:space="preserve">Answer: ________________</w:t>
      </w:r>
    </w:p>
    <w:p>
      <w:r>
        <w:br w:type="page"/>
      </w:r>
    </w:p>
    <w:p>
      <w:pPr>
        <w:pStyle w:val="WSBand"/>
      </w:pPr>
      <w:r>
        <w:t xml:space="preserve">Question 16</w:t>
      </w:r>
      <w:r>
        <w:tab/>
      </w:r>
      <w:r>
        <w:t xml:space="preserve">3 marks</w:t>
      </w:r>
    </w:p>
    <w:p>
      <w:pPr>
        <w:pStyle w:val="WSStem"/>
      </w:pPr>
      <w:r>
        <w:rPr>
          <w:rFonts w:hint="eastAsia"/>
        </w:rPr>
        <w:t xml:space="preserve">简体：英语海报把“第21、22、23个生日”写成</w:t>
      </w:r>
      <w:r>
        <w:t xml:space="preserve"> </w:t>
      </w:r>
      <w:r>
        <w:rPr>
          <w:rFonts w:hint="eastAsia"/>
        </w:rPr>
        <w:t xml:space="preserve">21th、22th、23th，小李说个位是1、2、3也统一用</w:t>
      </w:r>
      <w:r>
        <w:t xml:space="preserve"> </w:t>
      </w:r>
      <w:r>
        <w:rPr>
          <w:rFonts w:hint="eastAsia"/>
        </w:rPr>
        <w:t xml:space="preserve">th。请指出错误原因，并写出三个正确的序数缩写。</w:t>
      </w:r>
      <w:r>
        <w:t xml:space="preserve"> </w:t>
      </w:r>
      <w:r>
        <w:rPr>
          <w:rFonts w:hint="eastAsia"/>
        </w:rPr>
        <w:t xml:space="preserve">繁體：英語海報把“第21、22、23個生日”寫成</w:t>
      </w:r>
      <w:r>
        <w:t xml:space="preserve"> </w:t>
      </w:r>
      <w:r>
        <w:rPr>
          <w:rFonts w:hint="eastAsia"/>
        </w:rPr>
        <w:t xml:space="preserve">21th、22th、23th，小李說個位是1、2、3也統一用</w:t>
      </w:r>
      <w:r>
        <w:t xml:space="preserve"> </w:t>
      </w:r>
      <w:r>
        <w:rPr>
          <w:rFonts w:hint="eastAsia"/>
        </w:rPr>
        <w:t xml:space="preserve">th。請指出錯誤原因，並寫出三個正確的序數縮寫。</w:t>
      </w:r>
      <w:r>
        <w:t xml:space="preserve"> </w:t>
      </w:r>
      <w:r>
        <w:t xml:space="preserve">English: A poster writes the 21st, 22nd, 23rd birthdays as 21th, 22th, 23th, claiming digits 1, 2, 3 also take th. Point out the error and write the three correct ordinal abbreviations.</w:t>
      </w:r>
      <w:r>
        <w:t xml:space="preserve"> </w:t>
      </w:r>
      <w:r>
        <w:rPr>
          <w:i/>
          <w:iCs/>
        </w:rPr>
        <w:t xml:space="preserve">(3)</w:t>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17</w:t>
      </w:r>
      <w:r>
        <w:tab/>
      </w:r>
      <w:r>
        <w:t xml:space="preserve">4 marks</w:t>
      </w:r>
    </w:p>
    <w:p>
      <w:pPr>
        <w:pStyle w:val="WSStemFlow"/>
      </w:pPr>
      <w:r>
        <w:rPr>
          <w:rFonts w:hint="eastAsia"/>
        </w:rPr>
        <w:t xml:space="preserve">简体：两条直线相交形成邻角</w:t>
      </w:r>
      <w:r>
        <w:t xml:space="preserve"> </w:t>
      </w:r>
      <m:oMath>
        <m:r>
          <m:t>θ</m:t>
        </m:r>
      </m:oMath>
      <w:r>
        <w:t xml:space="preserve"> </w:t>
      </w:r>
      <w:r>
        <w:rPr>
          <w:rFonts w:hint="eastAsia"/>
        </w:rPr>
        <w:t xml:space="preserve">与</w:t>
      </w:r>
      <w:r>
        <w:t xml:space="preserve"> </w:t>
      </w:r>
      <m:oMath>
        <m:r>
          <m:t>ϕ</m:t>
        </m:r>
      </m:oMath>
      <w:r>
        <w:rPr>
          <w:rFonts w:hint="eastAsia"/>
        </w:rPr>
        <w:t xml:space="preserve">，已知</w:t>
      </w:r>
      <w:r>
        <w:t xml:space="preserve"> </w:t>
      </w:r>
      <m:oMath>
        <m:r>
          <m:t>ϕ</m:t>
        </m:r>
      </m:oMath>
      <w:r>
        <w:t xml:space="preserve"> </w:t>
      </w:r>
      <w:r>
        <w:rPr>
          <w:rFonts w:hint="eastAsia"/>
        </w:rPr>
        <w:t xml:space="preserve">比</w:t>
      </w:r>
      <w:r>
        <w:t xml:space="preserve"> </w:t>
      </w:r>
      <m:oMath>
        <m:r>
          <m:t>θ</m:t>
        </m:r>
      </m:oMath>
      <w:r>
        <w:t xml:space="preserve"> </w:t>
      </w:r>
      <w:r>
        <w:rPr>
          <w:rFonts w:hint="eastAsia"/>
        </w:rPr>
        <w:t xml:space="preserve">的</w:t>
      </w:r>
      <w:r>
        <w:t xml:space="preserve"> </w:t>
      </w:r>
      <m:oMath>
        <m:r>
          <m:t>2</m:t>
        </m:r>
      </m:oMath>
      <w:r>
        <w:t xml:space="preserve"> </w:t>
      </w:r>
      <w:r>
        <w:rPr>
          <w:rFonts w:hint="eastAsia"/>
        </w:rPr>
        <w:t xml:space="preserve">倍大</w:t>
      </w:r>
      <w:r>
        <w:t xml:space="preserve"> </w:t>
      </w:r>
      <m:oMath>
        <m:r>
          <m:t>30</m:t>
        </m:r>
        <m:r>
          <m:rPr>
            <m:sty m:val="p"/>
          </m:rPr>
          <m:t>°</m:t>
        </m:r>
      </m:oMath>
      <w:r>
        <w:rPr>
          <w:rFonts w:hint="eastAsia"/>
        </w:rPr>
        <w:t xml:space="preserve">。小红误把它们看成对顶角，认为</w:t>
      </w:r>
      <w:r>
        <w:t xml:space="preserve"> </w:t>
      </w:r>
      <m:oMath>
        <m:r>
          <m:t>θ</m:t>
        </m:r>
        <m:r>
          <m:rPr>
            <m:sty m:val="p"/>
          </m:rPr>
          <m:t>=</m:t>
        </m:r>
        <m:r>
          <m:t>ϕ</m:t>
        </m:r>
      </m:oMath>
      <w:r>
        <w:rPr>
          <w:rFonts w:hint="eastAsia"/>
        </w:rPr>
        <w:t xml:space="preserve">。请按“邻角互补”的正确关系求这两个角的值。</w:t>
      </w:r>
      <w:r>
        <w:t xml:space="preserve"> </w:t>
      </w:r>
      <w:r>
        <w:rPr>
          <w:rFonts w:hint="eastAsia"/>
        </w:rPr>
        <w:t xml:space="preserve">繁體：兩條直線相交形成鄰角</w:t>
      </w:r>
      <w:r>
        <w:t xml:space="preserve"> </w:t>
      </w:r>
      <m:oMath>
        <m:r>
          <m:t>θ</m:t>
        </m:r>
      </m:oMath>
      <w:r>
        <w:t xml:space="preserve"> </w:t>
      </w:r>
      <w:r>
        <w:rPr>
          <w:rFonts w:hint="eastAsia"/>
        </w:rPr>
        <w:t xml:space="preserve">與</w:t>
      </w:r>
      <w:r>
        <w:t xml:space="preserve"> </w:t>
      </w:r>
      <m:oMath>
        <m:r>
          <m:t>ϕ</m:t>
        </m:r>
      </m:oMath>
      <w:r>
        <w:rPr>
          <w:rFonts w:hint="eastAsia"/>
        </w:rPr>
        <w:t xml:space="preserve">，已知</w:t>
      </w:r>
      <w:r>
        <w:t xml:space="preserve"> </w:t>
      </w:r>
      <m:oMath>
        <m:r>
          <m:t>ϕ</m:t>
        </m:r>
      </m:oMath>
      <w:r>
        <w:t xml:space="preserve"> </w:t>
      </w:r>
      <w:r>
        <w:rPr>
          <w:rFonts w:hint="eastAsia"/>
        </w:rPr>
        <w:t xml:space="preserve">比</w:t>
      </w:r>
      <w:r>
        <w:t xml:space="preserve"> </w:t>
      </w:r>
      <m:oMath>
        <m:r>
          <m:t>θ</m:t>
        </m:r>
      </m:oMath>
      <w:r>
        <w:t xml:space="preserve"> </w:t>
      </w:r>
      <w:r>
        <w:rPr>
          <w:rFonts w:hint="eastAsia"/>
        </w:rPr>
        <w:t xml:space="preserve">的</w:t>
      </w:r>
      <w:r>
        <w:t xml:space="preserve"> </w:t>
      </w:r>
      <m:oMath>
        <m:r>
          <m:t>2</m:t>
        </m:r>
      </m:oMath>
      <w:r>
        <w:t xml:space="preserve"> </w:t>
      </w:r>
      <w:r>
        <w:rPr>
          <w:rFonts w:hint="eastAsia"/>
        </w:rPr>
        <w:t xml:space="preserve">倍大</w:t>
      </w:r>
      <w:r>
        <w:t xml:space="preserve"> </w:t>
      </w:r>
      <m:oMath>
        <m:r>
          <m:t>30</m:t>
        </m:r>
        <m:r>
          <m:rPr>
            <m:sty m:val="p"/>
          </m:rPr>
          <m:t>°</m:t>
        </m:r>
      </m:oMath>
      <w:r>
        <w:rPr>
          <w:rFonts w:hint="eastAsia"/>
        </w:rPr>
        <w:t xml:space="preserve">。小紅誤把它們看成對頂角，認為</w:t>
      </w:r>
      <w:r>
        <w:t xml:space="preserve"> </w:t>
      </w:r>
      <m:oMath>
        <m:r>
          <m:t>θ</m:t>
        </m:r>
        <m:r>
          <m:rPr>
            <m:sty m:val="p"/>
          </m:rPr>
          <m:t>=</m:t>
        </m:r>
        <m:r>
          <m:t>ϕ</m:t>
        </m:r>
      </m:oMath>
      <w:r>
        <w:rPr>
          <w:rFonts w:hint="eastAsia"/>
        </w:rPr>
        <w:t xml:space="preserve">。請按“鄰角互補”的正確關係求這兩個角的值。</w:t>
      </w:r>
      <w:r>
        <w:t xml:space="preserve"> </w:t>
      </w:r>
      <w:r>
        <w:t xml:space="preserve">English: Two lines intersect forming adjacent angles</w:t>
      </w:r>
      <w:r>
        <w:t xml:space="preserve"> </w:t>
      </w:r>
      <m:oMath>
        <m:r>
          <m:t>θ</m:t>
        </m:r>
      </m:oMath>
      <w:r>
        <w:t xml:space="preserve"> </w:t>
      </w:r>
      <w:r>
        <w:t xml:space="preserve">and</w:t>
      </w:r>
      <w:r>
        <w:t xml:space="preserve"> </w:t>
      </w:r>
      <m:oMath>
        <m:r>
          <m:t>ϕ</m:t>
        </m:r>
      </m:oMath>
      <w:r>
        <w:t xml:space="preserve"> </w:t>
      </w:r>
      <w:r>
        <w:t xml:space="preserve">with</w:t>
      </w:r>
      <w:r>
        <w:t xml:space="preserve"> </w:t>
      </w:r>
      <m:oMath>
        <m:r>
          <m:t>ϕ</m:t>
        </m:r>
      </m:oMath>
      <w:r>
        <w:t xml:space="preserve"> </w:t>
      </w:r>
      <m:oMath>
        <m:r>
          <m:t>30</m:t>
        </m:r>
        <m:r>
          <m:rPr>
            <m:sty m:val="p"/>
          </m:rPr>
          <m:t>°</m:t>
        </m:r>
      </m:oMath>
      <w:r>
        <w:t xml:space="preserve"> </w:t>
      </w:r>
      <w:r>
        <w:t xml:space="preserve">more than twice</w:t>
      </w:r>
      <w:r>
        <w:t xml:space="preserve"> </w:t>
      </w:r>
      <m:oMath>
        <m:r>
          <m:t>θ</m:t>
        </m:r>
      </m:oMath>
      <w:r>
        <w:t xml:space="preserve">. Someone mistakes them for vertical angles. Find the angles.</w:t>
      </w:r>
      <w:r>
        <w:t xml:space="preserve"> </w:t>
      </w:r>
      <m:oMath>
        <m:r>
          <m:t>θ</m:t>
        </m:r>
        <m:r>
          <m:rPr>
            <m:sty m:val="p"/>
          </m:rPr>
          <m:t>=</m:t>
        </m:r>
        <m:r>
          <m:rPr>
            <m:nor/>
            <m:sty m:val="p"/>
          </m:rPr>
          <m:t> </m:t>
        </m:r>
      </m:oMath>
      <w:r>
        <w:t xml:space="preserve"> </w:t>
      </w:r>
      <w:r>
        <w:t xml:space="preserve">________________</w:t>
      </w:r>
      <w:r>
        <w:t xml:space="preserve"> </w:t>
      </w:r>
      <m:oMath>
        <m:r>
          <m:t>ϕ</m:t>
        </m:r>
        <m:r>
          <m:rPr>
            <m:sty m:val="p"/>
          </m:rPr>
          <m:t>=</m:t>
        </m:r>
        <m:r>
          <m:rPr>
            <m:nor/>
            <m:sty m:val="p"/>
          </m:rPr>
          <m:t> </m:t>
        </m:r>
      </m:oMath>
      <w:r>
        <w:t xml:space="preserve"> </w:t>
      </w:r>
      <w:r>
        <w:t xml:space="preserve">________________</w:t>
      </w:r>
      <w:r>
        <w:t xml:space="preserve"> </w:t>
      </w:r>
      <w:r>
        <w:rPr>
          <w:i/>
          <w:iCs/>
        </w:rPr>
        <w:t xml:space="preserve">(4)</w:t>
      </w:r>
    </w:p>
    <w:p>
      <w:r>
        <w:br w:type="page"/>
      </w:r>
    </w:p>
    <w:p>
      <w:pPr>
        <w:pStyle w:val="WSBand"/>
      </w:pPr>
      <w:r>
        <w:t xml:space="preserve">Question 18</w:t>
      </w:r>
      <w:r>
        <w:tab/>
      </w:r>
      <w:r>
        <w:t xml:space="preserve">3 marks</w:t>
      </w:r>
    </w:p>
    <w:p>
      <w:pPr>
        <w:pStyle w:val="WSStem"/>
      </w:pPr>
      <w:r>
        <w:rPr>
          <w:rFonts w:hint="eastAsia"/>
        </w:rPr>
        <w:t xml:space="preserve">简体：请写下三个计算结果都是</w:t>
      </w:r>
      <w:r>
        <w:t xml:space="preserve"> </w:t>
      </w:r>
      <m:oMath>
        <m:r>
          <m:t>20</m:t>
        </m:r>
      </m:oMath>
      <w:r>
        <w:t xml:space="preserve"> </w:t>
      </w:r>
      <w:r>
        <w:rPr>
          <w:rFonts w:hint="eastAsia"/>
        </w:rPr>
        <w:t xml:space="preserve">的算式，每个算式必须同时含有“+”和“×”，且不能加括号。小明给出</w:t>
      </w:r>
      <w:r>
        <w:t xml:space="preserve"> </w:t>
      </w:r>
      <m:oMath>
        <m:r>
          <m:t>2</m:t>
        </m:r>
        <m:r>
          <m:rPr>
            <m:sty m:val="p"/>
          </m:rPr>
          <m:t>+</m:t>
        </m:r>
        <m:r>
          <m:t>3</m:t>
        </m:r>
        <m:r>
          <m:rPr>
            <m:sty m:val="p"/>
          </m:rPr>
          <m:t>×</m:t>
        </m:r>
        <m:r>
          <m:t>4</m:t>
        </m:r>
      </m:oMath>
      <w:r>
        <w:t xml:space="preserve"> </w:t>
      </w:r>
      <w:r>
        <w:rPr>
          <w:rFonts w:hint="eastAsia"/>
        </w:rPr>
        <w:t xml:space="preserve">却先算加法得到</w:t>
      </w:r>
      <w:r>
        <w:t xml:space="preserve"> </w:t>
      </w:r>
      <m:oMath>
        <m:r>
          <m:t>20</m:t>
        </m:r>
      </m:oMath>
      <w:r>
        <w:rPr>
          <w:rFonts w:hint="eastAsia"/>
        </w:rPr>
        <w:t xml:space="preserve">。请避开同样的错误，写出三个符合运算顺序的正确算式。</w:t>
      </w:r>
      <w:r>
        <w:t xml:space="preserve"> </w:t>
      </w:r>
      <w:r>
        <w:rPr>
          <w:rFonts w:hint="eastAsia"/>
        </w:rPr>
        <w:t xml:space="preserve">繁體：請寫下三個計算結果都是</w:t>
      </w:r>
      <w:r>
        <w:t xml:space="preserve"> </w:t>
      </w:r>
      <m:oMath>
        <m:r>
          <m:t>20</m:t>
        </m:r>
      </m:oMath>
      <w:r>
        <w:t xml:space="preserve"> </w:t>
      </w:r>
      <w:r>
        <w:rPr>
          <w:rFonts w:hint="eastAsia"/>
        </w:rPr>
        <w:t xml:space="preserve">的算式，每個算式必須同時含有“+”和“×”，且不能加括號。小明給出</w:t>
      </w:r>
      <w:r>
        <w:t xml:space="preserve"> </w:t>
      </w:r>
      <m:oMath>
        <m:r>
          <m:t>2</m:t>
        </m:r>
        <m:r>
          <m:rPr>
            <m:sty m:val="p"/>
          </m:rPr>
          <m:t>+</m:t>
        </m:r>
        <m:r>
          <m:t>3</m:t>
        </m:r>
        <m:r>
          <m:rPr>
            <m:sty m:val="p"/>
          </m:rPr>
          <m:t>×</m:t>
        </m:r>
        <m:r>
          <m:t>4</m:t>
        </m:r>
      </m:oMath>
      <w:r>
        <w:t xml:space="preserve"> </w:t>
      </w:r>
      <w:r>
        <w:rPr>
          <w:rFonts w:hint="eastAsia"/>
        </w:rPr>
        <w:t xml:space="preserve">卻先算加法得到</w:t>
      </w:r>
      <w:r>
        <w:t xml:space="preserve"> </w:t>
      </w:r>
      <m:oMath>
        <m:r>
          <m:t>20</m:t>
        </m:r>
      </m:oMath>
      <w:r>
        <w:rPr>
          <w:rFonts w:hint="eastAsia"/>
        </w:rPr>
        <w:t xml:space="preserve">。請避開同樣的錯誤，寫出三個符合運算順序的正確算式。</w:t>
      </w:r>
      <w:r>
        <w:t xml:space="preserve"> </w:t>
      </w:r>
      <w:r>
        <w:t xml:space="preserve">English: Write three expressions equal to</w:t>
      </w:r>
      <w:r>
        <w:t xml:space="preserve"> </w:t>
      </w:r>
      <m:oMath>
        <m:r>
          <m:t>20</m:t>
        </m:r>
      </m:oMath>
      <w:r>
        <w:t xml:space="preserve">, each using both + and × with no brackets. Someone wrongly computes</w:t>
      </w:r>
      <w:r>
        <w:t xml:space="preserve"> </w:t>
      </w:r>
      <m:oMath>
        <m:r>
          <m:t>2</m:t>
        </m:r>
        <m:r>
          <m:rPr>
            <m:sty m:val="p"/>
          </m:rPr>
          <m:t>+</m:t>
        </m:r>
        <m:r>
          <m:t>3</m:t>
        </m:r>
        <m:r>
          <m:rPr>
            <m:sty m:val="p"/>
          </m:rPr>
          <m:t>×</m:t>
        </m:r>
        <m:r>
          <m:t>4</m:t>
        </m:r>
      </m:oMath>
      <w:r>
        <w:t xml:space="preserve"> </w:t>
      </w:r>
      <w:r>
        <w:t xml:space="preserve">left to right. Avoid that error.</w:t>
      </w:r>
      <w:r>
        <w:t xml:space="preserve"> </w:t>
      </w:r>
      <w:r>
        <w:rPr>
          <w:i/>
          <w:iCs/>
        </w:rPr>
        <w:t xml:space="preserve">(3)</w:t>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19</w:t>
      </w:r>
      <w:r>
        <w:tab/>
      </w:r>
      <w:r>
        <w:t xml:space="preserve">3 marks</w:t>
      </w:r>
    </w:p>
    <w:p>
      <w:pPr>
        <w:pStyle w:val="WSStemFlow"/>
      </w:pPr>
      <w:r>
        <w:rPr>
          <w:rFonts w:hint="eastAsia"/>
        </w:rPr>
        <w:t xml:space="preserve">简体：小舟说按</w:t>
      </w:r>
      <w:r>
        <w:t xml:space="preserve"> 1 0 × 9 0 EXE </w:t>
      </w:r>
      <w:r>
        <w:rPr>
          <w:rFonts w:hint="eastAsia"/>
        </w:rPr>
        <w:t xml:space="preserve">就得到</w:t>
      </w:r>
      <w:r>
        <w:t xml:space="preserve"> </w:t>
      </w:r>
      <m:oMath>
        <m:sSup>
          <m:e>
            <m:r>
              <m:t>10</m:t>
            </m:r>
          </m:e>
          <m:sup>
            <m:r>
              <m:t>90</m:t>
            </m:r>
          </m:sup>
        </m:sSup>
      </m:oMath>
      <w:r>
        <w:rPr>
          <w:rFonts w:hint="eastAsia"/>
        </w:rPr>
        <w:t xml:space="preserve">，把“</w:t>
      </w:r>
      <m:oMath>
        <m:r>
          <m:rPr>
            <m:nor/>
            <m:sty m:val="p"/>
          </m:rPr>
          <m:t/>
        </m:r>
        <m:r>
          <m:rPr>
            <m:sty m:val="p"/>
          </m:rPr>
          <m:t>×</m:t>
        </m:r>
        <m:r>
          <m:t>10</m:t>
        </m:r>
      </m:oMath>
      <w:r>
        <w:t xml:space="preserve"> </w:t>
      </w:r>
      <w:r>
        <w:rPr>
          <w:rFonts w:hint="eastAsia"/>
        </w:rPr>
        <w:t xml:space="preserve">的幂”混同为“</w:t>
      </w:r>
      <m:oMath>
        <m:r>
          <m:rPr>
            <m:nor/>
            <m:sty m:val="p"/>
          </m:rPr>
          <m:t/>
        </m:r>
        <m:r>
          <m:rPr>
            <m:sty m:val="p"/>
          </m:rPr>
          <m:t>×</m:t>
        </m:r>
        <m:r>
          <m:t>90</m:t>
        </m:r>
      </m:oMath>
      <w:r>
        <w:rPr>
          <w:rFonts w:hint="eastAsia"/>
        </w:rPr>
        <w:t xml:space="preserve">”。请用</w:t>
      </w:r>
      <w:r>
        <w:t xml:space="preserve"> </w:t>
      </w:r>
      <m:oMath>
        <m:r>
          <m:rPr>
            <m:sty m:val="p"/>
          </m:rPr>
          <m:t>∧</m:t>
        </m:r>
      </m:oMath>
      <w:r>
        <w:t xml:space="preserve"> </w:t>
      </w:r>
      <w:r>
        <w:rPr>
          <w:rFonts w:hint="eastAsia"/>
        </w:rPr>
        <w:t xml:space="preserve">或</w:t>
      </w:r>
      <w:r>
        <w:t xml:space="preserve"> EXP </w:t>
      </w:r>
      <w:r>
        <w:rPr>
          <w:rFonts w:hint="eastAsia"/>
        </w:rPr>
        <w:t xml:space="preserve">键，给出三种正确按法，每种按键不计</w:t>
      </w:r>
      <w:r>
        <w:t xml:space="preserve"> EXE </w:t>
      </w:r>
      <w:r>
        <w:rPr>
          <w:rFonts w:hint="eastAsia"/>
        </w:rPr>
        <w:t xml:space="preserve">不超过</w:t>
      </w:r>
      <w:r>
        <w:t xml:space="preserve"> </w:t>
      </w:r>
      <m:oMath>
        <m:r>
          <m:t>4</m:t>
        </m:r>
      </m:oMath>
      <w:r>
        <w:t xml:space="preserve"> </w:t>
      </w:r>
      <w:r>
        <w:rPr>
          <w:rFonts w:hint="eastAsia"/>
        </w:rPr>
        <w:t xml:space="preserve">次，得到大于或等于</w:t>
      </w:r>
      <w:r>
        <w:t xml:space="preserve"> </w:t>
      </w:r>
      <m:oMath>
        <m:sSup>
          <m:e>
            <m:r>
              <m:t>10</m:t>
            </m:r>
          </m:e>
          <m:sup>
            <m:r>
              <m:t>90</m:t>
            </m:r>
          </m:sup>
        </m:sSup>
      </m:oMath>
      <w:r>
        <w:t xml:space="preserve"> </w:t>
      </w:r>
      <w:r>
        <w:rPr>
          <w:rFonts w:hint="eastAsia"/>
        </w:rPr>
        <w:t xml:space="preserve">的结果。</w:t>
      </w:r>
      <w:r>
        <w:t xml:space="preserve"> </w:t>
      </w:r>
      <w:r>
        <w:rPr>
          <w:rFonts w:hint="eastAsia"/>
        </w:rPr>
        <w:t xml:space="preserve">繁體：小舟說按</w:t>
      </w:r>
      <w:r>
        <w:t xml:space="preserve"> 1 0 × 9 0 EXE </w:t>
      </w:r>
      <w:r>
        <w:rPr>
          <w:rFonts w:hint="eastAsia"/>
        </w:rPr>
        <w:t xml:space="preserve">就得到</w:t>
      </w:r>
      <w:r>
        <w:t xml:space="preserve"> </w:t>
      </w:r>
      <m:oMath>
        <m:sSup>
          <m:e>
            <m:r>
              <m:t>10</m:t>
            </m:r>
          </m:e>
          <m:sup>
            <m:r>
              <m:t>90</m:t>
            </m:r>
          </m:sup>
        </m:sSup>
      </m:oMath>
      <w:r>
        <w:rPr>
          <w:rFonts w:hint="eastAsia"/>
        </w:rPr>
        <w:t xml:space="preserve">，把“</w:t>
      </w:r>
      <m:oMath>
        <m:r>
          <m:rPr>
            <m:nor/>
            <m:sty m:val="p"/>
          </m:rPr>
          <m:t/>
        </m:r>
        <m:r>
          <m:rPr>
            <m:sty m:val="p"/>
          </m:rPr>
          <m:t>×</m:t>
        </m:r>
        <m:r>
          <m:t>10</m:t>
        </m:r>
      </m:oMath>
      <w:r>
        <w:t xml:space="preserve"> </w:t>
      </w:r>
      <w:r>
        <w:rPr>
          <w:rFonts w:hint="eastAsia"/>
        </w:rPr>
        <w:t xml:space="preserve">的冪”混同為“</w:t>
      </w:r>
      <m:oMath>
        <m:r>
          <m:rPr>
            <m:nor/>
            <m:sty m:val="p"/>
          </m:rPr>
          <m:t/>
        </m:r>
        <m:r>
          <m:rPr>
            <m:sty m:val="p"/>
          </m:rPr>
          <m:t>×</m:t>
        </m:r>
        <m:r>
          <m:t>90</m:t>
        </m:r>
      </m:oMath>
      <w:r>
        <w:rPr>
          <w:rFonts w:hint="eastAsia"/>
        </w:rPr>
        <w:t xml:space="preserve">”。請用</w:t>
      </w:r>
      <w:r>
        <w:t xml:space="preserve"> </w:t>
      </w:r>
      <m:oMath>
        <m:r>
          <m:rPr>
            <m:sty m:val="p"/>
          </m:rPr>
          <m:t>∧</m:t>
        </m:r>
      </m:oMath>
      <w:r>
        <w:t xml:space="preserve"> </w:t>
      </w:r>
      <w:r>
        <w:rPr>
          <w:rFonts w:hint="eastAsia"/>
        </w:rPr>
        <w:t xml:space="preserve">或</w:t>
      </w:r>
      <w:r>
        <w:t xml:space="preserve"> EXP </w:t>
      </w:r>
      <w:r>
        <w:rPr>
          <w:rFonts w:hint="eastAsia"/>
        </w:rPr>
        <w:t xml:space="preserve">鍵，給出三種正確按法，每種按鍵不計</w:t>
      </w:r>
      <w:r>
        <w:t xml:space="preserve"> EXE </w:t>
      </w:r>
      <w:r>
        <w:rPr>
          <w:rFonts w:hint="eastAsia"/>
        </w:rPr>
        <w:t xml:space="preserve">不超過</w:t>
      </w:r>
      <w:r>
        <w:t xml:space="preserve"> </w:t>
      </w:r>
      <m:oMath>
        <m:r>
          <m:t>4</m:t>
        </m:r>
      </m:oMath>
      <w:r>
        <w:t xml:space="preserve"> </w:t>
      </w:r>
      <w:r>
        <w:rPr>
          <w:rFonts w:hint="eastAsia"/>
        </w:rPr>
        <w:t xml:space="preserve">次，得到大於或等於</w:t>
      </w:r>
      <w:r>
        <w:t xml:space="preserve"> </w:t>
      </w:r>
      <m:oMath>
        <m:sSup>
          <m:e>
            <m:r>
              <m:t>10</m:t>
            </m:r>
          </m:e>
          <m:sup>
            <m:r>
              <m:t>90</m:t>
            </m:r>
          </m:sup>
        </m:sSup>
      </m:oMath>
      <w:r>
        <w:t xml:space="preserve"> </w:t>
      </w:r>
      <w:r>
        <w:rPr>
          <w:rFonts w:hint="eastAsia"/>
        </w:rPr>
        <w:t xml:space="preserve">的結果。</w:t>
      </w:r>
      <w:r>
        <w:t xml:space="preserve"> </w:t>
      </w:r>
      <w:r>
        <w:t xml:space="preserve">English: Someone presses 1 0 × 9 0 EXE for</w:t>
      </w:r>
      <w:r>
        <w:t xml:space="preserve"> </w:t>
      </w:r>
      <m:oMath>
        <m:sSup>
          <m:e>
            <m:r>
              <m:t>10</m:t>
            </m:r>
          </m:e>
          <m:sup>
            <m:r>
              <m:t>90</m:t>
            </m:r>
          </m:sup>
        </m:sSup>
      </m:oMath>
      <w:r>
        <w:t xml:space="preserve">, confusing power with multiplication. Give 3 correct ways with at most 4 keys plus EXE to get</w:t>
      </w:r>
      <w:r>
        <w:t xml:space="preserve"> </w:t>
      </w:r>
      <m:oMath>
        <m:r>
          <m:rPr>
            <m:nor/>
            <m:sty m:val="p"/>
          </m:rPr>
          <m:t/>
        </m:r>
        <m:r>
          <m:rPr>
            <m:sty m:val="p"/>
          </m:rPr>
          <m:t>≥</m:t>
        </m:r>
        <m:sSup>
          <m:e>
            <m:r>
              <m:t>10</m:t>
            </m:r>
          </m:e>
          <m:sup>
            <m:r>
              <m:t>90</m:t>
            </m:r>
          </m:sup>
        </m:sSup>
      </m:oMath>
      <w:r>
        <w:t xml:space="preserve">.</w:t>
      </w:r>
      <w:r>
        <w:t xml:space="preserve"> </w:t>
      </w:r>
      <w:r>
        <w:rPr>
          <w:rFonts w:hint="eastAsia"/>
        </w:rPr>
        <w:t xml:space="preserve">方法一</w:t>
      </w:r>
      <w:r>
        <w:t xml:space="preserve"> Method 1 : ________________ ________________ ________________ ________________ EXE ________________</w:t>
      </w:r>
      <w:r>
        <w:t xml:space="preserve"> </w:t>
      </w:r>
      <w:r>
        <w:rPr>
          <w:rFonts w:hint="eastAsia"/>
        </w:rPr>
        <w:t xml:space="preserve">方法二</w:t>
      </w:r>
      <w:r>
        <w:t xml:space="preserve"> Method 2 : ________________ ________________ ________________ ________________ EXE ________________</w:t>
      </w:r>
      <w:r>
        <w:t xml:space="preserve"> </w:t>
      </w:r>
      <w:r>
        <w:rPr>
          <w:rFonts w:hint="eastAsia"/>
        </w:rPr>
        <w:t xml:space="preserve">方法三</w:t>
      </w:r>
      <w:r>
        <w:t xml:space="preserve"> Method 3 : ________________ ________________ ________________ ________________ EXE ________________</w:t>
      </w:r>
      <w:r>
        <w:t xml:space="preserve"> </w:t>
      </w:r>
      <w:r>
        <w:rPr>
          <w:i/>
          <w:iCs/>
        </w:rPr>
        <w:t xml:space="preserve">(3)</w:t>
      </w:r>
    </w:p>
    <w:p>
      <w:r>
        <w:br w:type="page"/>
      </w:r>
    </w:p>
    <w:p>
      <w:pPr>
        <w:pStyle w:val="WSBand"/>
      </w:pPr>
      <w:r>
        <w:t xml:space="preserve">Question 20</w:t>
      </w:r>
    </w:p>
    <w:p>
      <w:pPr>
        <w:pStyle w:val="WSStem"/>
      </w:pPr>
      <w:r>
        <w:rPr>
          <w:rFonts w:hint="eastAsia"/>
        </w:rPr>
        <w:t xml:space="preserve">乙部</w:t>
      </w:r>
      <w:r>
        <w:t xml:space="preserve"> Section B</w:t>
      </w:r>
    </w:p>
    <w:p>
      <w:pPr>
        <w:pStyle w:val="WSStem"/>
      </w:pPr>
      <w:r>
        <w:rPr>
          <w:rFonts w:hint="eastAsia"/>
        </w:rPr>
        <w:t xml:space="preserve">学校为山区小学筹款，决定将义卖延长一天，并向家长和社区发出倡议。下面是同学写的倡议书结语初稿：</w:t>
      </w:r>
    </w:p>
    <w:p>
      <w:pPr>
        <w:pStyle w:val="WSStem"/>
      </w:pPr>
      <w:r>
        <w:rPr>
          <w:rFonts w:hint="eastAsia"/>
        </w:rPr>
        <w:t xml:space="preserve">“只要我们把所有商品都降价一半，来买的人就一定会增加一倍，我们筹到的钱就一定会翻倍，所以价格降得越多越好，请大家明天一定来买。”</w:t>
      </w:r>
    </w:p>
    <w:p>
      <w:pPr>
        <w:pStyle w:val="WSStem"/>
      </w:pPr>
      <w:r>
        <w:rPr>
          <w:rFonts w:hint="eastAsia"/>
        </w:rPr>
        <w:t xml:space="preserve">请先指出这段话中关于“降价与筹款关系”的错误认识，并说明正确的道理，然后结合“义卖延长一天、对象是家长和社区”这一情况，在答题框内重写一段约150—200字的倡议结语。要求语体得体、有号召力，不得照抄原稿的错误保证。</w:t>
      </w:r>
    </w:p>
    <w:p>
      <w:pPr>
        <w:pStyle w:val="WSFig"/>
      </w:pPr>
      <w:r>
        <w:drawing>
          <wp:inline>
            <wp:extent cx="2606954" cy="3017520"/>
            <wp:effectExtent b="0" l="0" r="0" t="0"/>
            <wp:docPr descr="" title="" id="34" name="Picture"/>
            <a:graphic>
              <a:graphicData uri="http://schemas.openxmlformats.org/drawingml/2006/picture">
                <pic:pic>
                  <pic:nvPicPr>
                    <pic:cNvPr descr="/scratch/samples/_work/chinese-traditional/dba167fd-39fb-45f8-a309-9b30f1e7a83e.png" id="35" name="Picture"/>
                    <pic:cNvPicPr>
                      <a:picLocks noChangeArrowheads="1" noChangeAspect="1"/>
                    </pic:cNvPicPr>
                  </pic:nvPicPr>
                  <pic:blipFill>
                    <a:blip r:embed="rId33"/>
                    <a:stretch>
                      <a:fillRect/>
                    </a:stretch>
                  </pic:blipFill>
                  <pic:spPr bwMode="auto">
                    <a:xfrm>
                      <a:off x="0" y="0"/>
                      <a:ext cx="2606954" cy="3017520"/>
                    </a:xfrm>
                    <a:prstGeom prst="rect">
                      <a:avLst/>
                    </a:prstGeom>
                    <a:noFill/>
                    <a:ln w="9525">
                      <a:noFill/>
                      <a:headEnd/>
                      <a:tailEnd/>
                    </a:ln>
                  </pic:spPr>
                </pic:pic>
              </a:graphicData>
            </a:graphic>
          </wp:inline>
        </w:drawing>
      </w:r>
    </w:p>
    <w:p>
      <w:pPr>
        <w:pStyle w:val="WSCaption"/>
      </w:pPr>
      <w:r>
        <w:rPr>
          <w:i/>
          <w:iCs/>
        </w:rPr>
        <w:t xml:space="preserve">Answer box for part (a)</w:t>
      </w:r>
    </w:p>
    <w:p>
      <w:pPr>
        <w:pStyle w:val="WSRule"/>
      </w:pPr>
      <w:r>
        <w:rPr>
          <w:u w:val="single" w:color="9AA3B2"/>
        </w:rPr>
        <w:tab/>
      </w:r>
    </w:p>
    <w:p>
      <w:pPr>
        <w:pStyle w:val="WSRule"/>
      </w:pPr>
      <w:r>
        <w:rPr>
          <w:u w:val="single" w:color="9AA3B2"/>
        </w:rPr>
        <w:tab/>
      </w:r>
    </w:p>
    <w:p>
      <w:r>
        <w:br w:type="page"/>
      </w:r>
    </w:p>
    <w:p>
      <w:pPr>
        <w:pStyle w:val="WSBand"/>
      </w:pPr>
      <w:r>
        <w:t xml:space="preserve">Question 21</w:t>
      </w:r>
    </w:p>
    <w:p>
      <w:pPr>
        <w:pStyle w:val="WSStem"/>
      </w:pPr>
      <w:r>
        <w:rPr>
          <w:rFonts w:hint="eastAsia"/>
        </w:rPr>
        <w:t xml:space="preserve">插圖</w:t>
      </w:r>
      <w:r>
        <w:t xml:space="preserve"> Illustration</w:t>
      </w:r>
    </w:p>
    <w:p>
      <w:pPr>
        <w:pStyle w:val="WSStem"/>
      </w:pPr>
      <w:r>
        <w:rPr>
          <w:rFonts w:hint="eastAsia"/>
        </w:rPr>
        <w:t xml:space="preserve">文字表達</w:t>
      </w:r>
      <w:r>
        <w:t xml:space="preserve"> Expressed with words</w:t>
      </w:r>
    </w:p>
    <w:p>
      <w:pPr>
        <w:pStyle w:val="WSStem"/>
      </w:pPr>
      <w:r>
        <w:rPr>
          <w:rFonts w:hint="eastAsia"/>
        </w:rPr>
        <w:t xml:space="preserve">想像一幅清晨公園的插圖：東方太陽剛升起，薄霧漸散，幾位長者在湖邊打太極，一個小孩迎著微風在草地上放風箏，風箏往西邊的天空高飛。同學看圖後寫了這樣一段描述：</w:t>
      </w:r>
    </w:p>
    <w:p>
      <w:pPr>
        <w:pStyle w:val="WSStem"/>
      </w:pPr>
      <w:r>
        <w:rPr>
          <w:rFonts w:hint="eastAsia"/>
        </w:rPr>
        <w:t xml:space="preserve">“傍晚太陽在西邊落下，霧霾越來越濃，人們結束了一天的活動，小孩頂著大風勉強把風箏拉住。”</w:t>
      </w:r>
    </w:p>
    <w:p>
      <w:pPr>
        <w:pStyle w:val="WSStem"/>
      </w:pPr>
      <w:r>
        <w:rPr>
          <w:rFonts w:hint="eastAsia"/>
        </w:rPr>
        <w:t xml:space="preserve">請先指出這段描述中對時間、方向與景物關係的錯誤解讀，並說明正確的觀察，然後在答題框內以正確的時間和方向為依據，重寫一段約120—150字的清晨場景描述，要寫出人物動作與景物的配合。</w:t>
      </w:r>
    </w:p>
    <w:p>
      <w:pPr>
        <w:pStyle w:val="WSFig"/>
      </w:pPr>
      <w:r>
        <w:drawing>
          <wp:inline>
            <wp:extent cx="3945636" cy="3017520"/>
            <wp:effectExtent b="0" l="0" r="0" t="0"/>
            <wp:docPr descr="" title="" id="37" name="Picture"/>
            <a:graphic>
              <a:graphicData uri="http://schemas.openxmlformats.org/drawingml/2006/picture">
                <pic:pic>
                  <pic:nvPicPr>
                    <pic:cNvPr descr="/scratch/samples/_work/chinese-traditional/2c781981-e786-4bd5-8b93-b1ff958b833f.png" id="38" name="Picture"/>
                    <pic:cNvPicPr>
                      <a:picLocks noChangeArrowheads="1" noChangeAspect="1"/>
                    </pic:cNvPicPr>
                  </pic:nvPicPr>
                  <pic:blipFill>
                    <a:blip r:embed="rId36"/>
                    <a:stretch>
                      <a:fillRect/>
                    </a:stretch>
                  </pic:blipFill>
                  <pic:spPr bwMode="auto">
                    <a:xfrm>
                      <a:off x="0" y="0"/>
                      <a:ext cx="3945636" cy="3017520"/>
                    </a:xfrm>
                    <a:prstGeom prst="rect">
                      <a:avLst/>
                    </a:prstGeom>
                    <a:noFill/>
                    <a:ln w="9525">
                      <a:noFill/>
                      <a:headEnd/>
                      <a:tailEnd/>
                    </a:ln>
                  </pic:spPr>
                </pic:pic>
              </a:graphicData>
            </a:graphic>
          </wp:inline>
        </w:drawing>
      </w:r>
    </w:p>
    <w:p>
      <w:pPr>
        <w:pStyle w:val="WSCaption"/>
      </w:pPr>
      <w:r>
        <w:rPr>
          <w:i/>
          <w:iCs/>
        </w:rPr>
        <w:t xml:space="preserve">Answer box for illustration</w:t>
      </w:r>
    </w:p>
    <w:p>
      <w:pPr>
        <w:pStyle w:val="WSRule"/>
      </w:pPr>
      <w:r>
        <w:rPr>
          <w:u w:val="single" w:color="9AA3B2"/>
        </w:rPr>
        <w:tab/>
      </w:r>
    </w:p>
    <w:p>
      <w:pPr>
        <w:pStyle w:val="WSRule"/>
      </w:pPr>
      <w:r>
        <w:rPr>
          <w:u w:val="single" w:color="9AA3B2"/>
        </w:rPr>
        <w:tab/>
      </w:r>
    </w:p>
    <w:p>
      <w:r>
        <w:br w:type="page"/>
      </w:r>
    </w:p>
    <w:p>
      <w:pPr>
        <w:pStyle w:val="WSBand"/>
      </w:pPr>
      <w:r>
        <w:t xml:space="preserve">Answer key</w:t>
      </w:r>
    </w:p>
    <w:p>
      <w:pPr>
        <w:pStyle w:val="WSKeyQ"/>
      </w:pPr>
      <w:r>
        <w:t xml:space="preserve">Question 1</w:t>
      </w:r>
    </w:p>
    <w:p>
      <w:pPr>
        <w:pStyle w:val="WSKeyItem"/>
      </w:pPr>
      <w:r>
        <w:rPr>
          <w:b/>
          <w:bCs/>
        </w:rPr>
        <w:t xml:space="preserve">(a)</w:t>
      </w:r>
      <w:r>
        <w:t xml:space="preserve"> 14</w:t>
      </w:r>
    </w:p>
    <w:p>
      <w:pPr>
        <w:pStyle w:val="WSKeyItem"/>
      </w:pPr>
      <w:r>
        <w:rPr>
          <w:b/>
          <w:bCs/>
        </w:rPr>
        <w:t xml:space="preserve">(b)</w:t>
      </w:r>
      <w:r>
        <w:t xml:space="preserve"> 70</w:t>
      </w:r>
    </w:p>
    <w:p>
      <w:pPr>
        <w:pStyle w:val="WSKeyQ"/>
      </w:pPr>
      <w:r>
        <w:t xml:space="preserve">Question 2</w:t>
      </w:r>
    </w:p>
    <w:p>
      <w:pPr>
        <w:pStyle w:val="WSKeyItem"/>
      </w:pPr>
      <w:r>
        <w:t xml:space="preserve">6</w:t>
      </w:r>
    </w:p>
    <w:p>
      <w:pPr>
        <w:pStyle w:val="WSKeyQ"/>
      </w:pPr>
      <w:r>
        <w:t xml:space="preserve">Question 3</w:t>
      </w:r>
    </w:p>
    <w:p>
      <w:pPr>
        <w:pStyle w:val="WSKeyItem"/>
      </w:pPr>
      <w:r>
        <w:t xml:space="preserve">14014</w:t>
      </w:r>
    </w:p>
    <w:p>
      <w:pPr>
        <w:pStyle w:val="WSKeyQ"/>
      </w:pPr>
      <w:r>
        <w:t xml:space="preserve">Question 4</w:t>
      </w:r>
    </w:p>
    <w:p>
      <w:pPr>
        <w:pStyle w:val="WSKeyItem"/>
      </w:pPr>
      <w:r>
        <w:t xml:space="preserve">15</w:t>
      </w:r>
    </w:p>
    <w:p>
      <w:pPr>
        <w:pStyle w:val="WSKeyQ"/>
      </w:pPr>
      <w:r>
        <w:t xml:space="preserve">Question 5</w:t>
      </w:r>
    </w:p>
    <w:p>
      <w:pPr>
        <w:pStyle w:val="WSKeyItem"/>
      </w:pPr>
      <w:r>
        <w:rPr>
          <w:rFonts w:hint="eastAsia"/>
        </w:rPr>
        <w:t xml:space="preserve">錯誤是把平方和當成和的平方，正確餘數是5，答案是下午三時，即3:00</w:t>
      </w:r>
      <w:r>
        <w:t xml:space="preserve"> pm (1)</w:t>
      </w:r>
    </w:p>
    <w:p>
      <w:pPr>
        <w:pStyle w:val="WSKeyQ"/>
      </w:pPr>
      <w:r>
        <w:t xml:space="preserve">Question 6</w:t>
      </w:r>
    </w:p>
    <w:p>
      <w:pPr>
        <w:pStyle w:val="WSKeyItem"/>
      </w:pPr>
      <w:r>
        <w:t xml:space="preserve">20</w:t>
      </w:r>
    </w:p>
    <w:p>
      <w:pPr>
        <w:pStyle w:val="WSKeyQ"/>
      </w:pPr>
      <w:r>
        <w:t xml:space="preserve">Question 7</w:t>
      </w:r>
    </w:p>
    <w:p>
      <w:pPr>
        <w:pStyle w:val="WSKeyItem"/>
      </w:pPr>
      <w:r>
        <w:rPr>
          <w:rFonts w:hint="eastAsia"/>
        </w:rPr>
        <w:t xml:space="preserve">錯誤是一歲一根／十進制擺字，應用二進制以亮為1滅為0，50=32+16+2即110010，點亮對應32、16、2的三根蠟燭，其餘熄滅</w:t>
      </w:r>
      <w:r>
        <w:t xml:space="preserve"> (1)</w:t>
      </w:r>
    </w:p>
    <w:p>
      <w:pPr>
        <w:pStyle w:val="WSKeyQ"/>
      </w:pPr>
      <w:r>
        <w:t xml:space="preserve">Question 8</w:t>
      </w:r>
    </w:p>
    <w:p>
      <w:pPr>
        <w:pStyle w:val="WSKeyItem"/>
      </w:pPr>
      <w:r>
        <w:rPr>
          <w:rFonts w:hint="eastAsia"/>
        </w:rPr>
        <w:t xml:space="preserve">错误是面积与角度不成正比，面积=1/2·MR·y_Q，y_Q</w:t>
      </w:r>
      <w:r>
        <w:t xml:space="preserve"> </w:t>
      </w:r>
      <w:r>
        <w:rPr>
          <w:rFonts w:hint="eastAsia"/>
        </w:rPr>
        <w:t xml:space="preserve">由射线与斜边的交点决定，关于θ非线性，需联立求交点，不能按60°比例折算</w:t>
      </w:r>
      <w:r>
        <w:t xml:space="preserve"> (1)</w:t>
      </w:r>
    </w:p>
    <w:p>
      <w:pPr>
        <w:pStyle w:val="WSKeyCont"/>
      </w:pPr>
      <w:r>
        <w:t xml:space="preserve">θ=30° (1)</w:t>
      </w:r>
    </w:p>
    <w:p>
      <w:pPr>
        <w:pStyle w:val="WSKeyCont"/>
      </w:pPr>
      <w:r>
        <w:rPr>
          <w:rFonts w:hint="eastAsia"/>
        </w:rPr>
        <w:t xml:space="preserve">φ=150°，与θ关于高线对称，小三角形面积同为A</w:t>
      </w:r>
      <w:r>
        <w:t xml:space="preserve"> (1)</w:t>
      </w:r>
    </w:p>
    <w:p>
      <w:pPr>
        <w:pStyle w:val="WSKeyQ"/>
      </w:pPr>
      <w:r>
        <w:t xml:space="preserve">Question 9</w:t>
      </w:r>
    </w:p>
    <w:p>
      <w:pPr>
        <w:pStyle w:val="WSKeyItem"/>
      </w:pPr>
      <w:r>
        <w:rPr>
          <w:rFonts w:hint="eastAsia"/>
        </w:rPr>
        <w:t xml:space="preserve">错误是混淆除法与减法，(8+8)/(8+8)=16/16=1≠0，非零数除以自身得1，只有0除以非零数才得0</w:t>
      </w:r>
      <w:r>
        <w:t xml:space="preserve"> (1)</w:t>
      </w:r>
    </w:p>
    <w:p>
      <w:pPr>
        <w:pStyle w:val="WSKeyCont"/>
      </w:pPr>
      <w:r>
        <w:t xml:space="preserve">8+8-8-8=0 (1)</w:t>
      </w:r>
    </w:p>
    <w:p>
      <w:pPr>
        <w:pStyle w:val="WSKeyCont"/>
      </w:pPr>
      <w:r>
        <w:t xml:space="preserve">8×8-8×8=0 (1)</w:t>
      </w:r>
    </w:p>
    <w:p>
      <w:pPr>
        <w:pStyle w:val="WSKeyCont"/>
      </w:pPr>
      <w:r>
        <w:t xml:space="preserve">(8-8)×8×8=0 </w:t>
      </w:r>
      <w:r>
        <w:rPr>
          <w:rFonts w:hint="eastAsia"/>
        </w:rPr>
        <w:t xml:space="preserve">或</w:t>
      </w:r>
      <w:r>
        <w:t xml:space="preserve"> (8-8)+(8-8)=0 (1)</w:t>
      </w:r>
    </w:p>
    <w:p>
      <w:pPr>
        <w:pStyle w:val="WSKeyQ"/>
      </w:pPr>
      <w:r>
        <w:t xml:space="preserve">Question 10</w:t>
      </w:r>
    </w:p>
    <w:p>
      <w:pPr>
        <w:pStyle w:val="WSKeyItem"/>
      </w:pPr>
      <w:r>
        <w:rPr>
          <w:b/>
          <w:bCs/>
        </w:rPr>
        <w:t xml:space="preserve">(a)</w:t>
      </w:r>
      <w:r>
        <w:t xml:space="preserve"> 1. 9 2. ^ 3. 9 4. 9</w:t>
      </w:r>
    </w:p>
    <w:p>
      <w:pPr>
        <w:pStyle w:val="WSKeyItem"/>
      </w:pPr>
      <w:r>
        <w:rPr>
          <w:b/>
          <w:bCs/>
        </w:rPr>
        <w:t xml:space="preserve">(b)</w:t>
      </w:r>
      <w:r>
        <w:t xml:space="preserve"> 1. 9 2. EXP 3. 9 4. 9</w:t>
      </w:r>
    </w:p>
    <w:p>
      <w:pPr>
        <w:pStyle w:val="WSKeyItem"/>
      </w:pPr>
      <w:r>
        <w:rPr>
          <w:b/>
          <w:bCs/>
        </w:rPr>
        <w:t xml:space="preserve">(c)</w:t>
      </w:r>
      <w:r>
        <w:t xml:space="preserve"> 1. 9 2. ^ 3. 9 4. x³</w:t>
      </w:r>
    </w:p>
    <w:p>
      <w:pPr>
        <w:pStyle w:val="WSKeyQ"/>
      </w:pPr>
      <w:r>
        <w:t xml:space="preserve">Question 11</w:t>
      </w:r>
    </w:p>
    <w:p>
      <w:pPr>
        <w:pStyle w:val="WSKeyItem"/>
      </w:pPr>
      <w:r>
        <w:rPr>
          <w:b/>
          <w:bCs/>
        </w:rPr>
        <w:t xml:space="preserve">(a)</w:t>
      </w:r>
      <w:r>
        <w:t xml:space="preserve"> </w:t>
      </w:r>
      <w:r>
        <w:rPr>
          <w:rFonts w:hint="eastAsia"/>
        </w:rPr>
        <w:t xml:space="preserve">錯誤是只算單層，忽略兩次對摺的鏡射，展開是4個直角三角形拼合，不是單個三角形</w:t>
      </w:r>
      <w:r>
        <w:t xml:space="preserve"> (1)</w:t>
      </w:r>
    </w:p>
    <w:p>
      <w:pPr>
        <w:pStyle w:val="WSKeyCont"/>
      </w:pPr>
      <w:r>
        <w:rPr>
          <w:rFonts w:hint="eastAsia"/>
        </w:rPr>
        <w:t xml:space="preserve">形狀是菱形（對角線互相垂直平分的四邊形）</w:t>
      </w:r>
      <w:r>
        <w:t xml:space="preserve"> (1)</w:t>
      </w:r>
    </w:p>
    <w:p>
      <w:pPr>
        <w:pStyle w:val="WSKeyCont"/>
      </w:pPr>
      <w:r>
        <w:rPr>
          <w:rFonts w:hint="eastAsia"/>
        </w:rPr>
        <w:t xml:space="preserve">一條對角線</w:t>
      </w:r>
      <w:r>
        <w:t xml:space="preserve"> 4 </w:t>
      </w:r>
      <w:r>
        <w:rPr>
          <w:rFonts w:hint="eastAsia"/>
        </w:rPr>
        <w:t xml:space="preserve">cm，是OT的2倍</w:t>
      </w:r>
      <w:r>
        <w:t xml:space="preserve"> (1)</w:t>
      </w:r>
    </w:p>
    <w:p>
      <w:pPr>
        <w:pStyle w:val="WSKeyCont"/>
      </w:pPr>
      <w:r>
        <w:rPr>
          <w:rFonts w:hint="eastAsia"/>
        </w:rPr>
        <w:t xml:space="preserve">另一條對角線</w:t>
      </w:r>
      <w:r>
        <w:t xml:space="preserve"> 2 </w:t>
      </w:r>
      <w:r>
        <w:rPr>
          <w:rFonts w:hint="eastAsia"/>
        </w:rPr>
        <w:t xml:space="preserve">cm，是OU的2倍，邊長√5</w:t>
      </w:r>
      <w:r>
        <w:t xml:space="preserve"> cm (1)</w:t>
      </w:r>
    </w:p>
    <w:p>
      <w:pPr>
        <w:pStyle w:val="WSKeyItem"/>
      </w:pPr>
      <w:r>
        <w:rPr>
          <w:b/>
          <w:bCs/>
        </w:rPr>
        <w:t xml:space="preserve">(b)</w:t>
      </w:r>
      <w:r>
        <w:t xml:space="preserve"> </w:t>
      </w:r>
      <w:r>
        <w:rPr>
          <w:rFonts w:hint="eastAsia"/>
        </w:rPr>
        <w:t xml:space="preserve">錯誤是H沒有對角線對稱，對角對摺後邊緣不重合，不能一刀剪出，對稱軸只有垂直和水平中線</w:t>
      </w:r>
      <w:r>
        <w:t xml:space="preserve"> (1)</w:t>
      </w:r>
    </w:p>
    <w:p>
      <w:pPr>
        <w:pStyle w:val="WSKeyCont"/>
      </w:pPr>
      <w:r>
        <w:rPr>
          <w:rFonts w:hint="eastAsia"/>
        </w:rPr>
        <w:t xml:space="preserve">沿垂直中線對摺，再沿水平中線對摺成4層，兩次都是對稱軸重合</w:t>
      </w:r>
      <w:r>
        <w:t xml:space="preserve"> (1)</w:t>
      </w:r>
    </w:p>
    <w:p>
      <w:pPr>
        <w:pStyle w:val="WSKeyCont"/>
      </w:pPr>
      <w:r>
        <w:rPr>
          <w:rFonts w:hint="eastAsia"/>
        </w:rPr>
        <w:t xml:space="preserve">摺後中間缺口重疊成一個2</w:t>
      </w:r>
      <w:r>
        <w:t xml:space="preserve"> cm×5 </w:t>
      </w:r>
      <w:r>
        <w:rPr>
          <w:rFonts w:hint="eastAsia"/>
        </w:rPr>
        <w:t xml:space="preserve">cm長方形，一刀剪缺口</w:t>
      </w:r>
      <w:r>
        <w:t xml:space="preserve"> (1)</w:t>
      </w:r>
    </w:p>
    <w:p>
      <w:pPr>
        <w:pStyle w:val="WSKeyCont"/>
      </w:pPr>
      <w:r>
        <w:rPr>
          <w:rFonts w:hint="eastAsia"/>
        </w:rPr>
        <w:t xml:space="preserve">外框需沿紙邊剪：摺後只需一刀剪外框長邊和一刀剪外框短邊，共計外2刀或合併為2刀</w:t>
      </w:r>
      <w:r>
        <w:t xml:space="preserve"> (1)</w:t>
      </w:r>
    </w:p>
    <w:p>
      <w:pPr>
        <w:pStyle w:val="WSKeyCont"/>
      </w:pPr>
      <w:r>
        <w:rPr>
          <w:rFonts w:hint="eastAsia"/>
        </w:rPr>
        <w:t xml:space="preserve">總共3刀最少，展開即得H，缺口和外形尺寸符合3</w:t>
      </w:r>
      <w:r>
        <w:t xml:space="preserve"> </w:t>
      </w:r>
      <w:r>
        <w:rPr>
          <w:rFonts w:hint="eastAsia"/>
        </w:rPr>
        <w:t xml:space="preserve">cm厚度</w:t>
      </w:r>
      <w:r>
        <w:t xml:space="preserve"> (1)</w:t>
      </w:r>
    </w:p>
    <w:p>
      <w:pPr>
        <w:pStyle w:val="WSKeyCont"/>
      </w:pPr>
      <w:r>
        <w:rPr>
          <w:rFonts w:hint="eastAsia"/>
        </w:rPr>
        <w:t xml:space="preserve">附插圖顯示兩條中線摺痕和剪線位置</w:t>
      </w:r>
      <w:r>
        <w:t xml:space="preserve"> (1)</w:t>
      </w:r>
    </w:p>
    <w:p>
      <w:pPr>
        <w:pStyle w:val="WSKeyItem"/>
      </w:pPr>
      <w:r>
        <w:rPr>
          <w:b/>
          <w:bCs/>
        </w:rPr>
        <w:t xml:space="preserve">(c)</w:t>
      </w:r>
      <w:r>
        <w:t xml:space="preserve"> 64</w:t>
      </w:r>
    </w:p>
    <w:p>
      <w:pPr>
        <w:pStyle w:val="WSKeyQ"/>
      </w:pPr>
      <w:r>
        <w:t xml:space="preserve">Question 12</w:t>
      </w:r>
    </w:p>
    <w:p>
      <w:pPr>
        <w:pStyle w:val="WSKeyItem"/>
      </w:pPr>
      <w:r>
        <w:t xml:space="preserve">60</w:t>
      </w:r>
    </w:p>
    <w:p>
      <w:pPr>
        <w:pStyle w:val="WSKeyQ"/>
      </w:pPr>
      <w:r>
        <w:t xml:space="preserve">Question 13</w:t>
      </w:r>
    </w:p>
    <w:p>
      <w:pPr>
        <w:pStyle w:val="WSKeyItem"/>
      </w:pPr>
      <w:r>
        <w:t xml:space="preserve">13</w:t>
      </w:r>
    </w:p>
    <w:p>
      <w:pPr>
        <w:pStyle w:val="WSKeyQ"/>
      </w:pPr>
      <w:r>
        <w:t xml:space="preserve">Question 14</w:t>
      </w:r>
    </w:p>
    <w:p>
      <w:pPr>
        <w:pStyle w:val="WSKeyItem"/>
      </w:pPr>
      <w:r>
        <w:rPr>
          <w:rFonts w:hint="eastAsia"/>
        </w:rPr>
        <w:t xml:space="preserve">指出错误：</w:t>
      </w:r>
      <m:oMath>
        <m:r>
          <m:t>2025</m:t>
        </m:r>
        <m:r>
          <m:rPr>
            <m:sty m:val="p"/>
          </m:rPr>
          <m:t>≡</m:t>
        </m:r>
        <m:r>
          <m:t>2</m:t>
        </m:r>
      </m:oMath>
      <w:r>
        <w:rPr>
          <w:rFonts w:hint="eastAsia"/>
        </w:rPr>
        <w:t xml:space="preserve">，</w:t>
      </w:r>
      <m:oMath>
        <m:r>
          <m:t>2026</m:t>
        </m:r>
        <m:r>
          <m:rPr>
            <m:sty m:val="p"/>
          </m:rPr>
          <m:t>≡</m:t>
        </m:r>
        <m:r>
          <m:t>3</m:t>
        </m:r>
        <m:r>
          <m:t> </m:t>
        </m:r>
        <m:r>
          <m:rPr>
            <m:sty m:val="p"/>
          </m:rPr>
          <m:t>(</m:t>
        </m:r>
        <m:r>
          <m:rPr>
            <m:sty m:val="p"/>
          </m:rPr>
          <m:t>mod</m:t>
        </m:r>
        <m:r>
          <m:t> </m:t>
        </m:r>
        <m:r>
          <m:t>7</m:t>
        </m:r>
        <m:r>
          <m:rPr>
            <m:sty m:val="p"/>
          </m:rPr>
          <m:t>)</m:t>
        </m:r>
      </m:oMath>
      <w:r>
        <w:rPr>
          <w:rFonts w:hint="eastAsia"/>
        </w:rPr>
        <w:t xml:space="preserve">，平方和</w:t>
      </w:r>
      <w:r>
        <w:t xml:space="preserve"> </w:t>
      </w:r>
      <m:oMath>
        <m:r>
          <m:rPr>
            <m:nor/>
            <m:sty m:val="p"/>
          </m:rPr>
          <m:t/>
        </m:r>
        <m:r>
          <m:rPr>
            <m:sty m:val="p"/>
          </m:rPr>
          <m:t>≡</m:t>
        </m:r>
        <m:r>
          <m:t>4</m:t>
        </m:r>
        <m:r>
          <m:rPr>
            <m:sty m:val="p"/>
          </m:rPr>
          <m:t>+</m:t>
        </m:r>
        <m:r>
          <m:t>2</m:t>
        </m:r>
        <m:r>
          <m:rPr>
            <m:sty m:val="p"/>
          </m:rPr>
          <m:t>≡</m:t>
        </m:r>
        <m:r>
          <m:t>6</m:t>
        </m:r>
        <m:r>
          <m:t> </m:t>
        </m:r>
        <m:r>
          <m:rPr>
            <m:sty m:val="p"/>
          </m:rPr>
          <m:t>(</m:t>
        </m:r>
        <m:r>
          <m:rPr>
            <m:sty m:val="p"/>
          </m:rPr>
          <m:t>mod</m:t>
        </m:r>
        <m:r>
          <m:t> </m:t>
        </m:r>
        <m:r>
          <m:t>7</m:t>
        </m:r>
        <m:r>
          <m:rPr>
            <m:sty m:val="p"/>
          </m:rPr>
          <m:t>)</m:t>
        </m:r>
      </m:oMath>
      <w:r>
        <w:rPr>
          <w:rFonts w:hint="eastAsia"/>
        </w:rPr>
        <w:t xml:space="preserve">，不是7的倍数</w:t>
      </w:r>
      <w:r>
        <w:t xml:space="preserve"> (1)</w:t>
      </w:r>
    </w:p>
    <w:p>
      <w:pPr>
        <w:pStyle w:val="WSKeyCont"/>
      </w:pPr>
      <w:r>
        <w:rPr>
          <w:rFonts w:hint="eastAsia"/>
        </w:rPr>
        <w:t xml:space="preserve">算出</w:t>
      </w:r>
      <w:r>
        <w:t xml:space="preserve"> </w:t>
      </w:r>
      <m:oMath>
        <m:sSup>
          <m:e>
            <m:r>
              <m:t>2025</m:t>
            </m:r>
          </m:e>
          <m:sup>
            <m:r>
              <m:t>2</m:t>
            </m:r>
          </m:sup>
        </m:sSup>
        <m:r>
          <m:rPr>
            <m:sty m:val="p"/>
          </m:rPr>
          <m:t>+</m:t>
        </m:r>
        <m:sSup>
          <m:e>
            <m:r>
              <m:t>2026</m:t>
            </m:r>
          </m:e>
          <m:sup>
            <m:r>
              <m:t>2</m:t>
            </m:r>
          </m:sup>
        </m:sSup>
        <m:r>
          <m:rPr>
            <m:sty m:val="p"/>
          </m:rPr>
          <m:t>=</m:t>
        </m:r>
        <m:r>
          <m:t>8205301</m:t>
        </m:r>
        <m:r>
          <m:rPr>
            <m:sty m:val="p"/>
          </m:rPr>
          <m:t>=</m:t>
        </m:r>
        <m:r>
          <m:t>341887</m:t>
        </m:r>
        <m:r>
          <m:rPr>
            <m:sty m:val="p"/>
          </m:rPr>
          <m:t>×</m:t>
        </m:r>
        <m:r>
          <m:t>24</m:t>
        </m:r>
        <m:r>
          <m:rPr>
            <m:sty m:val="p"/>
          </m:rPr>
          <m:t>+</m:t>
        </m:r>
        <m:r>
          <m:t>13</m:t>
        </m:r>
      </m:oMath>
      <w:r>
        <w:rPr>
          <w:rFonts w:hint="eastAsia"/>
        </w:rPr>
        <w:t xml:space="preserve">，即341887天又13小时</w:t>
      </w:r>
      <w:r>
        <w:t xml:space="preserve"> (1)</w:t>
      </w:r>
    </w:p>
    <w:p>
      <w:pPr>
        <w:pStyle w:val="WSKeyCont"/>
      </w:pPr>
      <w:r>
        <w:rPr>
          <w:rFonts w:hint="eastAsia"/>
        </w:rPr>
        <w:t xml:space="preserve">周四15:00加13小时为周五凌晨4点</w:t>
      </w:r>
      <w:r>
        <w:t xml:space="preserve"> (1)</w:t>
      </w:r>
    </w:p>
    <w:p>
      <w:pPr>
        <w:pStyle w:val="WSKeyQ"/>
      </w:pPr>
      <w:r>
        <w:t xml:space="preserve">Question 15</w:t>
      </w:r>
    </w:p>
    <w:p>
      <w:pPr>
        <w:pStyle w:val="WSKeyItem"/>
      </w:pPr>
      <w:r>
        <w:t xml:space="preserve">20</w:t>
      </w:r>
    </w:p>
    <w:p>
      <w:pPr>
        <w:pStyle w:val="WSKeyQ"/>
      </w:pPr>
      <w:r>
        <w:t xml:space="preserve">Question 16</w:t>
      </w:r>
    </w:p>
    <w:p>
      <w:pPr>
        <w:pStyle w:val="WSKeyItem"/>
      </w:pPr>
      <w:r>
        <w:rPr>
          <w:rFonts w:hint="eastAsia"/>
        </w:rPr>
        <w:t xml:space="preserve">指出错误：不能统一用th，个位1用st、2用nd、3用rd（11、12、13除外）</w:t>
      </w:r>
      <w:r>
        <w:t xml:space="preserve"> (1)</w:t>
      </w:r>
    </w:p>
    <w:p>
      <w:pPr>
        <w:pStyle w:val="WSKeyCont"/>
      </w:pPr>
      <w:r>
        <w:t xml:space="preserve">21st (1)</w:t>
      </w:r>
    </w:p>
    <w:p>
      <w:pPr>
        <w:pStyle w:val="WSKeyCont"/>
      </w:pPr>
      <w:r>
        <w:t xml:space="preserve">22nd、23rd (1)</w:t>
      </w:r>
    </w:p>
    <w:p>
      <w:pPr>
        <w:pStyle w:val="WSKeyQ"/>
      </w:pPr>
      <w:r>
        <w:t xml:space="preserve">Question 17</w:t>
      </w:r>
    </w:p>
    <w:p>
      <w:pPr>
        <w:pStyle w:val="Compact"/>
        <w:numPr>
          <w:ilvl w:val="0"/>
          <w:numId w:val="1003"/>
        </w:numPr>
      </w:pPr>
      <w:r>
        <w:t xml:space="preserve">50° 2. 130°</w:t>
      </w:r>
    </w:p>
    <w:p>
      <w:pPr>
        <w:pStyle w:val="WSKeyQ"/>
      </w:pPr>
      <w:r>
        <w:t xml:space="preserve">Question 18</w:t>
      </w:r>
    </w:p>
    <w:p>
      <w:pPr>
        <w:pStyle w:val="WSKeyItem"/>
      </w:pPr>
      <w:r>
        <w:rPr>
          <w:rFonts w:hint="eastAsia"/>
        </w:rPr>
        <w:t xml:space="preserve">指出小明错在先算加法，正确应先乘后加，如</w:t>
      </w:r>
      <w:r>
        <w:t xml:space="preserve"> </w:t>
      </w:r>
      <m:oMath>
        <m:r>
          <m:t>2</m:t>
        </m:r>
        <m:r>
          <m:rPr>
            <m:sty m:val="p"/>
          </m:rPr>
          <m:t>+</m:t>
        </m:r>
        <m:r>
          <m:t>3</m:t>
        </m:r>
        <m:r>
          <m:rPr>
            <m:sty m:val="p"/>
          </m:rPr>
          <m:t>×</m:t>
        </m:r>
        <m:r>
          <m:t>6</m:t>
        </m:r>
        <m:r>
          <m:rPr>
            <m:sty m:val="p"/>
          </m:rPr>
          <m:t>=</m:t>
        </m:r>
        <m:r>
          <m:t>20</m:t>
        </m:r>
      </m:oMath>
      <w:r>
        <w:t xml:space="preserve"> </w:t>
      </w:r>
      <w:r>
        <w:t xml:space="preserve">(1)</w:t>
      </w:r>
    </w:p>
    <w:p>
      <w:pPr>
        <w:pStyle w:val="WSKeyCont"/>
      </w:pPr>
      <w:r>
        <w:rPr>
          <w:rFonts w:hint="eastAsia"/>
        </w:rPr>
        <w:t xml:space="preserve">给出与上不同且正确的第二例，如</w:t>
      </w:r>
      <w:r>
        <w:t xml:space="preserve"> </w:t>
      </w:r>
      <m:oMath>
        <m:r>
          <m:t>4</m:t>
        </m:r>
        <m:r>
          <m:rPr>
            <m:sty m:val="p"/>
          </m:rPr>
          <m:t>+</m:t>
        </m:r>
        <m:r>
          <m:t>4</m:t>
        </m:r>
        <m:r>
          <m:rPr>
            <m:sty m:val="p"/>
          </m:rPr>
          <m:t>×</m:t>
        </m:r>
        <m:r>
          <m:t>4</m:t>
        </m:r>
        <m:r>
          <m:rPr>
            <m:sty m:val="p"/>
          </m:rPr>
          <m:t>=</m:t>
        </m:r>
        <m:r>
          <m:t>20</m:t>
        </m:r>
      </m:oMath>
      <w:r>
        <w:t xml:space="preserve"> </w:t>
      </w:r>
      <w:r>
        <w:t xml:space="preserve">(1)</w:t>
      </w:r>
    </w:p>
    <w:p>
      <w:pPr>
        <w:pStyle w:val="WSKeyCont"/>
      </w:pPr>
      <w:r>
        <w:rPr>
          <w:rFonts w:hint="eastAsia"/>
        </w:rPr>
        <w:t xml:space="preserve">给出与上不同且正确的第三例，如</w:t>
      </w:r>
      <w:r>
        <w:t xml:space="preserve"> </w:t>
      </w:r>
      <m:oMath>
        <m:r>
          <m:t>5</m:t>
        </m:r>
        <m:r>
          <m:rPr>
            <m:sty m:val="p"/>
          </m:rPr>
          <m:t>+</m:t>
        </m:r>
        <m:r>
          <m:t>5</m:t>
        </m:r>
        <m:r>
          <m:rPr>
            <m:sty m:val="p"/>
          </m:rPr>
          <m:t>×</m:t>
        </m:r>
        <m:r>
          <m:t>3</m:t>
        </m:r>
        <m:r>
          <m:rPr>
            <m:sty m:val="p"/>
          </m:rPr>
          <m:t>=</m:t>
        </m:r>
        <m:r>
          <m:t>20</m:t>
        </m:r>
      </m:oMath>
      <w:r>
        <w:t xml:space="preserve"> </w:t>
      </w:r>
      <w:r>
        <w:t xml:space="preserve">(1)</w:t>
      </w:r>
    </w:p>
    <w:p>
      <w:pPr>
        <w:pStyle w:val="WSKeyQ"/>
      </w:pPr>
      <w:r>
        <w:t xml:space="preserve">Question 19</w:t>
      </w:r>
    </w:p>
    <w:p>
      <w:pPr>
        <w:pStyle w:val="Compact"/>
        <w:numPr>
          <w:ilvl w:val="0"/>
          <w:numId w:val="1004"/>
        </w:numPr>
      </w:pPr>
      <w:r>
        <w:t xml:space="preserve">9 2. ^ 3. 9 4. 9 5. 9^99≈2.9×10⁹⁴ 6. 9 7. EXP 8. 9 9. 9 10. 9×10⁹⁹ 11. 1 12. EXP 13. 9 14. 0 15. 1×10⁹⁰</w:t>
      </w:r>
    </w:p>
    <w:p>
      <w:pPr>
        <w:pStyle w:val="WSKeyQ"/>
      </w:pPr>
      <w:r>
        <w:t xml:space="preserve">Question 20</w:t>
      </w:r>
    </w:p>
    <w:p>
      <w:pPr>
        <w:pStyle w:val="WSKeyItem"/>
      </w:pPr>
      <w:r>
        <w:rPr>
          <w:rFonts w:hint="eastAsia"/>
        </w:rPr>
        <w:t xml:space="preserve">指出错误：降价一半不等于人数增加一倍，更不等于筹款翻倍，混淆了人流量与筹款总额的关系</w:t>
      </w:r>
      <w:r>
        <w:t xml:space="preserve"> (1)</w:t>
      </w:r>
    </w:p>
    <w:p>
      <w:pPr>
        <w:pStyle w:val="WSKeyCont"/>
      </w:pPr>
      <w:r>
        <w:rPr>
          <w:rFonts w:hint="eastAsia"/>
        </w:rPr>
        <w:t xml:space="preserve">纠正道理：筹款额等于价格乘以销量，降价要考虑成本和实际需求，不能说降价越多越好</w:t>
      </w:r>
      <w:r>
        <w:t xml:space="preserve"> (1)</w:t>
      </w:r>
    </w:p>
    <w:p>
      <w:pPr>
        <w:pStyle w:val="WSKeyCont"/>
      </w:pPr>
      <w:r>
        <w:rPr>
          <w:rFonts w:hint="eastAsia"/>
        </w:rPr>
        <w:t xml:space="preserve">重写对象正确：面向家长和社区，用倡议书的正式、尊重、有号召力的语气，而非命令或保证</w:t>
      </w:r>
      <w:r>
        <w:t xml:space="preserve"> (1)</w:t>
      </w:r>
    </w:p>
    <w:p>
      <w:pPr>
        <w:pStyle w:val="WSKeyCont"/>
      </w:pPr>
      <w:r>
        <w:rPr>
          <w:rFonts w:hint="eastAsia"/>
        </w:rPr>
        <w:t xml:space="preserve">重写内容完整：交代延长一天的时间与公益目的，提出合理呼吁而不作翻倍承诺</w:t>
      </w:r>
      <w:r>
        <w:t xml:space="preserve"> (1)</w:t>
      </w:r>
    </w:p>
    <w:p>
      <w:pPr>
        <w:pStyle w:val="WSKeyCont"/>
      </w:pPr>
      <w:r>
        <w:rPr>
          <w:rFonts w:hint="eastAsia"/>
        </w:rPr>
        <w:t xml:space="preserve">表达基本通顺，条理清楚，字数大致符合，无重大语病</w:t>
      </w:r>
      <w:r>
        <w:t xml:space="preserve"> (1)</w:t>
      </w:r>
    </w:p>
    <w:p>
      <w:pPr>
        <w:pStyle w:val="WSKeyQ"/>
      </w:pPr>
      <w:r>
        <w:t xml:space="preserve">Question 21</w:t>
      </w:r>
    </w:p>
    <w:p>
      <w:pPr>
        <w:pStyle w:val="WSKeyItem"/>
      </w:pPr>
      <w:r>
        <w:rPr>
          <w:rFonts w:hint="eastAsia"/>
        </w:rPr>
        <w:t xml:space="preserve">指出錯誤：將清晨日出誤為傍晚日落，將薄霧漸散誤為霧霾漸濃，將微風放風箏誤為大風勉強拉住</w:t>
      </w:r>
      <w:r>
        <w:t xml:space="preserve"> (1)</w:t>
      </w:r>
    </w:p>
    <w:p>
      <w:pPr>
        <w:pStyle w:val="WSKeyCont"/>
      </w:pPr>
      <w:r>
        <w:rPr>
          <w:rFonts w:hint="eastAsia"/>
        </w:rPr>
        <w:t xml:space="preserve">糾正觀察：太陽在東方升起，霧因日出漸散，風箏順微風往西高飛，人物是開始晨間活動而非結束活動</w:t>
      </w:r>
      <w:r>
        <w:t xml:space="preserve"> (1)</w:t>
      </w:r>
    </w:p>
    <w:p>
      <w:pPr>
        <w:pStyle w:val="WSKeyCont"/>
      </w:pPr>
      <w:r>
        <w:rPr>
          <w:rFonts w:hint="eastAsia"/>
        </w:rPr>
        <w:t xml:space="preserve">重寫時間方向正確：明確清晨、東方日出、風箏向西，與插圖設定一致</w:t>
      </w:r>
      <w:r>
        <w:t xml:space="preserve"> (1)</w:t>
      </w:r>
    </w:p>
    <w:p>
      <w:pPr>
        <w:pStyle w:val="WSKeyCont"/>
      </w:pPr>
      <w:r>
        <w:rPr>
          <w:rFonts w:hint="eastAsia"/>
        </w:rPr>
        <w:t xml:space="preserve">重寫景人配合：寫出長者打太極的從容與小孩放風箏的輕快，動靜結合</w:t>
      </w:r>
      <w:r>
        <w:t xml:space="preserve"> (1)</w:t>
      </w:r>
    </w:p>
    <w:p>
      <w:pPr>
        <w:pStyle w:val="WSKeyCont"/>
      </w:pPr>
      <w:r>
        <w:rPr>
          <w:rFonts w:hint="eastAsia"/>
        </w:rPr>
        <w:t xml:space="preserve">文字流暢，描寫具體，字數大致符合，無重大語病</w:t>
      </w:r>
      <w:r>
        <w:t xml:space="preserve"> (1)</w:t>
      </w:r>
    </w:p>
    <w:sectPr w:rsidR="00FC693F" w:rsidRPr="0006063C" w:rsidSect="00034616">
      <w:footerReference r:id="rId9" w:type="default"/>
      <w:pgSz w:h="16838" w:w="11906"/>
      <w:pgMar w:bottom="1008" w:footer="547" w:gutter="0" w:header="720" w:left="1133" w:right="1133"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cs="Calibri"/>
        <w:color w:val="6B7280"/>
        <w:sz w:val="16"/>
        <w:szCs w:val="16"/>
      </w:rPr>
      <w:t xml:space="preserve">中學數學創意解難練習   ·   </w:t>
    </w:r>
    <w:r>
      <w:rPr>
        <w:rFonts w:ascii="Calibri" w:hAnsi="Calibri" w:cs="Calibri"/>
        <w:color w:val="6B7280"/>
        <w:sz w:val="16"/>
        <w:szCs w:val="16"/>
      </w:rPr>
      <w:t xml:space="preserve">Page </w:t>
    </w:r>
    <w:r>
      <w:rPr>
        <w:rFonts w:ascii="Calibri" w:hAnsi="Calibri" w:cs="Calibri"/>
        <w:color w:val="6B7280"/>
        <w:sz w:val="16"/>
        <w:szCs w:val="16"/>
      </w:rPr>
      <w:fldChar w:fldCharType="begin"/>
    </w:r>
    <w:r>
      <w:rPr>
        <w:rFonts w:ascii="Calibri" w:hAnsi="Calibri" w:cs="Calibri"/>
        <w:color w:val="6B7280"/>
        <w:sz w:val="16"/>
        <w:szCs w:val="16"/>
      </w:rPr>
      <w:instrText xml:space="preserve"> PAGE </w:instrText>
    </w:r>
    <w:r>
      <w:rPr>
        <w:rFonts w:ascii="Calibri" w:hAnsi="Calibri" w:cs="Calibri"/>
        <w:color w:val="6B7280"/>
        <w:sz w:val="16"/>
        <w:szCs w:val="16"/>
      </w:rPr>
      <w:fldChar w:fldCharType="end"/>
    </w:r>
    <w:r>
      <w:rPr>
        <w:rFonts w:ascii="Calibri" w:hAnsi="Calibri" w:cs="Calibri"/>
        <w:color w:val="6B7280"/>
        <w:sz w:val="16"/>
        <w:szCs w:val="16"/>
      </w:rPr>
      <w:t xml:space="preserve"> of </w:t>
    </w:r>
    <w:r>
      <w:rPr>
        <w:rFonts w:ascii="Calibri" w:hAnsi="Calibri" w:cs="Calibri"/>
        <w:color w:val="6B7280"/>
        <w:sz w:val="16"/>
        <w:szCs w:val="16"/>
      </w:rPr>
      <w:fldChar w:fldCharType="begin"/>
    </w:r>
    <w:r>
      <w:rPr>
        <w:rFonts w:ascii="Calibri" w:hAnsi="Calibri" w:cs="Calibri"/>
        <w:color w:val="6B7280"/>
        <w:sz w:val="16"/>
        <w:szCs w:val="16"/>
      </w:rPr>
      <w:instrText xml:space="preserve"> NUMPAGES </w:instrText>
    </w:r>
    <w:r>
      <w:rPr>
        <w:rFonts w:ascii="Calibri" w:hAnsi="Calibri" w:cs="Calibri"/>
        <w:color w:val="6B7280"/>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8" w:lineRule="auto"/>
    </w:pPr>
    <w:rPr>
      <w:rFonts w:ascii="Cambria" w:hAnsi="Cambria"/>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WSTitle" w:type="paragraph">
    <w:name w:val="WSTitle"/>
    <w:basedOn w:val="Normal"/>
    <w:qFormat/>
    <w:pPr>
      <w:keepNext/>
      <w:keepLines/>
      <w:widowControl/>
      <w:spacing w:after="20" w:before="0"/>
      <w:ind w:left="202" w:right="0"/>
    </w:pPr>
    <w:rPr>
      <w:rFonts w:ascii="Calibri" w:cs="Calibri" w:hAnsi="Calibri"/>
      <w:b/>
      <w:bCs/>
      <w:color w:val="1F3864"/>
      <w:sz w:val="38"/>
      <w:szCs w:val="38"/>
    </w:rPr>
  </w:style>
  <w:style w:customStyle="1" w:styleId="WSMeta" w:type="paragraph">
    <w:name w:val="WSMeta"/>
    <w:basedOn w:val="Normal"/>
    <w:qFormat/>
    <w:pPr>
      <w:keepNext/>
      <w:keepLines/>
      <w:widowControl/>
      <w:pBdr>
        <w:bottom w:color="1F3864" w:space="4" w:sz="12" w:val="single"/>
      </w:pBdr>
      <w:tabs>
        <w:tab w:pos="9437" w:val="right"/>
      </w:tabs>
      <w:spacing w:after="200" w:before="0"/>
      <w:ind w:left="202" w:right="0"/>
    </w:pPr>
    <w:rPr>
      <w:rFonts w:ascii="Calibri" w:cs="Calibri" w:hAnsi="Calibri"/>
      <w:color w:val="6B7280"/>
      <w:sz w:val="17"/>
      <w:szCs w:val="17"/>
    </w:rPr>
  </w:style>
  <w:style w:customStyle="1" w:styleId="WSIdent" w:type="paragraph">
    <w:name w:val="WSIdent"/>
    <w:basedOn w:val="Normal"/>
    <w:qFormat/>
    <w:pPr>
      <w:keepLines/>
      <w:widowControl/>
      <w:tabs>
        <w:tab w:pos="4152" w:val="left"/>
        <w:tab w:pos="6983" w:val="left"/>
        <w:tab w:pos="9437" w:val="left"/>
      </w:tabs>
      <w:spacing w:after="280" w:before="40"/>
      <w:ind w:left="202" w:right="0"/>
    </w:pPr>
    <w:rPr>
      <w:rFonts w:ascii="Calibri" w:cs="Calibri" w:hAnsi="Calibri"/>
      <w:color w:val="1A1A1A"/>
      <w:sz w:val="20"/>
      <w:szCs w:val="20"/>
    </w:rPr>
  </w:style>
  <w:style w:customStyle="1" w:styleId="WSBand" w:type="paragraph">
    <w:name w:val="WSBand"/>
    <w:basedOn w:val="Normal"/>
    <w:qFormat/>
    <w:pPr>
      <w:keepNext/>
      <w:keepLines/>
      <w:widowControl/>
      <w:pBdr>
        <w:top w:color="E8EEF7" w:space="5" w:sz="4" w:val="single"/>
        <w:left w:color="1F3864" w:space="6" w:sz="24" w:val="single"/>
        <w:bottom w:color="E8EEF7" w:space="5" w:sz="4" w:val="single"/>
        <w:right w:color="E8EEF7" w:space="5" w:sz="4" w:val="single"/>
      </w:pBdr>
      <w:shd w:color="auto" w:fill="E8EEF7" w:val="clear"/>
      <w:tabs>
        <w:tab w:pos="9293" w:val="right"/>
      </w:tabs>
      <w:spacing w:after="160" w:before="40"/>
      <w:ind w:left="202" w:right="144"/>
      <w:outlineLvl w:val="0"/>
    </w:pPr>
    <w:rPr>
      <w:rFonts w:ascii="Calibri" w:cs="Calibri" w:hAnsi="Calibri"/>
      <w:b/>
      <w:bCs/>
      <w:color w:val="1F3864"/>
      <w:sz w:val="25"/>
      <w:szCs w:val="25"/>
    </w:rPr>
  </w:style>
  <w:style w:customStyle="1" w:styleId="WSSection" w:type="paragraph">
    <w:name w:val="WSSection"/>
    <w:basedOn w:val="Normal"/>
    <w:qFormat/>
    <w:pPr>
      <w:keepNext/>
      <w:keepLines/>
      <w:widowControl/>
      <w:spacing w:after="80" w:before="80"/>
      <w:ind w:left="202" w:right="0"/>
      <w:outlineLvl w:val="1"/>
    </w:pPr>
    <w:rPr>
      <w:rFonts w:ascii="Calibri" w:cs="Calibri" w:hAnsi="Calibri"/>
      <w:b/>
      <w:bCs/>
      <w:color w:val="1F3864"/>
      <w:sz w:val="23"/>
      <w:szCs w:val="23"/>
    </w:rPr>
  </w:style>
  <w:style w:customStyle="1" w:styleId="WSStim" w:type="paragraph">
    <w:name w:val="WSStim"/>
    <w:basedOn w:val="Normal"/>
    <w:qFormat/>
    <w:pPr>
      <w:keepLines/>
      <w:widowControl/>
      <w:pBdr>
        <w:top w:color="D9D9CF" w:space="7" w:sz="4" w:val="single"/>
        <w:left w:color="D9D9CF" w:space="7" w:sz="4" w:val="single"/>
        <w:bottom w:color="D9D9CF" w:space="7" w:sz="4" w:val="single"/>
        <w:right w:color="D9D9CF" w:space="7" w:sz="4" w:val="single"/>
      </w:pBdr>
      <w:shd w:color="auto" w:fill="F7F7F3" w:val="clear"/>
      <w:spacing w:after="100" w:before="0" w:line="293" w:lineRule="auto"/>
      <w:ind w:left="202" w:right="202"/>
    </w:pPr>
    <w:rPr>
      <w:rFonts w:ascii="Cambria" w:cs="Cambria" w:hAnsi="Cambria"/>
      <w:color w:val="1A1A1A"/>
      <w:sz w:val="21"/>
      <w:szCs w:val="21"/>
    </w:rPr>
  </w:style>
  <w:style w:customStyle="1" w:styleId="WSFig" w:type="paragraph">
    <w:name w:val="WSFig"/>
    <w:basedOn w:val="Normal"/>
    <w:qFormat/>
    <w:pPr>
      <w:keepNext/>
      <w:keepLines/>
      <w:widowControl/>
      <w:spacing w:after="20" w:before="160"/>
      <w:jc w:val="center"/>
    </w:pPr>
    <w:rPr>
      <w:rFonts w:ascii="Cambria" w:cs="Cambria" w:hAnsi="Cambria"/>
      <w:color w:val="1A1A1A"/>
      <w:sz w:val="22"/>
      <w:szCs w:val="22"/>
    </w:rPr>
  </w:style>
  <w:style w:customStyle="1" w:styleId="WSCaption" w:type="paragraph">
    <w:name w:val="WSCaption"/>
    <w:basedOn w:val="Normal"/>
    <w:qFormat/>
    <w:pPr>
      <w:keepLines/>
      <w:widowControl/>
      <w:spacing w:after="180" w:before="0"/>
      <w:jc w:val="center"/>
    </w:pPr>
    <w:rPr>
      <w:rFonts w:ascii="Calibri" w:cs="Calibri" w:hAnsi="Calibri"/>
      <w:i/>
      <w:iCs/>
      <w:color w:val="6B7280"/>
      <w:sz w:val="17"/>
      <w:szCs w:val="17"/>
    </w:rPr>
  </w:style>
  <w:style w:customStyle="1" w:styleId="WSStem" w:type="paragraph">
    <w:name w:val="WSStem"/>
    <w:basedOn w:val="Normal"/>
    <w:qFormat/>
    <w:pPr>
      <w:keepNext/>
      <w:keepLines/>
      <w:widowControl/>
      <w:spacing w:after="100" w:before="280"/>
      <w:ind w:left="202" w:right="0"/>
    </w:pPr>
    <w:rPr>
      <w:rFonts w:ascii="Cambria" w:cs="Cambria" w:hAnsi="Cambria"/>
      <w:color w:val="1A1A1A"/>
      <w:sz w:val="22"/>
      <w:szCs w:val="22"/>
    </w:rPr>
  </w:style>
  <w:style w:customStyle="1" w:styleId="WSStemFlow" w:type="paragraph">
    <w:name w:val="WSStemFlow"/>
    <w:basedOn w:val="Normal"/>
    <w:qFormat/>
    <w:pPr>
      <w:keepLines/>
      <w:widowControl/>
      <w:spacing w:after="100" w:before="280"/>
      <w:ind w:left="202" w:right="0"/>
    </w:pPr>
    <w:rPr>
      <w:rFonts w:ascii="Cambria" w:cs="Cambria" w:hAnsi="Cambria"/>
      <w:color w:val="1A1A1A"/>
      <w:sz w:val="22"/>
      <w:szCs w:val="22"/>
    </w:rPr>
  </w:style>
  <w:style w:customStyle="1" w:styleId="WSRule" w:type="paragraph">
    <w:name w:val="WSRule"/>
    <w:basedOn w:val="Normal"/>
    <w:qFormat/>
    <w:pPr>
      <w:widowControl/>
      <w:tabs>
        <w:tab w:pos="9437" w:val="right"/>
      </w:tabs>
      <w:spacing w:after="0" w:before="260"/>
      <w:ind w:left="202" w:right="0"/>
    </w:pPr>
    <w:rPr>
      <w:rFonts w:ascii="Cambria" w:cs="Cambria" w:hAnsi="Cambria"/>
      <w:color w:val="1A1A1A"/>
      <w:sz w:val="22"/>
      <w:szCs w:val="22"/>
    </w:rPr>
  </w:style>
  <w:style w:customStyle="1" w:styleId="WSAnswerLine" w:type="paragraph">
    <w:name w:val="WSAnswerLine"/>
    <w:basedOn w:val="Normal"/>
    <w:qFormat/>
    <w:pPr>
      <w:keepLines/>
      <w:widowControl/>
      <w:spacing w:after="160" w:before="80"/>
      <w:ind w:left="202" w:right="0"/>
    </w:pPr>
    <w:rPr>
      <w:rFonts w:ascii="Cambria" w:cs="Cambria" w:hAnsi="Cambria"/>
      <w:color w:val="1A1A1A"/>
      <w:sz w:val="22"/>
      <w:szCs w:val="22"/>
    </w:rPr>
  </w:style>
  <w:style w:customStyle="1" w:styleId="WSChoice" w:type="paragraph">
    <w:name w:val="WSChoice"/>
    <w:basedOn w:val="Normal"/>
    <w:qFormat/>
    <w:pPr>
      <w:keepLines/>
      <w:widowControl/>
      <w:spacing w:after="40" w:before="40"/>
      <w:ind w:left="576" w:right="0"/>
    </w:pPr>
    <w:rPr>
      <w:rFonts w:ascii="Cambria" w:cs="Cambria" w:hAnsi="Cambria"/>
      <w:color w:val="1A1A1A"/>
      <w:sz w:val="21"/>
      <w:szCs w:val="21"/>
    </w:rPr>
  </w:style>
  <w:style w:customStyle="1" w:styleId="WSChoiceFig" w:type="paragraph">
    <w:name w:val="WSChoiceFig"/>
    <w:basedOn w:val="Normal"/>
    <w:qFormat/>
    <w:pPr>
      <w:keepLines/>
      <w:widowControl/>
      <w:spacing w:after="60" w:before="20"/>
      <w:ind w:left="576" w:right="0"/>
    </w:pPr>
    <w:rPr>
      <w:rFonts w:ascii="Cambria" w:cs="Cambria" w:hAnsi="Cambria"/>
      <w:color w:val="1A1A1A"/>
      <w:sz w:val="21"/>
      <w:szCs w:val="21"/>
    </w:rPr>
  </w:style>
  <w:style w:customStyle="1" w:styleId="WSNote" w:type="paragraph">
    <w:name w:val="WSNote"/>
    <w:basedOn w:val="Normal"/>
    <w:qFormat/>
    <w:pPr>
      <w:keepLines/>
      <w:widowControl/>
      <w:spacing w:after="160" w:before="80"/>
      <w:jc w:val="center"/>
    </w:pPr>
    <w:rPr>
      <w:rFonts w:ascii="Calibri" w:cs="Calibri" w:hAnsi="Calibri"/>
      <w:i/>
      <w:iCs/>
      <w:color w:val="6B7280"/>
      <w:sz w:val="18"/>
      <w:szCs w:val="18"/>
    </w:rPr>
  </w:style>
  <w:style w:customStyle="1" w:styleId="WSKeyQ" w:type="paragraph">
    <w:name w:val="WSKeyQ"/>
    <w:basedOn w:val="Normal"/>
    <w:qFormat/>
    <w:pPr>
      <w:keepNext/>
      <w:keepLines/>
      <w:widowControl/>
      <w:spacing w:after="60" w:before="200"/>
      <w:ind w:left="202" w:right="0"/>
    </w:pPr>
    <w:rPr>
      <w:rFonts w:ascii="Calibri" w:cs="Calibri" w:hAnsi="Calibri"/>
      <w:b/>
      <w:bCs/>
      <w:color w:val="1F3864"/>
      <w:sz w:val="22"/>
      <w:szCs w:val="22"/>
    </w:rPr>
  </w:style>
  <w:style w:customStyle="1" w:styleId="Compact" w:type="paragraph">
    <w:name w:val="Compact"/>
    <w:basedOn w:val="Normal"/>
    <w:qFormat/>
    <w:pPr>
      <w:keepLines/>
      <w:widowControl/>
      <w:spacing w:after="40" w:before="40"/>
    </w:pPr>
    <w:rPr>
      <w:rFonts w:ascii="Cambria" w:cs="Cambria" w:hAnsi="Cambria"/>
      <w:color w:val="1A1A1A"/>
      <w:sz w:val="21"/>
      <w:szCs w:val="21"/>
    </w:rPr>
  </w:style>
  <w:style w:customStyle="1" w:styleId="WSKeyItem" w:type="paragraph">
    <w:name w:val="WSKeyItem"/>
    <w:basedOn w:val="Normal"/>
    <w:qFormat/>
    <w:pPr>
      <w:keepLines/>
      <w:widowControl/>
      <w:spacing w:after="20" w:before="20"/>
      <w:ind w:left="576" w:right="0"/>
    </w:pPr>
    <w:rPr>
      <w:rFonts w:ascii="Cambria" w:cs="Cambria" w:hAnsi="Cambria"/>
      <w:color w:val="1A1A1A"/>
      <w:sz w:val="21"/>
      <w:szCs w:val="21"/>
    </w:rPr>
  </w:style>
  <w:style w:customStyle="1" w:styleId="WSKeyCont" w:type="paragraph">
    <w:name w:val="WSKeyCont"/>
    <w:basedOn w:val="Normal"/>
    <w:qFormat/>
    <w:pPr>
      <w:keepLines/>
      <w:widowControl/>
      <w:spacing w:after="20" w:before="20"/>
      <w:ind w:left="576" w:right="0"/>
    </w:pPr>
    <w:rPr>
      <w:rFonts w:ascii="Cambria" w:cs="Cambria" w:hAnsi="Cambria"/>
      <w:color w:val="1A1A1A"/>
      <w:sz w:val="21"/>
      <w:szCs w:val="21"/>
    </w:rPr>
  </w:style>
  <w:style w:customStyle="1" w:styleId="WSKeyInline" w:type="paragraph">
    <w:name w:val="WSKeyInline"/>
    <w:basedOn w:val="Normal"/>
    <w:qFormat/>
    <w:pPr>
      <w:keepLines/>
      <w:widowControl/>
      <w:pBdr>
        <w:top w:color="E8EEF7" w:space="4" w:sz="4" w:val="single"/>
        <w:left w:color="1F3864" w:space="5" w:sz="16" w:val="single"/>
        <w:bottom w:color="E8EEF7" w:space="4" w:sz="4" w:val="single"/>
        <w:right w:color="E8EEF7" w:space="4" w:sz="4" w:val="single"/>
      </w:pBdr>
      <w:shd w:color="auto" w:fill="E8EEF7" w:val="clear"/>
      <w:spacing w:after="60" w:before="60"/>
      <w:ind w:left="202" w:right="144"/>
    </w:pPr>
    <w:rPr>
      <w:rFonts w:ascii="Calibri" w:cs="Calibri" w:hAnsi="Calibri"/>
      <w:color w:val="1F3864"/>
      <w:sz w:val="19"/>
      <w:szCs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24" Target="media/rId24.png" /><Relationship Type="http://schemas.openxmlformats.org/officeDocument/2006/relationships/image" Id="rId27" Target="media/rId27.png" /><Relationship Type="http://schemas.openxmlformats.org/officeDocument/2006/relationships/image" Id="rId36" Target="media/rId36.png" /><Relationship Type="http://schemas.openxmlformats.org/officeDocument/2006/relationships/image" Id="rId21" Target="media/rId21.png" /><Relationship Type="http://schemas.openxmlformats.org/officeDocument/2006/relationships/image" Id="rId30" Target="media/rId30.png" /><Relationship Type="http://schemas.openxmlformats.org/officeDocument/2006/relationships/image" Id="rId33" Target="media/rId33.png" /><Relationship Type="http://schemas.openxmlformats.org/officeDocument/2006/relationships/image" Id="rId18" Target="media/rId1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2026-09-15T08:27:22Z</dcterms:created>
  <dcterms:modified xsi:type="dcterms:W3CDTF">2026-09-15T08:27:22Z</dcterms:modified>
</cp:coreProperties>
</file>

<file path=docProps/custom.xml><?xml version="1.0" encoding="utf-8"?>
<Properties xmlns="http://schemas.openxmlformats.org/officeDocument/2006/custom-properties" xmlns:vt="http://schemas.openxmlformats.org/officeDocument/2006/docPropsVTypes"/>
</file>